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EC452" w14:textId="5A17E04C" w:rsidR="005F5FE5" w:rsidRPr="00750AA4" w:rsidRDefault="00750AA4" w:rsidP="00B9491F">
      <w:pPr>
        <w:spacing w:before="120" w:after="120"/>
        <w:jc w:val="center"/>
        <w:rPr>
          <w:rFonts w:ascii="Calibri Light" w:eastAsiaTheme="minorEastAsia" w:hAnsi="Calibri Light" w:cs="Calibri Light"/>
          <w:b/>
          <w:bCs/>
          <w:caps/>
          <w:color w:val="003E6A"/>
          <w:sz w:val="36"/>
          <w:szCs w:val="36"/>
          <w:lang w:eastAsia="en-US"/>
        </w:rPr>
      </w:pPr>
      <w:r w:rsidRPr="00750AA4">
        <w:rPr>
          <w:rFonts w:ascii="Calibri Light" w:eastAsiaTheme="minorEastAsia" w:hAnsi="Calibri Light" w:cs="Calibri Light"/>
          <w:b/>
          <w:bCs/>
          <w:caps/>
          <w:noProof/>
          <w:color w:val="003E6A"/>
          <w:sz w:val="36"/>
          <w:szCs w:val="36"/>
          <w:lang w:eastAsia="en-US"/>
        </w:rPr>
        <w:drawing>
          <wp:anchor distT="0" distB="0" distL="114300" distR="114300" simplePos="0" relativeHeight="251659264" behindDoc="1" locked="0" layoutInCell="1" allowOverlap="1" wp14:anchorId="7A5D7D1C" wp14:editId="2C2FFFCD">
            <wp:simplePos x="0" y="0"/>
            <wp:positionH relativeFrom="column">
              <wp:posOffset>-77910</wp:posOffset>
            </wp:positionH>
            <wp:positionV relativeFrom="paragraph">
              <wp:posOffset>244</wp:posOffset>
            </wp:positionV>
            <wp:extent cx="1511935" cy="387350"/>
            <wp:effectExtent l="0" t="0" r="0" b="6350"/>
            <wp:wrapTopAndBottom/>
            <wp:docPr id="1" name="Image 1" descr="Logo de l’Université de Saint-Boni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de l’Université de Saint-Boniface"/>
                    <pic:cNvPicPr/>
                  </pic:nvPicPr>
                  <pic:blipFill>
                    <a:blip r:embed="rId8"/>
                    <a:stretch>
                      <a:fillRect/>
                    </a:stretch>
                  </pic:blipFill>
                  <pic:spPr>
                    <a:xfrm>
                      <a:off x="0" y="0"/>
                      <a:ext cx="1511935" cy="387350"/>
                    </a:xfrm>
                    <a:prstGeom prst="rect">
                      <a:avLst/>
                    </a:prstGeom>
                  </pic:spPr>
                </pic:pic>
              </a:graphicData>
            </a:graphic>
            <wp14:sizeRelH relativeFrom="page">
              <wp14:pctWidth>0</wp14:pctWidth>
            </wp14:sizeRelH>
            <wp14:sizeRelV relativeFrom="page">
              <wp14:pctHeight>0</wp14:pctHeight>
            </wp14:sizeRelV>
          </wp:anchor>
        </w:drawing>
      </w:r>
      <w:r w:rsidR="006A7A79" w:rsidRPr="00750AA4">
        <w:rPr>
          <w:rFonts w:ascii="Calibri Light" w:eastAsiaTheme="minorEastAsia" w:hAnsi="Calibri Light" w:cs="Calibri Light"/>
          <w:b/>
          <w:bCs/>
          <w:caps/>
          <w:color w:val="003E6A"/>
          <w:sz w:val="36"/>
          <w:szCs w:val="36"/>
          <w:lang w:eastAsia="en-US"/>
        </w:rPr>
        <w:t>Rapport annuel</w:t>
      </w:r>
      <w:r w:rsidR="00EF07DE" w:rsidRPr="00750AA4">
        <w:rPr>
          <w:rFonts w:ascii="Calibri Light" w:eastAsiaTheme="minorEastAsia" w:hAnsi="Calibri Light" w:cs="Calibri Light"/>
          <w:b/>
          <w:bCs/>
          <w:caps/>
          <w:color w:val="003E6A"/>
          <w:sz w:val="36"/>
          <w:szCs w:val="36"/>
          <w:lang w:eastAsia="en-US"/>
        </w:rPr>
        <w:t xml:space="preserve"> </w:t>
      </w:r>
      <w:r w:rsidR="00EF07DE" w:rsidRPr="00AE5AC9">
        <w:rPr>
          <w:rFonts w:ascii="Calibri Light" w:eastAsiaTheme="minorEastAsia" w:hAnsi="Calibri Light" w:cs="Calibri Light"/>
          <w:b/>
          <w:bCs/>
          <w:caps/>
          <w:color w:val="003D6A"/>
          <w:sz w:val="36"/>
          <w:szCs w:val="36"/>
          <w:lang w:eastAsia="en-US"/>
        </w:rPr>
        <w:t xml:space="preserve">ou </w:t>
      </w:r>
      <w:r w:rsidR="00236E09" w:rsidRPr="00AE5AC9">
        <w:rPr>
          <w:rFonts w:ascii="Calibri Light" w:eastAsiaTheme="minorEastAsia" w:hAnsi="Calibri Light" w:cs="Calibri Light"/>
          <w:b/>
          <w:bCs/>
          <w:caps/>
          <w:color w:val="003D6A"/>
          <w:sz w:val="36"/>
          <w:szCs w:val="36"/>
          <w:lang w:eastAsia="en-US"/>
        </w:rPr>
        <w:t>intérimaire</w:t>
      </w:r>
      <w:r w:rsidR="003B5995" w:rsidRPr="00750AA4">
        <w:rPr>
          <w:rFonts w:ascii="Calibri Light" w:eastAsiaTheme="minorEastAsia" w:hAnsi="Calibri Light" w:cs="Calibri Light"/>
          <w:b/>
          <w:bCs/>
          <w:caps/>
          <w:color w:val="003E6A"/>
          <w:sz w:val="36"/>
          <w:szCs w:val="36"/>
          <w:lang w:eastAsia="en-US"/>
        </w:rPr>
        <w:t xml:space="preserve"> et demande de renouvellement</w:t>
      </w:r>
    </w:p>
    <w:p w14:paraId="603BB23D" w14:textId="3CE604DF" w:rsidR="00171CAF" w:rsidRPr="00AE5AC9" w:rsidRDefault="00750AA4" w:rsidP="00AE5AC9">
      <w:pPr>
        <w:pStyle w:val="Titre1"/>
      </w:pPr>
      <w:r w:rsidRPr="00AE5AC9">
        <w:t xml:space="preserve">section 1 – </w:t>
      </w:r>
      <w:r w:rsidR="006A7A79" w:rsidRPr="00AE5AC9">
        <w:t>Informations du projet</w:t>
      </w:r>
    </w:p>
    <w:p w14:paraId="5D27C40D" w14:textId="1C7E16A3" w:rsidR="005F5FE5" w:rsidRPr="00AE5AC9" w:rsidRDefault="00AE5AC9" w:rsidP="00AE5AC9">
      <w:pPr>
        <w:pStyle w:val="Titre2"/>
      </w:pPr>
      <w:r w:rsidRPr="00AE5AC9">
        <w:t xml:space="preserve">1. 1. </w:t>
      </w:r>
      <w:r w:rsidR="006A7A79" w:rsidRPr="00AE5AC9">
        <w:t xml:space="preserve">Titre du projet </w:t>
      </w:r>
      <w:r w:rsidRPr="00AE5AC9">
        <w:t>de recherche</w:t>
      </w:r>
    </w:p>
    <w:p w14:paraId="135712EF" w14:textId="77777777" w:rsidR="00AE5AC9" w:rsidRPr="00AE5AC9" w:rsidRDefault="00AE5AC9" w:rsidP="00AE5AC9">
      <w:pPr>
        <w:rPr>
          <w:rFonts w:ascii="Calibri Light" w:hAnsi="Calibri Light" w:cs="Calibri Light"/>
        </w:rPr>
      </w:pPr>
      <w:r w:rsidRPr="00AE5AC9">
        <w:rPr>
          <w:rFonts w:ascii="Calibri Light" w:hAnsi="Calibri Light" w:cs="Calibri Light"/>
        </w:rPr>
        <w:t xml:space="preserve">Inscrire le titre : </w:t>
      </w:r>
    </w:p>
    <w:p w14:paraId="0E7E181E" w14:textId="77777777" w:rsidR="00AE5AC9" w:rsidRPr="00AE5AC9" w:rsidRDefault="00AE5AC9" w:rsidP="00AE5AC9">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bookmarkStart w:id="0" w:name="Texte1"/>
      <w:r w:rsidRPr="002A059F">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bookmarkEnd w:id="0"/>
    </w:p>
    <w:p w14:paraId="57442AC5" w14:textId="197E0771" w:rsidR="00AE5AC9" w:rsidRPr="00AE5AC9" w:rsidRDefault="00AE5AC9" w:rsidP="00AE5AC9">
      <w:pPr>
        <w:spacing w:before="240"/>
        <w:rPr>
          <w:rFonts w:ascii="Calibri Light" w:hAnsi="Calibri Light" w:cs="Calibri Light"/>
        </w:rPr>
      </w:pPr>
      <w:r w:rsidRPr="00AE5AC9">
        <w:rPr>
          <w:rFonts w:ascii="Calibri Light" w:hAnsi="Calibri Light" w:cs="Calibri Light"/>
        </w:rPr>
        <w:t xml:space="preserve">Inscrire le </w:t>
      </w:r>
      <w:r>
        <w:rPr>
          <w:rFonts w:ascii="Calibri Light" w:hAnsi="Calibri Light" w:cs="Calibri Light"/>
        </w:rPr>
        <w:t>numéro de certificat éthique</w:t>
      </w:r>
      <w:r w:rsidRPr="00AE5AC9">
        <w:rPr>
          <w:rFonts w:ascii="Calibri Light" w:hAnsi="Calibri Light" w:cs="Calibri Light"/>
        </w:rPr>
        <w:t xml:space="preserve"> : </w:t>
      </w:r>
    </w:p>
    <w:p w14:paraId="6D299CD5" w14:textId="77777777" w:rsidR="00AE5AC9" w:rsidRPr="00AE5AC9" w:rsidRDefault="00AE5AC9" w:rsidP="00AE5AC9">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p>
    <w:p w14:paraId="4FB3FA66" w14:textId="77777777" w:rsidR="00AE5AC9" w:rsidRPr="00AE5AC9" w:rsidRDefault="00AE5AC9" w:rsidP="00AE5AC9">
      <w:pPr>
        <w:pStyle w:val="Titre3"/>
      </w:pPr>
      <w:r w:rsidRPr="00AE5AC9">
        <w:t>1. 1 .1. Type de recherche</w:t>
      </w:r>
    </w:p>
    <w:p w14:paraId="24CE1300" w14:textId="0F342353" w:rsidR="00DB3E72" w:rsidRPr="00AE5AC9"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Recherche d’un·e membre du corps professoral</w:t>
      </w:r>
      <w:r w:rsidR="00AE5AC9" w:rsidRPr="00AE5AC9">
        <w:rPr>
          <w:rFonts w:ascii="Calibri Light" w:hAnsi="Calibri Light" w:cs="Calibri Light"/>
        </w:rPr>
        <w:t xml:space="preserve"> </w:t>
      </w:r>
      <w:r w:rsidR="00AE5AC9" w:rsidRPr="00AE5AC9">
        <w:rPr>
          <w:rFonts w:ascii="Calibri Light" w:hAnsi="Calibri Light" w:cs="Calibri Light"/>
          <w:highlight w:val="lightGray"/>
        </w:rPr>
        <w:fldChar w:fldCharType="begin">
          <w:ffData>
            <w:name w:val="Case à cocher11"/>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10BBBB13" w14:textId="7910C81C" w:rsidR="00DB3E72" w:rsidRPr="00AE5AC9"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Recherche d’un·e étudiant·e</w:t>
      </w:r>
      <w:r w:rsidR="00AE5AC9">
        <w:rPr>
          <w:rFonts w:ascii="Calibri Light" w:hAnsi="Calibri Light" w:cs="Calibri Light"/>
        </w:rPr>
        <w:t xml:space="preserve"> </w:t>
      </w:r>
      <w:r w:rsidR="00AE5AC9" w:rsidRPr="00AE5AC9">
        <w:rPr>
          <w:rFonts w:ascii="Calibri Light" w:hAnsi="Calibri Light" w:cs="Calibri Light"/>
        </w:rPr>
        <w:t xml:space="preserve">de 2e cycle, de 3e cycle ou en stage postdoctoral </w:t>
      </w:r>
      <w:r w:rsidR="00AE5AC9" w:rsidRPr="00AE5AC9">
        <w:rPr>
          <w:rFonts w:ascii="Calibri Light" w:hAnsi="Calibri Light" w:cs="Calibri Light"/>
          <w:highlight w:val="lightGray"/>
        </w:rPr>
        <w:fldChar w:fldCharType="begin">
          <w:ffData>
            <w:name w:val="Case à cocher12"/>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0D0473BD" w14:textId="01E03FBF" w:rsidR="00DB3E72" w:rsidRPr="00AE5AC9"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Projet effectué dans le cadre d’un cours </w:t>
      </w:r>
      <w:r w:rsidR="00AE5AC9" w:rsidRPr="00AE5AC9">
        <w:rPr>
          <w:rFonts w:ascii="Calibri Light" w:hAnsi="Calibri Light" w:cs="Calibri Light"/>
          <w:highlight w:val="lightGray"/>
        </w:rPr>
        <w:fldChar w:fldCharType="begin">
          <w:ffData>
            <w:name w:val="Case à cocher13"/>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6A1249C5" w14:textId="77777777" w:rsidR="00AE5AC9" w:rsidRPr="00AE5AC9" w:rsidRDefault="00AE5AC9" w:rsidP="00AE5AC9">
      <w:pPr>
        <w:ind w:left="851"/>
        <w:rPr>
          <w:rFonts w:ascii="Calibri Light" w:hAnsi="Calibri Light" w:cs="Calibri Light"/>
        </w:rPr>
      </w:pPr>
      <w:r w:rsidRPr="00AE5AC9">
        <w:rPr>
          <w:rFonts w:ascii="Calibri Light" w:hAnsi="Calibri Light" w:cs="Calibri Light"/>
        </w:rPr>
        <w:t xml:space="preserve">Précisez le titre du cours : </w:t>
      </w:r>
    </w:p>
    <w:p w14:paraId="5AA50440" w14:textId="77777777" w:rsidR="00AE5AC9" w:rsidRPr="00AE5AC9" w:rsidRDefault="00AE5AC9" w:rsidP="00AE5AC9">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ascii="Calibri Light" w:hAnsi="Calibri Light" w:cs="Calibri Light"/>
        </w:rPr>
      </w:pPr>
      <w:r w:rsidRPr="00AE5AC9">
        <w:rPr>
          <w:rFonts w:ascii="Calibri Light" w:hAnsi="Calibri Light" w:cs="Calibri Light"/>
        </w:rPr>
        <w:fldChar w:fldCharType="begin">
          <w:ffData>
            <w:name w:val="Texte2"/>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fldChar w:fldCharType="end"/>
      </w:r>
    </w:p>
    <w:p w14:paraId="7ED8D719" w14:textId="4E582023" w:rsidR="00DB3E72" w:rsidRPr="00AE5AC9"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Recherche communautaire</w:t>
      </w:r>
      <w:r w:rsidR="00AE5AC9" w:rsidRPr="00AE5AC9">
        <w:rPr>
          <w:rFonts w:ascii="Calibri Light" w:hAnsi="Calibri Light" w:cs="Calibri Light"/>
          <w:highlight w:val="lightGray"/>
        </w:rPr>
        <w:fldChar w:fldCharType="begin">
          <w:ffData>
            <w:name w:val="Case à cocher14"/>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5FC0D82F" w14:textId="2833DB77" w:rsidR="00DB3E72" w:rsidRDefault="00DB3E72" w:rsidP="00AE5AC9">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Autre </w:t>
      </w:r>
      <w:r w:rsidR="00AE5AC9" w:rsidRPr="00AE5AC9">
        <w:rPr>
          <w:rFonts w:ascii="Calibri Light" w:hAnsi="Calibri Light" w:cs="Calibri Light"/>
        </w:rPr>
        <w:fldChar w:fldCharType="begin">
          <w:ffData>
            <w:name w:val="Case à cocher43"/>
            <w:enabled/>
            <w:calcOnExit w:val="0"/>
            <w:checkBox>
              <w:sizeAuto/>
              <w:default w:val="0"/>
            </w:checkBox>
          </w:ffData>
        </w:fldChar>
      </w:r>
      <w:r w:rsidR="00AE5AC9" w:rsidRPr="00AE5AC9">
        <w:rPr>
          <w:rFonts w:ascii="Calibri Light" w:hAnsi="Calibri Light" w:cs="Calibri Light"/>
        </w:rPr>
        <w:instrText xml:space="preserve"> FORMCHECKBOX </w:instrText>
      </w:r>
      <w:r w:rsidR="00AE5AC9" w:rsidRPr="00AE5AC9">
        <w:rPr>
          <w:rFonts w:ascii="Calibri Light" w:hAnsi="Calibri Light" w:cs="Calibri Light"/>
        </w:rPr>
      </w:r>
      <w:r w:rsidR="00AE5AC9" w:rsidRPr="00AE5AC9">
        <w:rPr>
          <w:rFonts w:ascii="Calibri Light" w:hAnsi="Calibri Light" w:cs="Calibri Light"/>
        </w:rPr>
        <w:fldChar w:fldCharType="separate"/>
      </w:r>
      <w:r w:rsidR="00AE5AC9" w:rsidRPr="00AE5AC9">
        <w:rPr>
          <w:rFonts w:ascii="Calibri Light" w:hAnsi="Calibri Light" w:cs="Calibri Light"/>
        </w:rPr>
        <w:fldChar w:fldCharType="end"/>
      </w:r>
    </w:p>
    <w:p w14:paraId="6FD940D2" w14:textId="77777777" w:rsidR="00AE5AC9" w:rsidRPr="00AE5AC9" w:rsidRDefault="00AE5AC9" w:rsidP="00AE5AC9">
      <w:pPr>
        <w:ind w:left="851"/>
        <w:rPr>
          <w:rFonts w:ascii="Calibri Light" w:hAnsi="Calibri Light" w:cs="Calibri Light"/>
        </w:rPr>
      </w:pPr>
      <w:r w:rsidRPr="00AE5AC9">
        <w:rPr>
          <w:rFonts w:ascii="Calibri Light" w:hAnsi="Calibri Light" w:cs="Calibri Light"/>
        </w:rPr>
        <w:t xml:space="preserve">Veuillez spécifier : </w:t>
      </w:r>
    </w:p>
    <w:p w14:paraId="5FC7CCB7" w14:textId="46C360F6" w:rsidR="00BC6F0F" w:rsidRPr="00AE5AC9" w:rsidRDefault="00AE5AC9" w:rsidP="00AE5AC9">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cs="Calibri Light"/>
          <w:caps/>
        </w:rPr>
      </w:pPr>
      <w:r w:rsidRPr="00AE5AC9">
        <w:rPr>
          <w:rFonts w:ascii="Calibri Light" w:hAnsi="Calibri Light" w:cs="Calibri Light"/>
          <w:caps/>
        </w:rPr>
        <w:fldChar w:fldCharType="begin">
          <w:ffData>
            <w:name w:val="Texte2"/>
            <w:enabled/>
            <w:calcOnExit w:val="0"/>
            <w:textInput/>
          </w:ffData>
        </w:fldChar>
      </w:r>
      <w:bookmarkStart w:id="1" w:name="Texte2"/>
      <w:r w:rsidRPr="000D1197">
        <w:rPr>
          <w:rFonts w:ascii="Calibri Light" w:hAnsi="Calibri Light" w:cs="Calibri Light"/>
          <w:caps/>
        </w:rPr>
        <w:instrText xml:space="preserve"> FORMTEXT </w:instrText>
      </w:r>
      <w:r w:rsidRPr="00AE5AC9">
        <w:rPr>
          <w:rFonts w:ascii="Calibri Light" w:hAnsi="Calibri Light" w:cs="Calibri Light"/>
          <w:caps/>
        </w:rPr>
      </w:r>
      <w:r w:rsidRPr="00AE5AC9">
        <w:rPr>
          <w:rFonts w:ascii="Calibri Light" w:hAnsi="Calibri Light" w:cs="Calibri Light"/>
          <w:caps/>
        </w:rPr>
        <w:fldChar w:fldCharType="separate"/>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rPr>
        <w:fldChar w:fldCharType="end"/>
      </w:r>
      <w:bookmarkEnd w:id="1"/>
    </w:p>
    <w:p w14:paraId="3C95E3C3" w14:textId="66BD5457" w:rsidR="00AE5AC9" w:rsidRPr="00AE5AC9" w:rsidRDefault="00AE5AC9" w:rsidP="00AE5AC9">
      <w:pPr>
        <w:pStyle w:val="Titre3"/>
      </w:pPr>
      <w:r w:rsidRPr="00AE5AC9">
        <w:t>1. 1 .</w:t>
      </w:r>
      <w:r>
        <w:t>2</w:t>
      </w:r>
      <w:r w:rsidRPr="00AE5AC9">
        <w:t xml:space="preserve">. </w:t>
      </w:r>
      <w:r>
        <w:t>Niveau de risque</w:t>
      </w:r>
    </w:p>
    <w:p w14:paraId="1BC65CFC" w14:textId="58CB383A" w:rsidR="00D11665" w:rsidRPr="00750AA4" w:rsidRDefault="00AE5AC9">
      <w:pPr>
        <w:rPr>
          <w:rFonts w:ascii="Calibri Light" w:hAnsi="Calibri Light" w:cs="Calibri Light"/>
        </w:rPr>
      </w:pPr>
      <w:r>
        <w:rPr>
          <w:rFonts w:ascii="Calibri Light" w:hAnsi="Calibri Light" w:cs="Calibri Light"/>
        </w:rPr>
        <w:t>I</w:t>
      </w:r>
      <w:r w:rsidRPr="00AE5AC9">
        <w:rPr>
          <w:rFonts w:ascii="Calibri Light" w:hAnsi="Calibri Light" w:cs="Calibri Light"/>
        </w:rPr>
        <w:t>ndiquer le niveau de risque lié à la participation à cette recherche :</w:t>
      </w:r>
    </w:p>
    <w:p w14:paraId="50888113" w14:textId="00380A03" w:rsidR="00BC6F0F" w:rsidRPr="00AE5AC9" w:rsidRDefault="00171CAF" w:rsidP="00AE5AC9">
      <w:pPr>
        <w:pStyle w:val="Paragraphedeliste"/>
        <w:numPr>
          <w:ilvl w:val="0"/>
          <w:numId w:val="21"/>
        </w:numPr>
        <w:rPr>
          <w:rFonts w:ascii="Calibri Light" w:hAnsi="Calibri Light" w:cs="Calibri Light"/>
        </w:rPr>
      </w:pPr>
      <w:r w:rsidRPr="00AE5AC9">
        <w:rPr>
          <w:rFonts w:ascii="Calibri Light" w:hAnsi="Calibri Light" w:cs="Calibri Light"/>
        </w:rPr>
        <w:t xml:space="preserve">Niveau 1 – Risque minimal </w:t>
      </w:r>
      <w:r w:rsidR="00AE5AC9" w:rsidRPr="00AE5AC9">
        <w:rPr>
          <w:rFonts w:ascii="Calibri Light" w:hAnsi="Calibri Light" w:cs="Calibri Light"/>
          <w:highlight w:val="lightGray"/>
        </w:rPr>
        <w:fldChar w:fldCharType="begin">
          <w:ffData>
            <w:name w:val="Case à cocher15"/>
            <w:enabled/>
            <w:calcOnExit w:val="0"/>
            <w:checkBox>
              <w:sizeAuto/>
              <w:default w:val="0"/>
            </w:checkBox>
          </w:ffData>
        </w:fldChar>
      </w:r>
      <w:r w:rsidR="00AE5AC9" w:rsidRPr="00606B2F">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52C57A26" w14:textId="03CDFAF6" w:rsidR="00171CAF" w:rsidRPr="00AE5AC9" w:rsidRDefault="00171CAF" w:rsidP="00AE5AC9">
      <w:pPr>
        <w:pStyle w:val="Paragraphedeliste"/>
        <w:numPr>
          <w:ilvl w:val="0"/>
          <w:numId w:val="21"/>
        </w:numPr>
        <w:rPr>
          <w:rFonts w:ascii="Calibri Light" w:hAnsi="Calibri Light" w:cs="Calibri Light"/>
        </w:rPr>
      </w:pPr>
      <w:r w:rsidRPr="00AE5AC9">
        <w:rPr>
          <w:rFonts w:ascii="Calibri Light" w:hAnsi="Calibri Light" w:cs="Calibri Light"/>
        </w:rPr>
        <w:t xml:space="preserve">Niveau 2 – Risque plus élevé que minimal </w:t>
      </w:r>
      <w:r w:rsidR="00AE5AC9" w:rsidRPr="00AE5AC9">
        <w:rPr>
          <w:rFonts w:ascii="Calibri Light" w:hAnsi="Calibri Light" w:cs="Calibri Light"/>
          <w:highlight w:val="lightGray"/>
        </w:rPr>
        <w:fldChar w:fldCharType="begin">
          <w:ffData>
            <w:name w:val="Case à cocher16"/>
            <w:enabled/>
            <w:calcOnExit w:val="0"/>
            <w:checkBox>
              <w:sizeAuto/>
              <w:default w:val="0"/>
            </w:checkBox>
          </w:ffData>
        </w:fldChar>
      </w:r>
      <w:r w:rsidR="00AE5AC9" w:rsidRPr="00AE5AC9">
        <w:rPr>
          <w:rFonts w:ascii="Calibri Light" w:hAnsi="Calibri Light" w:cs="Calibri Light"/>
          <w:highlight w:val="lightGray"/>
        </w:rPr>
        <w:instrText xml:space="preserve"> FORMCHECKBOX </w:instrText>
      </w:r>
      <w:r w:rsidR="00AE5AC9" w:rsidRPr="00AE5AC9">
        <w:rPr>
          <w:rFonts w:ascii="Calibri Light" w:hAnsi="Calibri Light" w:cs="Calibri Light"/>
          <w:highlight w:val="lightGray"/>
        </w:rPr>
      </w:r>
      <w:r w:rsidR="00AE5AC9" w:rsidRPr="00AE5AC9">
        <w:rPr>
          <w:rFonts w:ascii="Calibri Light" w:hAnsi="Calibri Light" w:cs="Calibri Light"/>
          <w:highlight w:val="lightGray"/>
        </w:rPr>
        <w:fldChar w:fldCharType="separate"/>
      </w:r>
      <w:r w:rsidR="00AE5AC9" w:rsidRPr="00AE5AC9">
        <w:rPr>
          <w:rFonts w:ascii="Calibri Light" w:hAnsi="Calibri Light" w:cs="Calibri Light"/>
          <w:highlight w:val="lightGray"/>
        </w:rPr>
        <w:fldChar w:fldCharType="end"/>
      </w:r>
    </w:p>
    <w:p w14:paraId="707EFE26" w14:textId="67168924" w:rsidR="001D002F" w:rsidRPr="00AE5AC9" w:rsidRDefault="001D002F" w:rsidP="001D002F">
      <w:pPr>
        <w:pStyle w:val="Titre2"/>
      </w:pPr>
      <w:r w:rsidRPr="00AE5AC9">
        <w:t xml:space="preserve">1. </w:t>
      </w:r>
      <w:r>
        <w:t>2</w:t>
      </w:r>
      <w:r w:rsidRPr="00AE5AC9">
        <w:t xml:space="preserve">. </w:t>
      </w:r>
      <w:r>
        <w:t xml:space="preserve">Équipe </w:t>
      </w:r>
      <w:r w:rsidRPr="00AE5AC9">
        <w:t>de recherche</w:t>
      </w:r>
    </w:p>
    <w:p w14:paraId="60395078" w14:textId="688A6669" w:rsidR="002E0795" w:rsidRPr="00B22DBA" w:rsidRDefault="002E0795" w:rsidP="002E0795">
      <w:pPr>
        <w:pStyle w:val="Titre3"/>
      </w:pPr>
      <w:r w:rsidRPr="005D1205">
        <w:t>1. 2. 1</w:t>
      </w:r>
      <w:r>
        <w:t xml:space="preserve"> C</w:t>
      </w:r>
      <w:r w:rsidRPr="00B22DBA">
        <w:t>hercheur·e principal·e </w:t>
      </w:r>
    </w:p>
    <w:p w14:paraId="2BF51247" w14:textId="2F8D13D0" w:rsidR="001D002F" w:rsidRPr="001D002F" w:rsidRDefault="001D002F" w:rsidP="001D002F">
      <w:pPr>
        <w:rPr>
          <w:rFonts w:ascii="Calibri Light" w:hAnsi="Calibri Light" w:cs="Calibri Light"/>
        </w:rPr>
      </w:pPr>
      <w:r w:rsidRPr="001D002F">
        <w:rPr>
          <w:rFonts w:ascii="Calibri Light" w:hAnsi="Calibri Light" w:cs="Calibri Light"/>
        </w:rPr>
        <w:t xml:space="preserve">Inscrire le nom : </w:t>
      </w:r>
    </w:p>
    <w:p w14:paraId="73CAEE74" w14:textId="77777777" w:rsidR="001D002F" w:rsidRPr="001D002F" w:rsidRDefault="001D002F" w:rsidP="001D002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bookmarkStart w:id="2" w:name="Texte6"/>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bookmarkEnd w:id="2"/>
    </w:p>
    <w:p w14:paraId="6B59BE94" w14:textId="57A039C6" w:rsidR="002E0795" w:rsidRPr="00B22DBA" w:rsidRDefault="002E0795" w:rsidP="002E0795">
      <w:pPr>
        <w:pStyle w:val="Titre3"/>
      </w:pPr>
      <w:r w:rsidRPr="005D1205">
        <w:t xml:space="preserve">1. 2. </w:t>
      </w:r>
      <w:r>
        <w:t>2 Co-chercheur·e·s</w:t>
      </w:r>
    </w:p>
    <w:p w14:paraId="49BC906E" w14:textId="77777777" w:rsidR="002E0795" w:rsidRPr="002E0795" w:rsidRDefault="002E0795" w:rsidP="002E0795">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sz w:val="22"/>
        </w:rPr>
        <w:fldChar w:fldCharType="begin">
          <w:ffData>
            <w:name w:val="Case à cocher1"/>
            <w:enabled/>
            <w:calcOnExit w:val="0"/>
            <w:checkBox>
              <w:sizeAuto/>
              <w:default w:val="0"/>
            </w:checkBox>
          </w:ffData>
        </w:fldChar>
      </w:r>
      <w:r w:rsidRPr="002E0795">
        <w:rPr>
          <w:rFonts w:ascii="Calibri Light" w:hAnsi="Calibri Light" w:cs="Calibri Light"/>
          <w:sz w:val="22"/>
        </w:rPr>
        <w:instrText xml:space="preserve"> FORMCHECKBOX </w:instrText>
      </w:r>
      <w:r w:rsidRPr="002E0795">
        <w:rPr>
          <w:rFonts w:ascii="Calibri Light" w:hAnsi="Calibri Light" w:cs="Calibri Light"/>
          <w:sz w:val="22"/>
        </w:rPr>
      </w:r>
      <w:r w:rsidRPr="002E0795">
        <w:rPr>
          <w:rFonts w:ascii="Calibri Light" w:hAnsi="Calibri Light" w:cs="Calibri Light"/>
          <w:sz w:val="22"/>
        </w:rPr>
        <w:fldChar w:fldCharType="separate"/>
      </w:r>
      <w:r w:rsidRPr="002E0795">
        <w:rPr>
          <w:rFonts w:ascii="Calibri Light" w:hAnsi="Calibri Light" w:cs="Calibri Light"/>
          <w:sz w:val="22"/>
        </w:rPr>
        <w:fldChar w:fldCharType="end"/>
      </w:r>
    </w:p>
    <w:p w14:paraId="6CF13730" w14:textId="77777777" w:rsidR="002E0795" w:rsidRPr="001D002F" w:rsidRDefault="002E0795" w:rsidP="002E0795">
      <w:pPr>
        <w:rPr>
          <w:rFonts w:ascii="Calibri Light" w:hAnsi="Calibri Light" w:cs="Calibri Light"/>
        </w:rPr>
      </w:pPr>
      <w:r w:rsidRPr="001D002F">
        <w:rPr>
          <w:rFonts w:ascii="Calibri Light" w:hAnsi="Calibri Light" w:cs="Calibri Light"/>
        </w:rPr>
        <w:lastRenderedPageBreak/>
        <w:t xml:space="preserve">Inscrire le nom : </w:t>
      </w:r>
    </w:p>
    <w:p w14:paraId="7CDF1D34" w14:textId="77777777" w:rsidR="002E0795" w:rsidRPr="001D002F" w:rsidRDefault="002E0795" w:rsidP="002E0795">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p>
    <w:p w14:paraId="7D6EB4B2" w14:textId="42F17FCF" w:rsidR="002E0795" w:rsidRPr="006257BA" w:rsidRDefault="002E0795" w:rsidP="002E0795">
      <w:pPr>
        <w:pStyle w:val="Titre3"/>
      </w:pPr>
      <w:r w:rsidRPr="006257BA">
        <w:t>1. 2</w:t>
      </w:r>
      <w:r w:rsidRPr="005D1205">
        <w:t xml:space="preserve">. </w:t>
      </w:r>
      <w:r w:rsidR="00606B2F">
        <w:t>3</w:t>
      </w:r>
      <w:r w:rsidRPr="005D1205">
        <w:t>. Recherche</w:t>
      </w:r>
      <w:r w:rsidRPr="006257BA">
        <w:t xml:space="preserve"> réalisée par un·e étudiant·e </w:t>
      </w:r>
    </w:p>
    <w:p w14:paraId="1B171EF5" w14:textId="77777777" w:rsidR="002E0795" w:rsidRPr="002E0795" w:rsidRDefault="002E0795" w:rsidP="002E0795">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610B4E15" w14:textId="77777777" w:rsidR="002E0795" w:rsidRPr="002E0795" w:rsidRDefault="002E0795" w:rsidP="002E0795">
      <w:pPr>
        <w:rPr>
          <w:rFonts w:ascii="Calibri Light" w:hAnsi="Calibri Light" w:cs="Calibri Light"/>
        </w:rPr>
      </w:pPr>
      <w:r w:rsidRPr="002E0795">
        <w:rPr>
          <w:rFonts w:ascii="Calibri Light" w:hAnsi="Calibri Light" w:cs="Calibri Light"/>
        </w:rPr>
        <w:t xml:space="preserve">Inscrire le nom de la personne qui dirige les travaux de l’étudiant·e : </w:t>
      </w:r>
    </w:p>
    <w:p w14:paraId="09BF547F" w14:textId="77777777" w:rsidR="002E0795" w:rsidRPr="002E0795" w:rsidRDefault="002E0795" w:rsidP="002E0795">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bookmarkStart w:id="3" w:name="Texte9"/>
      <w:r w:rsidRPr="002E0795">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bookmarkEnd w:id="3"/>
    </w:p>
    <w:p w14:paraId="5A36545D" w14:textId="35F6C69B" w:rsidR="00606B2F" w:rsidRPr="00DD3E4D" w:rsidRDefault="00606B2F" w:rsidP="00606B2F">
      <w:pPr>
        <w:pStyle w:val="Titre2"/>
      </w:pPr>
      <w:r w:rsidRPr="00DD3E4D">
        <w:t xml:space="preserve">1. </w:t>
      </w:r>
      <w:r w:rsidR="0032434A">
        <w:t>3</w:t>
      </w:r>
      <w:r w:rsidRPr="00DD3E4D">
        <w:t xml:space="preserve">. </w:t>
      </w:r>
      <w:r>
        <w:t>C</w:t>
      </w:r>
      <w:r w:rsidRPr="00DD3E4D">
        <w:t>onditions de réalisation</w:t>
      </w:r>
    </w:p>
    <w:p w14:paraId="0825AE22" w14:textId="16E7ED97" w:rsidR="00171CAF" w:rsidRPr="00606B2F" w:rsidRDefault="00606B2F" w:rsidP="00606B2F">
      <w:pPr>
        <w:pStyle w:val="Titre3"/>
      </w:pPr>
      <w:r w:rsidRPr="00DD3E4D">
        <w:t xml:space="preserve">1. </w:t>
      </w:r>
      <w:r w:rsidR="0032434A">
        <w:t>3</w:t>
      </w:r>
      <w:r w:rsidRPr="00DD3E4D">
        <w:t xml:space="preserve">. 1. Financement par un organisme subventionnaire </w:t>
      </w:r>
    </w:p>
    <w:p w14:paraId="32F430D5" w14:textId="77777777" w:rsidR="00606B2F" w:rsidRPr="002E0795" w:rsidRDefault="00606B2F" w:rsidP="00606B2F">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5D02179F" w14:textId="5F5A109B" w:rsidR="00606B2F" w:rsidRPr="002E0795" w:rsidRDefault="00606B2F" w:rsidP="00606B2F">
      <w:pPr>
        <w:rPr>
          <w:rFonts w:ascii="Calibri Light" w:hAnsi="Calibri Light" w:cs="Calibri Light"/>
        </w:rPr>
      </w:pPr>
      <w:r w:rsidRPr="002E0795">
        <w:rPr>
          <w:rFonts w:ascii="Calibri Light" w:hAnsi="Calibri Light" w:cs="Calibri Light"/>
        </w:rPr>
        <w:t xml:space="preserve">Inscrire le nom de </w:t>
      </w:r>
      <w:r>
        <w:rPr>
          <w:rFonts w:ascii="Calibri Light" w:hAnsi="Calibri Light" w:cs="Calibri Light"/>
        </w:rPr>
        <w:t>l’organisme subventionnaire</w:t>
      </w:r>
      <w:r w:rsidRPr="002E0795">
        <w:rPr>
          <w:rFonts w:ascii="Calibri Light" w:hAnsi="Calibri Light" w:cs="Calibri Light"/>
        </w:rPr>
        <w:t xml:space="preserve"> : </w:t>
      </w:r>
    </w:p>
    <w:p w14:paraId="34510A1A" w14:textId="77777777" w:rsidR="00606B2F" w:rsidRPr="002E0795" w:rsidRDefault="00606B2F" w:rsidP="00606B2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FFC7CD6" w14:textId="3E2E6AEA" w:rsidR="00606B2F" w:rsidRPr="00606B2F" w:rsidRDefault="00606B2F" w:rsidP="00606B2F">
      <w:pPr>
        <w:pStyle w:val="Titre3"/>
      </w:pPr>
      <w:r w:rsidRPr="00DD3E4D">
        <w:t xml:space="preserve">1. </w:t>
      </w:r>
      <w:r w:rsidR="0032434A">
        <w:t>3</w:t>
      </w:r>
      <w:r w:rsidRPr="00DD3E4D">
        <w:t xml:space="preserve">. </w:t>
      </w:r>
      <w:r>
        <w:t>2</w:t>
      </w:r>
      <w:r w:rsidRPr="00DD3E4D">
        <w:t xml:space="preserve">. </w:t>
      </w:r>
      <w:r>
        <w:t xml:space="preserve">Calendrier </w:t>
      </w:r>
      <w:r w:rsidR="00494176">
        <w:t xml:space="preserve">d’avancement </w:t>
      </w:r>
      <w:r>
        <w:t>du projet</w:t>
      </w:r>
      <w:r w:rsidRPr="00DD3E4D">
        <w:t xml:space="preserve"> </w:t>
      </w:r>
    </w:p>
    <w:p w14:paraId="41A20ED3" w14:textId="109233C6" w:rsidR="00606B2F" w:rsidRPr="002E0795" w:rsidRDefault="00606B2F" w:rsidP="00606B2F">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d’approbation initiale par le CER</w:t>
      </w:r>
      <w:r w:rsidRPr="002E0795">
        <w:rPr>
          <w:rFonts w:ascii="Calibri Light" w:hAnsi="Calibri Light" w:cs="Calibri Light"/>
        </w:rPr>
        <w:t xml:space="preserve"> : </w:t>
      </w:r>
    </w:p>
    <w:p w14:paraId="011F8EDF" w14:textId="77777777" w:rsidR="00606B2F" w:rsidRPr="002E0795" w:rsidRDefault="00606B2F" w:rsidP="00606B2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1EAA381" w14:textId="1EA48A11" w:rsidR="00606B2F" w:rsidRPr="002E0795" w:rsidRDefault="00606B2F" w:rsidP="00606B2F">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du dernier renouvellement du Certificat d’éthique</w:t>
      </w:r>
      <w:r w:rsidRPr="002E0795">
        <w:rPr>
          <w:rFonts w:ascii="Calibri Light" w:hAnsi="Calibri Light" w:cs="Calibri Light"/>
        </w:rPr>
        <w:t xml:space="preserve"> : </w:t>
      </w:r>
    </w:p>
    <w:p w14:paraId="718F3B24" w14:textId="77777777" w:rsidR="00606B2F" w:rsidRPr="002E0795" w:rsidRDefault="00606B2F" w:rsidP="00606B2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6F0C2968" w14:textId="2E4B9BAD" w:rsidR="00EF07DE" w:rsidRPr="00606B2F" w:rsidRDefault="00606B2F" w:rsidP="00606B2F">
      <w:pPr>
        <w:pStyle w:val="Titre1"/>
      </w:pPr>
      <w:r w:rsidRPr="00606B2F">
        <w:t xml:space="preserve">section 2 – </w:t>
      </w:r>
      <w:r w:rsidR="006A7A79" w:rsidRPr="00606B2F">
        <w:t>Statut actuel du projet</w:t>
      </w:r>
    </w:p>
    <w:p w14:paraId="3D9C2349" w14:textId="5629EB26" w:rsidR="00606B2F" w:rsidRDefault="00606B2F" w:rsidP="003627E5">
      <w:pPr>
        <w:rPr>
          <w:rFonts w:ascii="Calibri Light" w:hAnsi="Calibri Light" w:cs="Calibri Light"/>
        </w:rPr>
      </w:pPr>
      <w:r>
        <w:rPr>
          <w:rFonts w:ascii="Calibri Light" w:hAnsi="Calibri Light" w:cs="Calibri Light"/>
        </w:rPr>
        <w:t xml:space="preserve">Inscrire le statut actuel du projet : </w:t>
      </w:r>
    </w:p>
    <w:p w14:paraId="1010B3F1" w14:textId="4DF5D607" w:rsidR="005F5FE5" w:rsidRPr="00606B2F" w:rsidRDefault="006A7A79" w:rsidP="00606B2F">
      <w:pPr>
        <w:pStyle w:val="Paragraphedeliste"/>
        <w:numPr>
          <w:ilvl w:val="0"/>
          <w:numId w:val="22"/>
        </w:numPr>
        <w:rPr>
          <w:rFonts w:ascii="Calibri Light" w:hAnsi="Calibri Light" w:cs="Calibri Light"/>
        </w:rPr>
      </w:pPr>
      <w:r w:rsidRPr="00606B2F">
        <w:rPr>
          <w:rFonts w:ascii="Calibri Light" w:hAnsi="Calibri Light" w:cs="Calibri Light"/>
        </w:rPr>
        <w:t>Non débuté</w:t>
      </w:r>
      <w:r w:rsidR="00EF07DE" w:rsidRPr="00606B2F">
        <w:rPr>
          <w:rFonts w:ascii="Calibri Light" w:hAnsi="Calibri Light" w:cs="Calibri Light"/>
        </w:rPr>
        <w:t xml:space="preserve"> </w:t>
      </w:r>
      <w:r w:rsidR="00606B2F" w:rsidRPr="00606B2F">
        <w:rPr>
          <w:rFonts w:ascii="Calibri Light" w:hAnsi="Calibri Light" w:cs="Calibri Light"/>
        </w:rPr>
        <w:fldChar w:fldCharType="begin">
          <w:ffData>
            <w:name w:val="Case à cocher7"/>
            <w:enabled/>
            <w:calcOnExit w:val="0"/>
            <w:checkBox>
              <w:sizeAuto/>
              <w:default w:val="0"/>
            </w:checkBox>
          </w:ffData>
        </w:fldChar>
      </w:r>
      <w:r w:rsidR="00606B2F" w:rsidRPr="000D1197">
        <w:rPr>
          <w:rFonts w:ascii="Calibri Light" w:hAnsi="Calibri Light" w:cs="Calibri Light"/>
        </w:rPr>
        <w:instrText xml:space="preserve"> FORMCHECKBOX </w:instrText>
      </w:r>
      <w:r w:rsidR="00606B2F" w:rsidRPr="00606B2F">
        <w:rPr>
          <w:rFonts w:ascii="Calibri Light" w:hAnsi="Calibri Light" w:cs="Calibri Light"/>
        </w:rPr>
      </w:r>
      <w:r w:rsidR="00606B2F" w:rsidRPr="00606B2F">
        <w:rPr>
          <w:rFonts w:ascii="Calibri Light" w:hAnsi="Calibri Light" w:cs="Calibri Light"/>
        </w:rPr>
        <w:fldChar w:fldCharType="separate"/>
      </w:r>
      <w:r w:rsidR="00606B2F" w:rsidRPr="00606B2F">
        <w:rPr>
          <w:rFonts w:ascii="Calibri Light" w:hAnsi="Calibri Light" w:cs="Calibri Light"/>
        </w:rPr>
        <w:fldChar w:fldCharType="end"/>
      </w:r>
      <w:r w:rsidR="00606B2F" w:rsidRPr="00606B2F">
        <w:rPr>
          <w:rFonts w:ascii="Calibri Light" w:hAnsi="Calibri Light" w:cs="Calibri Light"/>
          <w:color w:val="000000"/>
        </w:rPr>
        <w:t>. V</w:t>
      </w:r>
      <w:r w:rsidR="00581D25" w:rsidRPr="00606B2F">
        <w:rPr>
          <w:rFonts w:ascii="Calibri Light" w:hAnsi="Calibri Light" w:cs="Calibri Light"/>
        </w:rPr>
        <w:t xml:space="preserve">euillez passer à la </w:t>
      </w:r>
      <w:hyperlink w:anchor="_Section_4_–" w:history="1">
        <w:r w:rsidR="00581D25" w:rsidRPr="0007627C">
          <w:rPr>
            <w:rStyle w:val="Lienhypertexte"/>
            <w:rFonts w:ascii="Calibri Light" w:hAnsi="Calibri Light" w:cs="Calibri Light"/>
          </w:rPr>
          <w:t>section 4</w:t>
        </w:r>
      </w:hyperlink>
      <w:r w:rsidR="00606B2F" w:rsidRPr="0007627C">
        <w:rPr>
          <w:rFonts w:ascii="Calibri Light" w:hAnsi="Calibri Light" w:cs="Calibri Light"/>
        </w:rPr>
        <w:t>.</w:t>
      </w:r>
    </w:p>
    <w:p w14:paraId="082F0632" w14:textId="68EC88F3" w:rsidR="005F5FE5" w:rsidRPr="00606B2F" w:rsidRDefault="005A3ED2" w:rsidP="00606B2F">
      <w:pPr>
        <w:pStyle w:val="Paragraphedeliste"/>
        <w:numPr>
          <w:ilvl w:val="0"/>
          <w:numId w:val="22"/>
        </w:numPr>
        <w:rPr>
          <w:rFonts w:ascii="Calibri Light" w:hAnsi="Calibri Light" w:cs="Calibri Light"/>
        </w:rPr>
      </w:pPr>
      <w:r w:rsidRPr="00606B2F">
        <w:rPr>
          <w:rFonts w:ascii="Calibri Light" w:hAnsi="Calibri Light" w:cs="Calibri Light"/>
        </w:rPr>
        <w:t>En cours</w:t>
      </w:r>
      <w:r w:rsidR="00A100BF" w:rsidRPr="00606B2F">
        <w:rPr>
          <w:rFonts w:ascii="Calibri Light" w:hAnsi="Calibri Light" w:cs="Calibri Light"/>
        </w:rPr>
        <w:t xml:space="preserve"> de recrutement ou de collecte des données</w:t>
      </w:r>
      <w:r w:rsidR="00606B2F" w:rsidRPr="00606B2F">
        <w:rPr>
          <w:rFonts w:ascii="Calibri Light" w:hAnsi="Calibri Light" w:cs="Calibri Light"/>
        </w:rPr>
        <w:t xml:space="preserve"> </w:t>
      </w:r>
      <w:r w:rsidR="00606B2F" w:rsidRPr="00606B2F">
        <w:rPr>
          <w:rFonts w:ascii="Calibri Light" w:hAnsi="Calibri Light" w:cs="Calibri Light"/>
        </w:rPr>
        <w:fldChar w:fldCharType="begin">
          <w:ffData>
            <w:name w:val="Case à cocher8"/>
            <w:enabled/>
            <w:calcOnExit w:val="0"/>
            <w:checkBox>
              <w:sizeAuto/>
              <w:default w:val="0"/>
            </w:checkBox>
          </w:ffData>
        </w:fldChar>
      </w:r>
      <w:r w:rsidR="00606B2F" w:rsidRPr="00606B2F">
        <w:rPr>
          <w:rFonts w:ascii="Calibri Light" w:hAnsi="Calibri Light" w:cs="Calibri Light"/>
        </w:rPr>
        <w:instrText xml:space="preserve"> FORMCHECKBOX </w:instrText>
      </w:r>
      <w:r w:rsidR="00606B2F" w:rsidRPr="00606B2F">
        <w:rPr>
          <w:rFonts w:ascii="Calibri Light" w:hAnsi="Calibri Light" w:cs="Calibri Light"/>
        </w:rPr>
      </w:r>
      <w:r w:rsidR="00606B2F" w:rsidRPr="00606B2F">
        <w:rPr>
          <w:rFonts w:ascii="Calibri Light" w:hAnsi="Calibri Light" w:cs="Calibri Light"/>
        </w:rPr>
        <w:fldChar w:fldCharType="separate"/>
      </w:r>
      <w:r w:rsidR="00606B2F" w:rsidRPr="00606B2F">
        <w:rPr>
          <w:rFonts w:ascii="Calibri Light" w:hAnsi="Calibri Light" w:cs="Calibri Light"/>
        </w:rPr>
        <w:fldChar w:fldCharType="end"/>
      </w:r>
      <w:r w:rsidR="00606B2F" w:rsidRPr="00606B2F">
        <w:rPr>
          <w:rFonts w:ascii="Calibri Light" w:hAnsi="Calibri Light" w:cs="Calibri Light"/>
        </w:rPr>
        <w:t>.</w:t>
      </w:r>
      <w:r w:rsidR="00EF07DE" w:rsidRPr="00606B2F">
        <w:rPr>
          <w:rFonts w:ascii="Calibri Light" w:hAnsi="Calibri Light" w:cs="Calibri Light"/>
        </w:rPr>
        <w:t xml:space="preserve"> </w:t>
      </w:r>
      <w:r w:rsidR="00606B2F" w:rsidRPr="00606B2F">
        <w:rPr>
          <w:rFonts w:ascii="Calibri Light" w:hAnsi="Calibri Light" w:cs="Calibri Light"/>
          <w:color w:val="000000"/>
        </w:rPr>
        <w:t>V</w:t>
      </w:r>
      <w:r w:rsidR="00581D25" w:rsidRPr="00606B2F">
        <w:rPr>
          <w:rFonts w:ascii="Calibri Light" w:hAnsi="Calibri Light" w:cs="Calibri Light"/>
        </w:rPr>
        <w:t xml:space="preserve">euillez passer à la </w:t>
      </w:r>
      <w:hyperlink w:anchor="_section_3_–" w:history="1">
        <w:r w:rsidR="00581D25" w:rsidRPr="00E270F3">
          <w:rPr>
            <w:rStyle w:val="Lienhypertexte"/>
            <w:rFonts w:ascii="Calibri Light" w:hAnsi="Calibri Light" w:cs="Calibri Light"/>
          </w:rPr>
          <w:t>section 3</w:t>
        </w:r>
      </w:hyperlink>
      <w:r w:rsidR="00606B2F" w:rsidRPr="00606B2F">
        <w:rPr>
          <w:rFonts w:ascii="Calibri Light" w:hAnsi="Calibri Light" w:cs="Calibri Light"/>
        </w:rPr>
        <w:t>.</w:t>
      </w:r>
    </w:p>
    <w:p w14:paraId="1E1CEACA" w14:textId="3439D2CC" w:rsidR="005A3ED2" w:rsidRPr="00606B2F" w:rsidRDefault="00401BA5" w:rsidP="00606B2F">
      <w:pPr>
        <w:pStyle w:val="Paragraphedeliste"/>
        <w:numPr>
          <w:ilvl w:val="0"/>
          <w:numId w:val="22"/>
        </w:numPr>
        <w:rPr>
          <w:rFonts w:ascii="Calibri Light" w:hAnsi="Calibri Light" w:cs="Calibri Light"/>
        </w:rPr>
      </w:pPr>
      <w:r w:rsidRPr="00606B2F">
        <w:rPr>
          <w:rFonts w:ascii="Calibri Light" w:hAnsi="Calibri Light" w:cs="Calibri Light"/>
        </w:rPr>
        <w:t>Projet interrompu ou abandonné</w:t>
      </w:r>
      <w:r w:rsidR="00606B2F" w:rsidRPr="00606B2F">
        <w:rPr>
          <w:rFonts w:ascii="Calibri Light" w:hAnsi="Calibri Light" w:cs="Calibri Light"/>
        </w:rPr>
        <w:t xml:space="preserve"> </w:t>
      </w:r>
      <w:r w:rsidR="00606B2F" w:rsidRPr="00606B2F">
        <w:rPr>
          <w:rFonts w:ascii="Calibri Light" w:hAnsi="Calibri Light" w:cs="Calibri Light"/>
        </w:rPr>
        <w:fldChar w:fldCharType="begin">
          <w:ffData>
            <w:name w:val="Case à cocher9"/>
            <w:enabled/>
            <w:calcOnExit w:val="0"/>
            <w:checkBox>
              <w:sizeAuto/>
              <w:default w:val="0"/>
            </w:checkBox>
          </w:ffData>
        </w:fldChar>
      </w:r>
      <w:r w:rsidR="00606B2F" w:rsidRPr="00606B2F">
        <w:rPr>
          <w:rFonts w:ascii="Calibri Light" w:hAnsi="Calibri Light" w:cs="Calibri Light"/>
        </w:rPr>
        <w:instrText xml:space="preserve"> FORMCHECKBOX </w:instrText>
      </w:r>
      <w:r w:rsidR="00606B2F" w:rsidRPr="00606B2F">
        <w:rPr>
          <w:rFonts w:ascii="Calibri Light" w:hAnsi="Calibri Light" w:cs="Calibri Light"/>
        </w:rPr>
      </w:r>
      <w:r w:rsidR="00606B2F" w:rsidRPr="00606B2F">
        <w:rPr>
          <w:rFonts w:ascii="Calibri Light" w:hAnsi="Calibri Light" w:cs="Calibri Light"/>
        </w:rPr>
        <w:fldChar w:fldCharType="separate"/>
      </w:r>
      <w:r w:rsidR="00606B2F" w:rsidRPr="00606B2F">
        <w:rPr>
          <w:rFonts w:ascii="Calibri Light" w:hAnsi="Calibri Light" w:cs="Calibri Light"/>
        </w:rPr>
        <w:fldChar w:fldCharType="end"/>
      </w:r>
      <w:r w:rsidR="00606B2F" w:rsidRPr="00606B2F">
        <w:rPr>
          <w:rFonts w:ascii="Calibri Light" w:hAnsi="Calibri Light" w:cs="Calibri Light"/>
        </w:rPr>
        <w:t xml:space="preserve">. </w:t>
      </w:r>
      <w:r w:rsidR="00606B2F" w:rsidRPr="00606B2F">
        <w:rPr>
          <w:rFonts w:ascii="Calibri Light" w:hAnsi="Calibri Light" w:cs="Calibri Light"/>
          <w:color w:val="000000"/>
        </w:rPr>
        <w:t>V</w:t>
      </w:r>
      <w:r w:rsidR="00581D25" w:rsidRPr="00606B2F">
        <w:rPr>
          <w:rFonts w:ascii="Calibri Light" w:hAnsi="Calibri Light" w:cs="Calibri Light"/>
        </w:rPr>
        <w:t xml:space="preserve">euillez passer à la </w:t>
      </w:r>
      <w:hyperlink w:anchor="_section_3_–" w:history="1">
        <w:r w:rsidR="00581D25" w:rsidRPr="00E270F3">
          <w:rPr>
            <w:rStyle w:val="Lienhypertexte"/>
            <w:rFonts w:ascii="Calibri Light" w:hAnsi="Calibri Light" w:cs="Calibri Light"/>
          </w:rPr>
          <w:t>section 3</w:t>
        </w:r>
      </w:hyperlink>
      <w:r w:rsidR="00606B2F" w:rsidRPr="00606B2F">
        <w:rPr>
          <w:rFonts w:ascii="Calibri Light" w:hAnsi="Calibri Light" w:cs="Calibri Light"/>
        </w:rPr>
        <w:t>.</w:t>
      </w:r>
    </w:p>
    <w:p w14:paraId="4D3499CB" w14:textId="1D092C0C" w:rsidR="00035828" w:rsidRPr="00606B2F" w:rsidRDefault="00035828" w:rsidP="00606B2F">
      <w:pPr>
        <w:pStyle w:val="Paragraphedeliste"/>
        <w:numPr>
          <w:ilvl w:val="0"/>
          <w:numId w:val="22"/>
        </w:numPr>
        <w:rPr>
          <w:rFonts w:ascii="Calibri Light" w:hAnsi="Calibri Light" w:cs="Calibri Light"/>
        </w:rPr>
      </w:pPr>
      <w:r w:rsidRPr="00606B2F">
        <w:rPr>
          <w:rFonts w:ascii="Calibri Light" w:hAnsi="Calibri Light" w:cs="Calibri Light"/>
        </w:rPr>
        <w:t>Projet terminé</w:t>
      </w:r>
      <w:r w:rsidR="00606B2F" w:rsidRPr="00606B2F">
        <w:rPr>
          <w:rFonts w:ascii="Calibri Light" w:hAnsi="Calibri Light" w:cs="Calibri Light"/>
        </w:rPr>
        <w:t xml:space="preserve"> </w:t>
      </w:r>
      <w:r w:rsidR="00606B2F" w:rsidRPr="00606B2F">
        <w:rPr>
          <w:rFonts w:ascii="Calibri Light" w:hAnsi="Calibri Light" w:cs="Calibri Light"/>
        </w:rPr>
        <w:fldChar w:fldCharType="begin">
          <w:ffData>
            <w:name w:val="Case à cocher10"/>
            <w:enabled/>
            <w:calcOnExit w:val="0"/>
            <w:checkBox>
              <w:sizeAuto/>
              <w:default w:val="0"/>
            </w:checkBox>
          </w:ffData>
        </w:fldChar>
      </w:r>
      <w:r w:rsidR="00606B2F" w:rsidRPr="00606B2F">
        <w:rPr>
          <w:rFonts w:ascii="Calibri Light" w:hAnsi="Calibri Light" w:cs="Calibri Light"/>
        </w:rPr>
        <w:instrText xml:space="preserve"> FORMCHECKBOX </w:instrText>
      </w:r>
      <w:r w:rsidR="00606B2F" w:rsidRPr="00606B2F">
        <w:rPr>
          <w:rFonts w:ascii="Calibri Light" w:hAnsi="Calibri Light" w:cs="Calibri Light"/>
        </w:rPr>
      </w:r>
      <w:r w:rsidR="00606B2F" w:rsidRPr="00606B2F">
        <w:rPr>
          <w:rFonts w:ascii="Calibri Light" w:hAnsi="Calibri Light" w:cs="Calibri Light"/>
        </w:rPr>
        <w:fldChar w:fldCharType="separate"/>
      </w:r>
      <w:r w:rsidR="00606B2F" w:rsidRPr="00606B2F">
        <w:rPr>
          <w:rFonts w:ascii="Calibri Light" w:hAnsi="Calibri Light" w:cs="Calibri Light"/>
        </w:rPr>
        <w:fldChar w:fldCharType="end"/>
      </w:r>
      <w:r w:rsidR="00606B2F" w:rsidRPr="00606B2F">
        <w:rPr>
          <w:rFonts w:ascii="Calibri Light" w:hAnsi="Calibri Light" w:cs="Calibri Light"/>
        </w:rPr>
        <w:t>. V</w:t>
      </w:r>
      <w:r w:rsidRPr="00606B2F">
        <w:rPr>
          <w:rFonts w:ascii="Calibri Light" w:hAnsi="Calibri Light" w:cs="Calibri Light"/>
          <w:color w:val="000000"/>
        </w:rPr>
        <w:t xml:space="preserve">euillez soumettre le </w:t>
      </w:r>
      <w:hyperlink r:id="rId9" w:history="1">
        <w:r w:rsidRPr="00C34F6D">
          <w:rPr>
            <w:rStyle w:val="Lienhypertexte"/>
            <w:rFonts w:ascii="Calibri Light" w:hAnsi="Calibri Light" w:cs="Calibri Light"/>
          </w:rPr>
          <w:t>rapport final</w:t>
        </w:r>
      </w:hyperlink>
      <w:r w:rsidR="00606B2F" w:rsidRPr="00606B2F">
        <w:rPr>
          <w:rFonts w:ascii="Calibri Light" w:hAnsi="Calibri Light" w:cs="Calibri Light"/>
          <w:color w:val="1F497D" w:themeColor="text2"/>
        </w:rPr>
        <w:t>.</w:t>
      </w:r>
    </w:p>
    <w:p w14:paraId="4834A476" w14:textId="26175AE0" w:rsidR="005F5FE5" w:rsidRPr="00750AA4" w:rsidRDefault="00606B2F" w:rsidP="00AE5AC9">
      <w:pPr>
        <w:pStyle w:val="Titre1"/>
      </w:pPr>
      <w:bookmarkStart w:id="4" w:name="_section_3_–"/>
      <w:bookmarkEnd w:id="4"/>
      <w:r>
        <w:t xml:space="preserve">section 3 – </w:t>
      </w:r>
      <w:r w:rsidR="00E53517" w:rsidRPr="00750AA4">
        <w:t>Mise à jour sur l’avancement du projet</w:t>
      </w:r>
    </w:p>
    <w:p w14:paraId="385210CB" w14:textId="1FB78634" w:rsidR="00AE6455" w:rsidRPr="00B9491F" w:rsidRDefault="00606B2F" w:rsidP="00B9491F">
      <w:pPr>
        <w:pStyle w:val="Titre2"/>
      </w:pPr>
      <w:r>
        <w:t>3.</w:t>
      </w:r>
      <w:r w:rsidR="00B9491F">
        <w:t xml:space="preserve"> </w:t>
      </w:r>
      <w:r>
        <w:t>1</w:t>
      </w:r>
      <w:r w:rsidRPr="00DD3E4D">
        <w:t xml:space="preserve">. </w:t>
      </w:r>
      <w:r>
        <w:t xml:space="preserve">Mise à jour concernant </w:t>
      </w:r>
      <w:proofErr w:type="gramStart"/>
      <w:r>
        <w:t>les participant</w:t>
      </w:r>
      <w:proofErr w:type="gramEnd"/>
      <w:r>
        <w:t>·e·s</w:t>
      </w:r>
    </w:p>
    <w:p w14:paraId="26962FE4" w14:textId="0A4B3FF0" w:rsidR="005F5FE5"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Inscrire le n</w:t>
      </w:r>
      <w:r w:rsidR="006A7A79" w:rsidRPr="00B9491F">
        <w:rPr>
          <w:rFonts w:ascii="Calibri Light" w:hAnsi="Calibri Light" w:cs="Calibri Light"/>
        </w:rPr>
        <w:t xml:space="preserve">ombre </w:t>
      </w:r>
      <w:r w:rsidR="00D7664E" w:rsidRPr="00B9491F">
        <w:rPr>
          <w:rFonts w:ascii="Calibri Light" w:hAnsi="Calibri Light" w:cs="Calibri Light"/>
        </w:rPr>
        <w:t xml:space="preserve">de </w:t>
      </w:r>
      <w:r w:rsidR="00D7664E" w:rsidRPr="00B9491F">
        <w:rPr>
          <w:rFonts w:ascii="Calibri Light" w:hAnsi="Calibri Light" w:cs="Calibri Light"/>
          <w:b/>
          <w:bCs/>
        </w:rPr>
        <w:t>participant</w:t>
      </w:r>
      <w:r w:rsidR="00920E03" w:rsidRPr="00B9491F">
        <w:rPr>
          <w:rFonts w:ascii="Calibri Light" w:hAnsi="Calibri Light" w:cs="Calibri Light"/>
          <w:b/>
          <w:bCs/>
        </w:rPr>
        <w:t>·</w:t>
      </w:r>
      <w:r w:rsidR="00E6768A" w:rsidRPr="00B9491F">
        <w:rPr>
          <w:rFonts w:ascii="Calibri Light" w:hAnsi="Calibri Light" w:cs="Calibri Light"/>
          <w:b/>
          <w:bCs/>
        </w:rPr>
        <w:t>e·</w:t>
      </w:r>
      <w:r w:rsidR="00D7664E" w:rsidRPr="00B9491F">
        <w:rPr>
          <w:rFonts w:ascii="Calibri Light" w:hAnsi="Calibri Light" w:cs="Calibri Light"/>
          <w:b/>
          <w:bCs/>
        </w:rPr>
        <w:t xml:space="preserve">s </w:t>
      </w:r>
      <w:r w:rsidR="006A7A79" w:rsidRPr="00B9491F">
        <w:rPr>
          <w:rFonts w:ascii="Calibri Light" w:hAnsi="Calibri Light" w:cs="Calibri Light"/>
          <w:b/>
          <w:bCs/>
        </w:rPr>
        <w:t>prévu</w:t>
      </w:r>
      <w:r w:rsidR="006A7A79" w:rsidRPr="00B9491F">
        <w:rPr>
          <w:rFonts w:ascii="Calibri Light" w:hAnsi="Calibri Light" w:cs="Calibri Light"/>
        </w:rPr>
        <w:t xml:space="preserve"> </w:t>
      </w:r>
      <w:r w:rsidR="00156869" w:rsidRPr="00B9491F">
        <w:rPr>
          <w:rFonts w:ascii="Calibri Light" w:hAnsi="Calibri Light" w:cs="Calibri Light"/>
        </w:rPr>
        <w:t xml:space="preserve">initialement </w:t>
      </w:r>
      <w:r w:rsidR="006A7A79" w:rsidRPr="00B9491F">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bookmarkStart w:id="5" w:name="Texte10"/>
      <w:r w:rsidRPr="00B519F4">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bookmarkEnd w:id="5"/>
      <w:r w:rsidRPr="00B9491F">
        <w:rPr>
          <w:rFonts w:ascii="Calibri Light" w:hAnsi="Calibri Light" w:cs="Calibri Light"/>
        </w:rPr>
        <w:t>.</w:t>
      </w:r>
    </w:p>
    <w:p w14:paraId="6AB7FC51" w14:textId="2F58104F" w:rsidR="005F5FE5"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 xml:space="preserve">Inscrire le nombre </w:t>
      </w:r>
      <w:r w:rsidR="00D7664E" w:rsidRPr="00B9491F">
        <w:rPr>
          <w:rFonts w:ascii="Calibri Light" w:hAnsi="Calibri Light" w:cs="Calibri Light"/>
        </w:rPr>
        <w:t xml:space="preserve">de </w:t>
      </w:r>
      <w:r w:rsidR="00D7664E" w:rsidRPr="00B9491F">
        <w:rPr>
          <w:rFonts w:ascii="Calibri Light" w:hAnsi="Calibri Light" w:cs="Calibri Light"/>
          <w:b/>
          <w:bCs/>
        </w:rPr>
        <w:t>participant</w:t>
      </w:r>
      <w:r w:rsidR="00920E03" w:rsidRPr="00B9491F">
        <w:rPr>
          <w:rFonts w:ascii="Calibri Light" w:hAnsi="Calibri Light" w:cs="Calibri Light"/>
          <w:b/>
          <w:bCs/>
        </w:rPr>
        <w:t>·</w:t>
      </w:r>
      <w:r w:rsidR="00E6768A" w:rsidRPr="00B9491F">
        <w:rPr>
          <w:rFonts w:ascii="Calibri Light" w:hAnsi="Calibri Light" w:cs="Calibri Light"/>
          <w:b/>
          <w:bCs/>
        </w:rPr>
        <w:t>e·</w:t>
      </w:r>
      <w:r w:rsidR="00D7664E" w:rsidRPr="00B9491F">
        <w:rPr>
          <w:rFonts w:ascii="Calibri Light" w:hAnsi="Calibri Light" w:cs="Calibri Light"/>
          <w:b/>
          <w:bCs/>
        </w:rPr>
        <w:t xml:space="preserve">s </w:t>
      </w:r>
      <w:r w:rsidR="006A7A79" w:rsidRPr="00B9491F">
        <w:rPr>
          <w:rFonts w:ascii="Calibri Light" w:hAnsi="Calibri Light" w:cs="Calibri Light"/>
          <w:b/>
          <w:bCs/>
        </w:rPr>
        <w:t>recruté</w:t>
      </w:r>
      <w:r w:rsidR="00920E03" w:rsidRPr="00B9491F">
        <w:rPr>
          <w:rFonts w:ascii="Calibri Light" w:hAnsi="Calibri Light" w:cs="Calibri Light"/>
          <w:b/>
          <w:bCs/>
        </w:rPr>
        <w:t>·</w:t>
      </w:r>
      <w:r w:rsidR="00E6768A" w:rsidRPr="00B9491F">
        <w:rPr>
          <w:rFonts w:ascii="Calibri Light" w:hAnsi="Calibri Light" w:cs="Calibri Light"/>
          <w:b/>
          <w:bCs/>
        </w:rPr>
        <w:t>e·</w:t>
      </w:r>
      <w:r w:rsidR="00E432A7" w:rsidRPr="00B9491F">
        <w:rPr>
          <w:rFonts w:ascii="Calibri Light" w:hAnsi="Calibri Light" w:cs="Calibri Light"/>
          <w:b/>
          <w:bCs/>
        </w:rPr>
        <w:t>s</w:t>
      </w:r>
      <w:r w:rsidR="006A7A79" w:rsidRPr="00B9491F">
        <w:rPr>
          <w:rFonts w:ascii="Calibri Light" w:hAnsi="Calibri Light" w:cs="Calibri Light"/>
        </w:rPr>
        <w:t xml:space="preserve"> à ce jour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1BE0746D" w14:textId="60767466" w:rsidR="000A2B16"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Inscrire le nombre</w:t>
      </w:r>
      <w:r w:rsidR="000A2B16" w:rsidRPr="00B9491F">
        <w:rPr>
          <w:rFonts w:ascii="Calibri Light" w:hAnsi="Calibri Light" w:cs="Calibri Light"/>
        </w:rPr>
        <w:t xml:space="preserve"> de </w:t>
      </w:r>
      <w:r w:rsidR="000A2B16" w:rsidRPr="00B9491F">
        <w:rPr>
          <w:rFonts w:ascii="Calibri Light" w:hAnsi="Calibri Light" w:cs="Calibri Light"/>
          <w:b/>
          <w:bCs/>
        </w:rPr>
        <w:t xml:space="preserve">participant·e·s </w:t>
      </w:r>
      <w:r w:rsidR="00BC067D" w:rsidRPr="00B9491F">
        <w:rPr>
          <w:rFonts w:ascii="Calibri Light" w:hAnsi="Calibri Light" w:cs="Calibri Light"/>
          <w:b/>
          <w:bCs/>
        </w:rPr>
        <w:t xml:space="preserve">qui se sont </w:t>
      </w:r>
      <w:r w:rsidR="00853181" w:rsidRPr="00B9491F">
        <w:rPr>
          <w:rFonts w:ascii="Calibri Light" w:hAnsi="Calibri Light" w:cs="Calibri Light"/>
          <w:b/>
          <w:bCs/>
        </w:rPr>
        <w:t>retiré</w:t>
      </w:r>
      <w:r w:rsidR="002874A0" w:rsidRPr="00B9491F">
        <w:rPr>
          <w:rFonts w:ascii="Calibri Light" w:hAnsi="Calibri Light" w:cs="Calibri Light"/>
          <w:b/>
          <w:bCs/>
        </w:rPr>
        <w:t>·e·</w:t>
      </w:r>
      <w:r w:rsidR="00853181" w:rsidRPr="00B9491F">
        <w:rPr>
          <w:rFonts w:ascii="Calibri Light" w:hAnsi="Calibri Light" w:cs="Calibri Light"/>
          <w:b/>
          <w:bCs/>
        </w:rPr>
        <w:t xml:space="preserve">s </w:t>
      </w:r>
      <w:r w:rsidR="00853181" w:rsidRPr="00B9491F">
        <w:rPr>
          <w:rFonts w:ascii="Calibri Light" w:hAnsi="Calibri Light" w:cs="Calibri Light"/>
        </w:rPr>
        <w:t>de la recherche </w:t>
      </w:r>
      <w:r w:rsidR="00B96784" w:rsidRPr="00B9491F">
        <w:rPr>
          <w:rFonts w:ascii="Calibri Light" w:hAnsi="Calibri Light" w:cs="Calibri Light"/>
        </w:rPr>
        <w:t xml:space="preserve">(le cas échéant) </w:t>
      </w:r>
      <w:r w:rsidR="00853181" w:rsidRPr="00B9491F">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2F579C00" w14:textId="3B5C54C2" w:rsidR="005F5FE5"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Inscrire le nombre</w:t>
      </w:r>
      <w:r w:rsidR="00E432A7" w:rsidRPr="00B9491F">
        <w:rPr>
          <w:rFonts w:ascii="Calibri Light" w:hAnsi="Calibri Light" w:cs="Calibri Light"/>
        </w:rPr>
        <w:t xml:space="preserve"> de </w:t>
      </w:r>
      <w:r w:rsidR="00E432A7" w:rsidRPr="00B9491F">
        <w:rPr>
          <w:rFonts w:ascii="Calibri Light" w:hAnsi="Calibri Light" w:cs="Calibri Light"/>
          <w:b/>
          <w:bCs/>
        </w:rPr>
        <w:t>participant</w:t>
      </w:r>
      <w:r w:rsidR="00920E03" w:rsidRPr="00B9491F">
        <w:rPr>
          <w:rFonts w:ascii="Calibri Light" w:hAnsi="Calibri Light" w:cs="Calibri Light"/>
          <w:b/>
          <w:bCs/>
        </w:rPr>
        <w:t>·</w:t>
      </w:r>
      <w:r w:rsidR="00E6768A" w:rsidRPr="00B9491F">
        <w:rPr>
          <w:rFonts w:ascii="Calibri Light" w:hAnsi="Calibri Light" w:cs="Calibri Light"/>
          <w:b/>
          <w:bCs/>
        </w:rPr>
        <w:t>e·</w:t>
      </w:r>
      <w:r w:rsidR="00E432A7" w:rsidRPr="00B9491F">
        <w:rPr>
          <w:rFonts w:ascii="Calibri Light" w:hAnsi="Calibri Light" w:cs="Calibri Light"/>
          <w:b/>
          <w:bCs/>
        </w:rPr>
        <w:t>s</w:t>
      </w:r>
      <w:r w:rsidR="006A7A79" w:rsidRPr="00B9491F">
        <w:rPr>
          <w:rFonts w:ascii="Calibri Light" w:hAnsi="Calibri Light" w:cs="Calibri Light"/>
          <w:b/>
          <w:bCs/>
        </w:rPr>
        <w:t xml:space="preserve"> ayant complété</w:t>
      </w:r>
      <w:r w:rsidR="006A7A79" w:rsidRPr="00B9491F">
        <w:rPr>
          <w:rFonts w:ascii="Calibri Light" w:hAnsi="Calibri Light" w:cs="Calibri Light"/>
        </w:rPr>
        <w:t xml:space="preserve"> l’étude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4B89AD5F" w14:textId="602C58F0" w:rsidR="00AE6455" w:rsidRPr="00B9491F" w:rsidRDefault="00B9491F" w:rsidP="00B519F4">
      <w:pPr>
        <w:pStyle w:val="Paragraphedeliste"/>
        <w:numPr>
          <w:ilvl w:val="0"/>
          <w:numId w:val="23"/>
        </w:numPr>
        <w:jc w:val="both"/>
        <w:rPr>
          <w:rFonts w:ascii="Calibri Light" w:hAnsi="Calibri Light" w:cs="Calibri Light"/>
        </w:rPr>
      </w:pPr>
      <w:r w:rsidRPr="00B9491F">
        <w:rPr>
          <w:rFonts w:ascii="Calibri Light" w:hAnsi="Calibri Light" w:cs="Calibri Light"/>
        </w:rPr>
        <w:t>Inscrire le nombre</w:t>
      </w:r>
      <w:r w:rsidR="008011AA" w:rsidRPr="00B9491F">
        <w:rPr>
          <w:rFonts w:ascii="Calibri Light" w:hAnsi="Calibri Light" w:cs="Calibri Light"/>
        </w:rPr>
        <w:t xml:space="preserve"> </w:t>
      </w:r>
      <w:r w:rsidR="00F4612A" w:rsidRPr="00B9491F">
        <w:rPr>
          <w:rFonts w:ascii="Calibri Light" w:hAnsi="Calibri Light" w:cs="Calibri Light"/>
        </w:rPr>
        <w:t xml:space="preserve">de </w:t>
      </w:r>
      <w:r w:rsidR="00F4612A" w:rsidRPr="00B9491F">
        <w:rPr>
          <w:rFonts w:ascii="Calibri Light" w:hAnsi="Calibri Light" w:cs="Calibri Light"/>
          <w:b/>
          <w:bCs/>
        </w:rPr>
        <w:t>participant</w:t>
      </w:r>
      <w:r w:rsidR="00920E03" w:rsidRPr="00B9491F">
        <w:rPr>
          <w:rFonts w:ascii="Calibri Light" w:hAnsi="Calibri Light" w:cs="Calibri Light"/>
          <w:b/>
          <w:bCs/>
        </w:rPr>
        <w:t>·</w:t>
      </w:r>
      <w:r w:rsidR="00E6768A" w:rsidRPr="00B9491F">
        <w:rPr>
          <w:rFonts w:ascii="Calibri Light" w:hAnsi="Calibri Light" w:cs="Calibri Light"/>
          <w:b/>
          <w:bCs/>
        </w:rPr>
        <w:t>e·</w:t>
      </w:r>
      <w:r w:rsidR="00F4612A" w:rsidRPr="00B9491F">
        <w:rPr>
          <w:rFonts w:ascii="Calibri Light" w:hAnsi="Calibri Light" w:cs="Calibri Light"/>
          <w:b/>
          <w:bCs/>
        </w:rPr>
        <w:t>s supplémentaires requis</w:t>
      </w:r>
      <w:r w:rsidR="00F4612A" w:rsidRPr="00B9491F">
        <w:rPr>
          <w:rFonts w:ascii="Calibri Light" w:hAnsi="Calibri Light" w:cs="Calibri Light"/>
        </w:rPr>
        <w:t xml:space="preserve"> pour l’étude :</w:t>
      </w:r>
      <w:r w:rsidR="00962815" w:rsidRPr="00B9491F">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685FEC11" w14:textId="340AF7BC" w:rsidR="00B9491F" w:rsidRPr="00B9491F" w:rsidRDefault="00B9491F" w:rsidP="00B9491F">
      <w:pPr>
        <w:pStyle w:val="Titre2"/>
      </w:pPr>
      <w:r>
        <w:lastRenderedPageBreak/>
        <w:t>3. 2</w:t>
      </w:r>
      <w:r w:rsidRPr="00DD3E4D">
        <w:t xml:space="preserve">. </w:t>
      </w:r>
      <w:r>
        <w:t>Mise à jour concernant les difficultés rencontrées</w:t>
      </w:r>
    </w:p>
    <w:p w14:paraId="16B5B788" w14:textId="77777777" w:rsidR="00B9491F" w:rsidRDefault="00B9491F" w:rsidP="00B9491F">
      <w:pPr>
        <w:pStyle w:val="Titre3"/>
      </w:pPr>
      <w:r>
        <w:t>3</w:t>
      </w:r>
      <w:r w:rsidRPr="00DD3E4D">
        <w:t xml:space="preserve">. </w:t>
      </w:r>
      <w:r>
        <w:t>2</w:t>
      </w:r>
      <w:r w:rsidRPr="00DD3E4D">
        <w:t xml:space="preserve">. </w:t>
      </w:r>
      <w:r>
        <w:t>1</w:t>
      </w:r>
      <w:r w:rsidRPr="00DD3E4D">
        <w:t xml:space="preserve">. </w:t>
      </w:r>
      <w:r>
        <w:t>Difficultés rencontrées lors du recrutement</w:t>
      </w:r>
    </w:p>
    <w:p w14:paraId="02681822" w14:textId="54C7F959" w:rsidR="00F213FB" w:rsidRPr="00B9491F" w:rsidRDefault="00F213FB" w:rsidP="00B9491F">
      <w:pPr>
        <w:rPr>
          <w:rFonts w:ascii="Calibri Light" w:hAnsi="Calibri Light" w:cs="Calibri Light"/>
          <w:color w:val="003E6A"/>
          <w:sz w:val="28"/>
          <w:szCs w:val="28"/>
        </w:rPr>
      </w:pPr>
      <w:r w:rsidRPr="00B9491F">
        <w:rPr>
          <w:rFonts w:ascii="Calibri Light" w:hAnsi="Calibri Light" w:cs="Calibri Light"/>
        </w:rPr>
        <w:t>Avez-vous rencontré des</w:t>
      </w:r>
      <w:r w:rsidR="00A75982" w:rsidRPr="00B9491F">
        <w:rPr>
          <w:rFonts w:ascii="Calibri Light" w:hAnsi="Calibri Light" w:cs="Calibri Light"/>
        </w:rPr>
        <w:t xml:space="preserve"> </w:t>
      </w:r>
      <w:r w:rsidRPr="00B9491F">
        <w:rPr>
          <w:rFonts w:ascii="Calibri Light" w:hAnsi="Calibri Light" w:cs="Calibri Light"/>
        </w:rPr>
        <w:t xml:space="preserve">difficultés </w:t>
      </w:r>
      <w:r w:rsidR="002874A0" w:rsidRPr="00B9491F">
        <w:rPr>
          <w:rFonts w:ascii="Calibri Light" w:hAnsi="Calibri Light" w:cs="Calibri Light"/>
        </w:rPr>
        <w:t>lors du</w:t>
      </w:r>
      <w:r w:rsidRPr="00B9491F">
        <w:rPr>
          <w:rFonts w:ascii="Calibri Light" w:hAnsi="Calibri Light" w:cs="Calibri Light"/>
        </w:rPr>
        <w:t xml:space="preserve"> recrutement ?</w:t>
      </w:r>
    </w:p>
    <w:p w14:paraId="2BD0F928" w14:textId="5C733F30" w:rsidR="00B9491F" w:rsidRDefault="00B9491F" w:rsidP="00B9491F">
      <w:pPr>
        <w:pStyle w:val="NormalWeb"/>
        <w:jc w:val="center"/>
        <w:rPr>
          <w:rFonts w:ascii="Calibri Light" w:hAnsi="Calibri Light" w:cs="Calibri Light"/>
          <w:color w:val="000000"/>
        </w:rPr>
      </w:pPr>
      <w:r>
        <w:rPr>
          <w:rFonts w:ascii="Calibri Light" w:hAnsi="Calibri Light" w:cs="Calibri Light"/>
          <w:color w:val="000000"/>
        </w:rPr>
        <w:t xml:space="preserve">Oui </w:t>
      </w:r>
      <w:r w:rsidR="00046CE4" w:rsidRPr="00750AA4">
        <w:rPr>
          <w:rFonts w:ascii="Calibri Light" w:hAnsi="Calibri Light" w:cs="Calibri Light"/>
          <w:color w:val="000000"/>
        </w:rPr>
        <w:fldChar w:fldCharType="begin">
          <w:ffData>
            <w:name w:val="Case à cocher17"/>
            <w:enabled/>
            <w:calcOnExit w:val="0"/>
            <w:checkBox>
              <w:sizeAuto/>
              <w:default w:val="0"/>
            </w:checkBox>
          </w:ffData>
        </w:fldChar>
      </w:r>
      <w:r w:rsidR="00046CE4" w:rsidRPr="0032434A">
        <w:rPr>
          <w:rFonts w:ascii="Calibri Light" w:hAnsi="Calibri Light" w:cs="Calibri Light"/>
          <w:color w:val="000000"/>
        </w:rPr>
        <w:instrText xml:space="preserve"> FORMCHECKBOX </w:instrText>
      </w:r>
      <w:r w:rsidR="00046CE4" w:rsidRPr="00750AA4">
        <w:rPr>
          <w:rFonts w:ascii="Calibri Light" w:hAnsi="Calibri Light" w:cs="Calibri Light"/>
          <w:color w:val="000000"/>
        </w:rPr>
      </w:r>
      <w:r w:rsidR="00046CE4" w:rsidRPr="00750AA4">
        <w:rPr>
          <w:rFonts w:ascii="Calibri Light" w:hAnsi="Calibri Light" w:cs="Calibri Light"/>
          <w:color w:val="000000"/>
        </w:rPr>
        <w:fldChar w:fldCharType="separate"/>
      </w:r>
      <w:r w:rsidR="00046CE4" w:rsidRPr="00750AA4">
        <w:rPr>
          <w:rFonts w:ascii="Calibri Light" w:hAnsi="Calibri Light" w:cs="Calibri Light"/>
          <w:color w:val="000000"/>
        </w:rPr>
        <w:fldChar w:fldCharType="end"/>
      </w:r>
      <w:r w:rsidR="00046CE4" w:rsidRPr="00750AA4">
        <w:rPr>
          <w:rFonts w:ascii="Calibri Light" w:hAnsi="Calibri Light" w:cs="Calibri Light"/>
          <w:color w:val="000000"/>
        </w:rPr>
        <w:t xml:space="preserve"> </w:t>
      </w:r>
      <w:r w:rsidR="00F213FB" w:rsidRPr="00750AA4">
        <w:rPr>
          <w:rFonts w:ascii="Calibri Light" w:hAnsi="Calibri Light" w:cs="Calibri Light"/>
          <w:color w:val="000000"/>
        </w:rPr>
        <w:t>Non</w:t>
      </w:r>
      <w:r>
        <w:rPr>
          <w:rFonts w:ascii="Calibri Light" w:hAnsi="Calibri Light" w:cs="Calibri Light"/>
          <w:color w:val="000000"/>
        </w:rPr>
        <w:t xml:space="preserve"> </w:t>
      </w:r>
      <w:r w:rsidR="00046CE4" w:rsidRPr="00750AA4">
        <w:rPr>
          <w:rFonts w:ascii="Calibri Light" w:hAnsi="Calibri Light" w:cs="Calibri Light"/>
          <w:color w:val="000000"/>
        </w:rPr>
        <w:fldChar w:fldCharType="begin">
          <w:ffData>
            <w:name w:val="Case à cocher18"/>
            <w:enabled/>
            <w:calcOnExit w:val="0"/>
            <w:checkBox>
              <w:sizeAuto/>
              <w:default w:val="0"/>
            </w:checkBox>
          </w:ffData>
        </w:fldChar>
      </w:r>
      <w:r w:rsidR="00046CE4" w:rsidRPr="00750AA4">
        <w:rPr>
          <w:rFonts w:ascii="Calibri Light" w:hAnsi="Calibri Light" w:cs="Calibri Light"/>
          <w:color w:val="000000"/>
        </w:rPr>
        <w:instrText xml:space="preserve"> FORMCHECKBOX </w:instrText>
      </w:r>
      <w:r w:rsidR="00046CE4" w:rsidRPr="00750AA4">
        <w:rPr>
          <w:rFonts w:ascii="Calibri Light" w:hAnsi="Calibri Light" w:cs="Calibri Light"/>
          <w:color w:val="000000"/>
        </w:rPr>
      </w:r>
      <w:r w:rsidR="00046CE4" w:rsidRPr="00750AA4">
        <w:rPr>
          <w:rFonts w:ascii="Calibri Light" w:hAnsi="Calibri Light" w:cs="Calibri Light"/>
          <w:color w:val="000000"/>
        </w:rPr>
        <w:fldChar w:fldCharType="separate"/>
      </w:r>
      <w:r w:rsidR="00046CE4" w:rsidRPr="00750AA4">
        <w:rPr>
          <w:rFonts w:ascii="Calibri Light" w:hAnsi="Calibri Light" w:cs="Calibri Light"/>
          <w:color w:val="000000"/>
        </w:rPr>
        <w:fldChar w:fldCharType="end"/>
      </w:r>
    </w:p>
    <w:p w14:paraId="6E728373" w14:textId="20770C5C" w:rsidR="00F213FB" w:rsidRDefault="00B9491F" w:rsidP="00B9491F">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décrire les difficultés rencontrées : </w:t>
      </w:r>
    </w:p>
    <w:p w14:paraId="4B511C70" w14:textId="01BCCE28" w:rsidR="00B9491F" w:rsidRPr="00B9491F" w:rsidRDefault="00B9491F" w:rsidP="00B9491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5CFE4239" w14:textId="6C8D9E04" w:rsidR="00B9491F" w:rsidRDefault="00B9491F" w:rsidP="00B9491F">
      <w:pPr>
        <w:pStyle w:val="Titre3"/>
      </w:pPr>
      <w:r>
        <w:t>3</w:t>
      </w:r>
      <w:r w:rsidRPr="00DD3E4D">
        <w:t xml:space="preserve">. </w:t>
      </w:r>
      <w:r>
        <w:t>2</w:t>
      </w:r>
      <w:r w:rsidRPr="00DD3E4D">
        <w:t xml:space="preserve">. </w:t>
      </w:r>
      <w:r>
        <w:t>2</w:t>
      </w:r>
      <w:r w:rsidRPr="00DD3E4D">
        <w:t xml:space="preserve">. </w:t>
      </w:r>
      <w:r>
        <w:t>Difficultés rencontrées lors de la collecte de données</w:t>
      </w:r>
    </w:p>
    <w:p w14:paraId="213F7F5E" w14:textId="0433B25E" w:rsidR="00B9491F" w:rsidRPr="00B9491F" w:rsidRDefault="00B9491F" w:rsidP="00B9491F">
      <w:pPr>
        <w:rPr>
          <w:rFonts w:ascii="Calibri Light" w:hAnsi="Calibri Light" w:cs="Calibri Light"/>
          <w:color w:val="003E6A"/>
          <w:sz w:val="28"/>
          <w:szCs w:val="28"/>
        </w:rPr>
      </w:pPr>
      <w:r w:rsidRPr="00B9491F">
        <w:rPr>
          <w:rFonts w:ascii="Calibri Light" w:hAnsi="Calibri Light" w:cs="Calibri Light"/>
        </w:rPr>
        <w:t xml:space="preserve">Avez-vous rencontré des difficultés lors </w:t>
      </w:r>
      <w:r>
        <w:rPr>
          <w:rFonts w:ascii="Calibri Light" w:hAnsi="Calibri Light" w:cs="Calibri Light"/>
        </w:rPr>
        <w:t>de la collecte de données</w:t>
      </w:r>
      <w:r w:rsidRPr="00B9491F">
        <w:rPr>
          <w:rFonts w:ascii="Calibri Light" w:hAnsi="Calibri Light" w:cs="Calibri Light"/>
        </w:rPr>
        <w:t xml:space="preserve"> ?</w:t>
      </w:r>
    </w:p>
    <w:p w14:paraId="1C05F9E4" w14:textId="77777777" w:rsidR="00B9491F" w:rsidRDefault="00B9491F" w:rsidP="00B9491F">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2C5050E8" w14:textId="77777777" w:rsidR="00B9491F" w:rsidRDefault="00B9491F" w:rsidP="00B9491F">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décrire les difficultés rencontrées : </w:t>
      </w:r>
    </w:p>
    <w:p w14:paraId="203CAD26" w14:textId="77777777" w:rsidR="00B9491F" w:rsidRPr="002E0795" w:rsidRDefault="00B9491F" w:rsidP="00B9491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4D788F3D" w14:textId="77777777" w:rsidR="00B9491F" w:rsidRDefault="00B9491F" w:rsidP="00B9491F">
      <w:pPr>
        <w:rPr>
          <w:rFonts w:ascii="Calibri Light" w:hAnsi="Calibri Light" w:cs="Calibri Light"/>
        </w:rPr>
      </w:pPr>
    </w:p>
    <w:p w14:paraId="5685FC63" w14:textId="2FD65887" w:rsidR="00B9491F" w:rsidRPr="00B9491F" w:rsidRDefault="00B9491F" w:rsidP="00B9491F">
      <w:pPr>
        <w:rPr>
          <w:rFonts w:ascii="Calibri Light" w:hAnsi="Calibri Light" w:cs="Calibri Light"/>
          <w:color w:val="003E6A"/>
          <w:sz w:val="28"/>
          <w:szCs w:val="28"/>
        </w:rPr>
      </w:pPr>
      <w:r w:rsidRPr="00750AA4">
        <w:rPr>
          <w:rFonts w:ascii="Calibri Light" w:hAnsi="Calibri Light" w:cs="Calibri Light"/>
          <w:color w:val="000000"/>
        </w:rPr>
        <w:t>Y a-t-il eu des retraits de participant·e·s</w:t>
      </w:r>
      <w:r w:rsidRPr="00B9491F">
        <w:rPr>
          <w:rFonts w:ascii="Calibri Light" w:hAnsi="Calibri Light" w:cs="Calibri Light"/>
        </w:rPr>
        <w:t xml:space="preserve"> ?</w:t>
      </w:r>
    </w:p>
    <w:p w14:paraId="6D304B89" w14:textId="77777777" w:rsidR="00B9491F" w:rsidRDefault="00B9491F" w:rsidP="00B9491F">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70CEC459" w14:textId="2541D8F9" w:rsidR="00B9491F" w:rsidRDefault="00B9491F" w:rsidP="00B9491F">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préciser les circonstances de ces retraits : </w:t>
      </w:r>
    </w:p>
    <w:p w14:paraId="474F74A8" w14:textId="77777777" w:rsidR="00B9491F" w:rsidRPr="002E0795" w:rsidRDefault="00B9491F" w:rsidP="00B9491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6468681E" w14:textId="0D36A0C6" w:rsidR="00B9491F" w:rsidRPr="00B9491F" w:rsidRDefault="00B9491F" w:rsidP="00B9491F">
      <w:pPr>
        <w:pStyle w:val="Titre2"/>
      </w:pPr>
      <w:r>
        <w:t xml:space="preserve">3. </w:t>
      </w:r>
      <w:r w:rsidR="0032434A">
        <w:t>3</w:t>
      </w:r>
      <w:r w:rsidRPr="00DD3E4D">
        <w:t xml:space="preserve">. </w:t>
      </w:r>
      <w:r>
        <w:t>Autres éléments pertinents</w:t>
      </w:r>
    </w:p>
    <w:p w14:paraId="0F945E08" w14:textId="4146CE6E" w:rsidR="00F213FB" w:rsidRPr="00B9491F" w:rsidRDefault="00F213FB" w:rsidP="00B519F4">
      <w:pPr>
        <w:jc w:val="both"/>
        <w:rPr>
          <w:rFonts w:ascii="Calibri Light" w:hAnsi="Calibri Light" w:cs="Calibri Light"/>
        </w:rPr>
      </w:pPr>
      <w:r w:rsidRPr="00B9491F">
        <w:rPr>
          <w:rFonts w:ascii="Calibri Light" w:hAnsi="Calibri Light" w:cs="Calibri Light"/>
        </w:rPr>
        <w:t>Souhaitez-vous signaler tout autre élément pertinent concernant le déroulement du projet ?</w:t>
      </w:r>
    </w:p>
    <w:p w14:paraId="78649167" w14:textId="77777777" w:rsidR="00B9491F" w:rsidRDefault="00B9491F" w:rsidP="00B9491F">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3BC8FBDB" w14:textId="1E40FCA7" w:rsidR="00B9491F" w:rsidRDefault="00B9491F" w:rsidP="00B9491F">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préciser : </w:t>
      </w:r>
    </w:p>
    <w:p w14:paraId="2872D29B" w14:textId="77777777" w:rsidR="00B9491F" w:rsidRPr="002E0795" w:rsidRDefault="00B9491F" w:rsidP="00B9491F">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22980D77" w14:textId="4F122EAD" w:rsidR="005F5FE5" w:rsidRPr="00B9491F" w:rsidRDefault="00B9491F" w:rsidP="00B9491F">
      <w:pPr>
        <w:pStyle w:val="Titre1"/>
      </w:pPr>
      <w:bookmarkStart w:id="6" w:name="_Section_4_–"/>
      <w:bookmarkEnd w:id="6"/>
      <w:r>
        <w:t>Section 4 – c</w:t>
      </w:r>
      <w:r w:rsidR="006A7A79" w:rsidRPr="00B9491F">
        <w:t xml:space="preserve">hangements depuis </w:t>
      </w:r>
      <w:r w:rsidR="009C62B1" w:rsidRPr="00B9491F">
        <w:t>la dernière approbation</w:t>
      </w:r>
    </w:p>
    <w:p w14:paraId="667E1B6D" w14:textId="767B2413" w:rsidR="000E4150" w:rsidRPr="00B9491F" w:rsidRDefault="000E4150" w:rsidP="000E4150">
      <w:pPr>
        <w:pStyle w:val="Titre2"/>
      </w:pPr>
      <w:r>
        <w:t>4. 1</w:t>
      </w:r>
      <w:r w:rsidRPr="00DD3E4D">
        <w:t xml:space="preserve">. </w:t>
      </w:r>
      <w:r>
        <w:t>Modification</w:t>
      </w:r>
      <w:r w:rsidR="00890E7B">
        <w:t>s</w:t>
      </w:r>
      <w:r>
        <w:t xml:space="preserve"> apportées ou à apporter</w:t>
      </w:r>
    </w:p>
    <w:p w14:paraId="02B1B0E2" w14:textId="65C0E1B0" w:rsidR="00180FF9" w:rsidRPr="00750AA4" w:rsidRDefault="000769B2" w:rsidP="00B519F4">
      <w:pPr>
        <w:jc w:val="both"/>
        <w:rPr>
          <w:rFonts w:ascii="Calibri Light" w:hAnsi="Calibri Light" w:cs="Calibri Light"/>
        </w:rPr>
      </w:pPr>
      <w:r w:rsidRPr="00890E7B">
        <w:rPr>
          <w:rFonts w:ascii="Calibri Light" w:hAnsi="Calibri Light" w:cs="Calibri Light"/>
        </w:rPr>
        <w:t xml:space="preserve">Des modifications ont-elles été apportées depuis la dernière approbation </w:t>
      </w:r>
      <w:r w:rsidR="00570218" w:rsidRPr="00890E7B">
        <w:rPr>
          <w:rFonts w:ascii="Calibri Light" w:hAnsi="Calibri Light" w:cs="Calibri Light"/>
        </w:rPr>
        <w:t xml:space="preserve">ou souhaitez-vous apporter de nouvelles modifications </w:t>
      </w:r>
      <w:r w:rsidRPr="00890E7B">
        <w:rPr>
          <w:rFonts w:ascii="Calibri Light" w:hAnsi="Calibri Light" w:cs="Calibri Light"/>
        </w:rPr>
        <w:t>?</w:t>
      </w:r>
    </w:p>
    <w:p w14:paraId="36B2B566" w14:textId="3AA1CD3F" w:rsidR="00890E7B" w:rsidRPr="00750AA4" w:rsidRDefault="00890E7B" w:rsidP="00890E7B">
      <w:pPr>
        <w:pStyle w:val="NormalWeb"/>
        <w:spacing w:before="0" w:beforeAutospacing="0" w:after="0" w:afterAutospacing="0"/>
        <w:jc w:val="center"/>
        <w:rPr>
          <w:rFonts w:ascii="Calibri Light" w:hAnsi="Calibri Light" w:cs="Calibri Light"/>
          <w:color w:val="000000"/>
        </w:rPr>
      </w:pPr>
      <w:r w:rsidRPr="00750AA4">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20"/>
            <w:enabled/>
            <w:calcOnExit w:val="0"/>
            <w:checkBox>
              <w:sizeAuto/>
              <w:default w:val="0"/>
            </w:checkBox>
          </w:ffData>
        </w:fldChar>
      </w:r>
      <w:r w:rsidRPr="00890E7B">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w:t>
      </w:r>
      <w:r>
        <w:rPr>
          <w:rFonts w:ascii="Calibri Light" w:hAnsi="Calibri Light" w:cs="Calibri Light"/>
          <w:color w:val="000000"/>
        </w:rPr>
        <w:t>V</w:t>
      </w:r>
      <w:r w:rsidRPr="00750AA4">
        <w:rPr>
          <w:rFonts w:ascii="Calibri Light" w:hAnsi="Calibri Light" w:cs="Calibri Light"/>
          <w:color w:val="000000"/>
        </w:rPr>
        <w:t xml:space="preserve">euillez passer à la </w:t>
      </w:r>
      <w:hyperlink w:anchor="_4._2._Statut" w:history="1">
        <w:r w:rsidRPr="005830A9">
          <w:rPr>
            <w:rStyle w:val="Lienhypertexte"/>
            <w:rFonts w:ascii="Calibri Light" w:hAnsi="Calibri Light" w:cs="Calibri Light"/>
          </w:rPr>
          <w:t>section 4.2.</w:t>
        </w:r>
      </w:hyperlink>
    </w:p>
    <w:p w14:paraId="61A101C8" w14:textId="4ABEE620" w:rsidR="000769B2" w:rsidRPr="00750AA4" w:rsidRDefault="00890E7B" w:rsidP="00890E7B">
      <w:pPr>
        <w:pStyle w:val="NormalWeb"/>
        <w:spacing w:before="0" w:beforeAutospacing="0" w:after="0" w:afterAutospacing="0"/>
        <w:jc w:val="center"/>
        <w:rPr>
          <w:rFonts w:ascii="Calibri Light" w:hAnsi="Calibri Light" w:cs="Calibri Light"/>
          <w:color w:val="000000"/>
        </w:rPr>
      </w:pPr>
      <w:r w:rsidRPr="00750AA4">
        <w:rPr>
          <w:rFonts w:ascii="Calibri Light" w:hAnsi="Calibri Light" w:cs="Calibri Light"/>
          <w:color w:val="000000"/>
        </w:rPr>
        <w:t xml:space="preserve">Non </w:t>
      </w:r>
      <w:r w:rsidR="00CF4D99" w:rsidRPr="00750AA4">
        <w:rPr>
          <w:rFonts w:ascii="Calibri Light" w:hAnsi="Calibri Light" w:cs="Calibri Light"/>
          <w:color w:val="000000"/>
        </w:rPr>
        <w:fldChar w:fldCharType="begin">
          <w:ffData>
            <w:name w:val="Case à cocher19"/>
            <w:enabled/>
            <w:calcOnExit w:val="0"/>
            <w:checkBox>
              <w:sizeAuto/>
              <w:default w:val="0"/>
            </w:checkBox>
          </w:ffData>
        </w:fldChar>
      </w:r>
      <w:r w:rsidR="00CF4D99" w:rsidRPr="00890E7B">
        <w:rPr>
          <w:rFonts w:ascii="Calibri Light" w:hAnsi="Calibri Light" w:cs="Calibri Light"/>
          <w:color w:val="000000"/>
        </w:rPr>
        <w:instrText xml:space="preserve"> FORMCHECKBOX </w:instrText>
      </w:r>
      <w:r w:rsidR="00CF4D99" w:rsidRPr="00750AA4">
        <w:rPr>
          <w:rFonts w:ascii="Calibri Light" w:hAnsi="Calibri Light" w:cs="Calibri Light"/>
          <w:color w:val="000000"/>
        </w:rPr>
      </w:r>
      <w:r w:rsidR="00CF4D99" w:rsidRPr="00750AA4">
        <w:rPr>
          <w:rFonts w:ascii="Calibri Light" w:hAnsi="Calibri Light" w:cs="Calibri Light"/>
          <w:color w:val="000000"/>
        </w:rPr>
        <w:fldChar w:fldCharType="separate"/>
      </w:r>
      <w:r w:rsidR="00CF4D99" w:rsidRPr="00750AA4">
        <w:rPr>
          <w:rFonts w:ascii="Calibri Light" w:hAnsi="Calibri Light" w:cs="Calibri Light"/>
          <w:color w:val="000000"/>
        </w:rPr>
        <w:fldChar w:fldCharType="end"/>
      </w:r>
      <w:r w:rsidR="000769B2" w:rsidRPr="00750AA4">
        <w:rPr>
          <w:rFonts w:ascii="Calibri Light" w:hAnsi="Calibri Light" w:cs="Calibri Light"/>
          <w:color w:val="000000"/>
        </w:rPr>
        <w:t xml:space="preserve"> </w:t>
      </w:r>
      <w:r>
        <w:rPr>
          <w:rFonts w:ascii="Calibri Light" w:hAnsi="Calibri Light" w:cs="Calibri Light"/>
          <w:color w:val="000000"/>
        </w:rPr>
        <w:t>V</w:t>
      </w:r>
      <w:r w:rsidR="002874A0" w:rsidRPr="00750AA4">
        <w:rPr>
          <w:rFonts w:ascii="Calibri Light" w:hAnsi="Calibri Light" w:cs="Calibri Light"/>
          <w:color w:val="000000"/>
        </w:rPr>
        <w:t>euillez passer</w:t>
      </w:r>
      <w:r w:rsidR="000769B2" w:rsidRPr="00750AA4">
        <w:rPr>
          <w:rFonts w:ascii="Calibri Light" w:hAnsi="Calibri Light" w:cs="Calibri Light"/>
          <w:color w:val="000000"/>
        </w:rPr>
        <w:t xml:space="preserve"> à la </w:t>
      </w:r>
      <w:hyperlink w:anchor="_section_5_–" w:history="1">
        <w:r w:rsidR="000769B2" w:rsidRPr="005830A9">
          <w:rPr>
            <w:rStyle w:val="Lienhypertexte"/>
            <w:rFonts w:ascii="Calibri Light" w:hAnsi="Calibri Light" w:cs="Calibri Light"/>
          </w:rPr>
          <w:t>section 5</w:t>
        </w:r>
      </w:hyperlink>
      <w:r>
        <w:rPr>
          <w:rFonts w:ascii="Calibri Light" w:hAnsi="Calibri Light" w:cs="Calibri Light"/>
          <w:color w:val="000000"/>
        </w:rPr>
        <w:t>.</w:t>
      </w:r>
    </w:p>
    <w:p w14:paraId="1706CE14" w14:textId="4EC51F00" w:rsidR="00890E7B" w:rsidRPr="00B9491F" w:rsidRDefault="00890E7B" w:rsidP="00890E7B">
      <w:pPr>
        <w:pStyle w:val="Titre2"/>
      </w:pPr>
      <w:bookmarkStart w:id="7" w:name="_4._2._Statut"/>
      <w:bookmarkEnd w:id="7"/>
      <w:r>
        <w:lastRenderedPageBreak/>
        <w:t>4. 2</w:t>
      </w:r>
      <w:r w:rsidRPr="00DD3E4D">
        <w:t xml:space="preserve">. </w:t>
      </w:r>
      <w:r>
        <w:t>Statut des modifications</w:t>
      </w:r>
    </w:p>
    <w:p w14:paraId="774DE9DB" w14:textId="4C0A2D10" w:rsidR="00890E7B" w:rsidRPr="005830A9" w:rsidRDefault="00516617" w:rsidP="00B519F4">
      <w:pPr>
        <w:pStyle w:val="NormalWeb"/>
        <w:numPr>
          <w:ilvl w:val="0"/>
          <w:numId w:val="24"/>
        </w:numPr>
        <w:spacing w:before="0" w:beforeAutospacing="0" w:after="0" w:afterAutospacing="0"/>
        <w:jc w:val="both"/>
        <w:rPr>
          <w:rFonts w:ascii="Calibri Light" w:hAnsi="Calibri Light" w:cs="Calibri Light"/>
          <w:color w:val="000000"/>
        </w:rPr>
      </w:pPr>
      <w:r w:rsidRPr="00750AA4">
        <w:rPr>
          <w:rFonts w:ascii="Calibri Light" w:hAnsi="Calibri Light" w:cs="Calibri Light"/>
          <w:color w:val="000000"/>
        </w:rPr>
        <w:t>L</w:t>
      </w:r>
      <w:r w:rsidR="000769B2" w:rsidRPr="00750AA4">
        <w:rPr>
          <w:rFonts w:ascii="Calibri Light" w:hAnsi="Calibri Light" w:cs="Calibri Light"/>
          <w:color w:val="000000"/>
        </w:rPr>
        <w:t>es modifications ont été approuvées par le CER</w:t>
      </w:r>
      <w:r w:rsidR="004B150F" w:rsidRPr="00750AA4">
        <w:rPr>
          <w:rFonts w:ascii="Calibri Light" w:hAnsi="Calibri Light" w:cs="Calibri Light"/>
          <w:color w:val="000000"/>
        </w:rPr>
        <w:t xml:space="preserve"> </w:t>
      </w:r>
      <w:r w:rsidR="00890E7B" w:rsidRPr="00750AA4">
        <w:rPr>
          <w:rFonts w:ascii="Calibri Light" w:hAnsi="Calibri Light" w:cs="Calibri Light"/>
          <w:color w:val="000000"/>
        </w:rPr>
        <w:fldChar w:fldCharType="begin">
          <w:ffData>
            <w:name w:val="Case à cocher21"/>
            <w:enabled/>
            <w:calcOnExit w:val="0"/>
            <w:checkBox>
              <w:sizeAuto/>
              <w:default w:val="0"/>
            </w:checkBox>
          </w:ffData>
        </w:fldChar>
      </w:r>
      <w:r w:rsidR="00890E7B" w:rsidRPr="00B519F4">
        <w:rPr>
          <w:rFonts w:ascii="Calibri Light" w:hAnsi="Calibri Light" w:cs="Calibri Light"/>
          <w:color w:val="000000"/>
        </w:rPr>
        <w:instrText xml:space="preserve"> FORMCHECKBOX </w:instrText>
      </w:r>
      <w:r w:rsidR="00890E7B" w:rsidRPr="00750AA4">
        <w:rPr>
          <w:rFonts w:ascii="Calibri Light" w:hAnsi="Calibri Light" w:cs="Calibri Light"/>
          <w:color w:val="000000"/>
        </w:rPr>
      </w:r>
      <w:r w:rsidR="00890E7B" w:rsidRPr="00750AA4">
        <w:rPr>
          <w:rFonts w:ascii="Calibri Light" w:hAnsi="Calibri Light" w:cs="Calibri Light"/>
          <w:color w:val="000000"/>
        </w:rPr>
        <w:fldChar w:fldCharType="separate"/>
      </w:r>
      <w:r w:rsidR="00890E7B" w:rsidRPr="00750AA4">
        <w:rPr>
          <w:rFonts w:ascii="Calibri Light" w:hAnsi="Calibri Light" w:cs="Calibri Light"/>
          <w:color w:val="000000"/>
        </w:rPr>
        <w:fldChar w:fldCharType="end"/>
      </w:r>
      <w:r w:rsidR="00890E7B">
        <w:rPr>
          <w:rFonts w:ascii="Calibri Light" w:hAnsi="Calibri Light" w:cs="Calibri Light"/>
          <w:color w:val="000000"/>
        </w:rPr>
        <w:t>. V</w:t>
      </w:r>
      <w:r w:rsidR="002874A0" w:rsidRPr="00750AA4">
        <w:rPr>
          <w:rFonts w:ascii="Calibri Light" w:hAnsi="Calibri Light" w:cs="Calibri Light"/>
          <w:color w:val="000000"/>
        </w:rPr>
        <w:t>euillez passer</w:t>
      </w:r>
      <w:r w:rsidR="004B150F" w:rsidRPr="00750AA4">
        <w:rPr>
          <w:rFonts w:ascii="Calibri Light" w:hAnsi="Calibri Light" w:cs="Calibri Light"/>
          <w:color w:val="000000"/>
        </w:rPr>
        <w:t xml:space="preserve"> à la </w:t>
      </w:r>
      <w:hyperlink w:anchor="_section_5_–" w:history="1">
        <w:r w:rsidR="004B150F" w:rsidRPr="005830A9">
          <w:rPr>
            <w:rStyle w:val="Lienhypertexte"/>
            <w:rFonts w:ascii="Calibri Light" w:hAnsi="Calibri Light" w:cs="Calibri Light"/>
          </w:rPr>
          <w:t>section 5</w:t>
        </w:r>
      </w:hyperlink>
      <w:r w:rsidR="00890E7B" w:rsidRPr="005830A9">
        <w:rPr>
          <w:rFonts w:ascii="Calibri Light" w:hAnsi="Calibri Light" w:cs="Calibri Light"/>
          <w:color w:val="000000"/>
        </w:rPr>
        <w:t>.</w:t>
      </w:r>
    </w:p>
    <w:p w14:paraId="46F00B7E" w14:textId="39C9F497" w:rsidR="00890E7B" w:rsidRDefault="00516617" w:rsidP="00B519F4">
      <w:pPr>
        <w:pStyle w:val="NormalWeb"/>
        <w:numPr>
          <w:ilvl w:val="0"/>
          <w:numId w:val="24"/>
        </w:numPr>
        <w:spacing w:before="0" w:beforeAutospacing="0" w:after="0" w:afterAutospacing="0"/>
        <w:jc w:val="both"/>
        <w:rPr>
          <w:rFonts w:ascii="Calibri Light" w:hAnsi="Calibri Light" w:cs="Calibri Light"/>
          <w:color w:val="000000"/>
        </w:rPr>
      </w:pPr>
      <w:r w:rsidRPr="005830A9">
        <w:rPr>
          <w:rFonts w:ascii="Calibri Light" w:hAnsi="Calibri Light" w:cs="Calibri Light"/>
          <w:color w:val="000000"/>
        </w:rPr>
        <w:t xml:space="preserve">Les </w:t>
      </w:r>
      <w:r w:rsidR="000769B2" w:rsidRPr="005830A9">
        <w:rPr>
          <w:rFonts w:ascii="Calibri Light" w:hAnsi="Calibri Light" w:cs="Calibri Light"/>
          <w:color w:val="000000"/>
        </w:rPr>
        <w:t>modifications sont en attente d’approbation</w:t>
      </w:r>
      <w:r w:rsidR="00890E7B" w:rsidRPr="005830A9">
        <w:rPr>
          <w:rFonts w:ascii="Calibri Light" w:hAnsi="Calibri Light" w:cs="Calibri Light"/>
          <w:color w:val="000000"/>
        </w:rPr>
        <w:t xml:space="preserve"> </w:t>
      </w:r>
      <w:r w:rsidR="00890E7B" w:rsidRPr="005830A9">
        <w:rPr>
          <w:rFonts w:ascii="Calibri Light" w:hAnsi="Calibri Light" w:cs="Calibri Light"/>
          <w:color w:val="000000"/>
        </w:rPr>
        <w:fldChar w:fldCharType="begin">
          <w:ffData>
            <w:name w:val="Case à cocher22"/>
            <w:enabled/>
            <w:calcOnExit w:val="0"/>
            <w:checkBox>
              <w:sizeAuto/>
              <w:default w:val="0"/>
            </w:checkBox>
          </w:ffData>
        </w:fldChar>
      </w:r>
      <w:r w:rsidR="00890E7B" w:rsidRPr="005830A9">
        <w:rPr>
          <w:rFonts w:ascii="Calibri Light" w:hAnsi="Calibri Light" w:cs="Calibri Light"/>
          <w:color w:val="000000"/>
        </w:rPr>
        <w:instrText xml:space="preserve"> FORMCHECKBOX </w:instrText>
      </w:r>
      <w:r w:rsidR="00890E7B" w:rsidRPr="005830A9">
        <w:rPr>
          <w:rFonts w:ascii="Calibri Light" w:hAnsi="Calibri Light" w:cs="Calibri Light"/>
          <w:color w:val="000000"/>
        </w:rPr>
      </w:r>
      <w:r w:rsidR="00890E7B" w:rsidRPr="005830A9">
        <w:rPr>
          <w:rFonts w:ascii="Calibri Light" w:hAnsi="Calibri Light" w:cs="Calibri Light"/>
          <w:color w:val="000000"/>
        </w:rPr>
        <w:fldChar w:fldCharType="separate"/>
      </w:r>
      <w:r w:rsidR="00890E7B" w:rsidRPr="005830A9">
        <w:rPr>
          <w:rFonts w:ascii="Calibri Light" w:hAnsi="Calibri Light" w:cs="Calibri Light"/>
          <w:color w:val="000000"/>
        </w:rPr>
        <w:fldChar w:fldCharType="end"/>
      </w:r>
      <w:r w:rsidR="00890E7B" w:rsidRPr="005830A9">
        <w:rPr>
          <w:rFonts w:ascii="Calibri Light" w:hAnsi="Calibri Light" w:cs="Calibri Light"/>
          <w:color w:val="000000"/>
        </w:rPr>
        <w:t>. V</w:t>
      </w:r>
      <w:r w:rsidR="002874A0" w:rsidRPr="005830A9">
        <w:rPr>
          <w:rFonts w:ascii="Calibri Light" w:hAnsi="Calibri Light" w:cs="Calibri Light"/>
          <w:color w:val="000000"/>
        </w:rPr>
        <w:t>euillez passer</w:t>
      </w:r>
      <w:r w:rsidR="004B150F" w:rsidRPr="005830A9">
        <w:rPr>
          <w:rFonts w:ascii="Calibri Light" w:hAnsi="Calibri Light" w:cs="Calibri Light"/>
          <w:color w:val="000000"/>
        </w:rPr>
        <w:t xml:space="preserve"> à la </w:t>
      </w:r>
      <w:hyperlink w:anchor="_section_5_–" w:history="1">
        <w:r w:rsidR="004B150F" w:rsidRPr="005830A9">
          <w:rPr>
            <w:rStyle w:val="Lienhypertexte"/>
            <w:rFonts w:ascii="Calibri Light" w:hAnsi="Calibri Light" w:cs="Calibri Light"/>
          </w:rPr>
          <w:t>section 5</w:t>
        </w:r>
      </w:hyperlink>
      <w:r w:rsidR="00890E7B">
        <w:rPr>
          <w:rFonts w:ascii="Calibri Light" w:hAnsi="Calibri Light" w:cs="Calibri Light"/>
          <w:color w:val="000000"/>
        </w:rPr>
        <w:t>.</w:t>
      </w:r>
    </w:p>
    <w:p w14:paraId="030D8024" w14:textId="7C308E38" w:rsidR="000769B2" w:rsidRPr="00750AA4" w:rsidRDefault="00516617" w:rsidP="00B519F4">
      <w:pPr>
        <w:pStyle w:val="NormalWeb"/>
        <w:numPr>
          <w:ilvl w:val="0"/>
          <w:numId w:val="24"/>
        </w:numPr>
        <w:spacing w:before="0" w:beforeAutospacing="0" w:after="0" w:afterAutospacing="0"/>
        <w:jc w:val="both"/>
        <w:rPr>
          <w:rFonts w:ascii="Calibri Light" w:hAnsi="Calibri Light" w:cs="Calibri Light"/>
          <w:color w:val="000000"/>
        </w:rPr>
      </w:pPr>
      <w:r w:rsidRPr="00750AA4">
        <w:rPr>
          <w:rFonts w:ascii="Calibri Light" w:hAnsi="Calibri Light" w:cs="Calibri Light"/>
          <w:color w:val="000000"/>
        </w:rPr>
        <w:t>Les modifications</w:t>
      </w:r>
      <w:r w:rsidR="000769B2" w:rsidRPr="00750AA4">
        <w:rPr>
          <w:rFonts w:ascii="Calibri Light" w:hAnsi="Calibri Light" w:cs="Calibri Light"/>
          <w:color w:val="000000"/>
        </w:rPr>
        <w:t xml:space="preserve"> n’ont pas encore été soumises au CER</w:t>
      </w:r>
      <w:r w:rsidR="00890E7B">
        <w:rPr>
          <w:rFonts w:ascii="Calibri Light" w:hAnsi="Calibri Light" w:cs="Calibri Light"/>
          <w:color w:val="000000"/>
        </w:rPr>
        <w:t xml:space="preserve"> </w:t>
      </w:r>
      <w:r w:rsidR="00890E7B" w:rsidRPr="00750AA4">
        <w:rPr>
          <w:rFonts w:ascii="Calibri Light" w:hAnsi="Calibri Light" w:cs="Calibri Light"/>
          <w:color w:val="000000"/>
        </w:rPr>
        <w:fldChar w:fldCharType="begin">
          <w:ffData>
            <w:name w:val="Case à cocher23"/>
            <w:enabled/>
            <w:calcOnExit w:val="0"/>
            <w:checkBox>
              <w:sizeAuto/>
              <w:default w:val="0"/>
            </w:checkBox>
          </w:ffData>
        </w:fldChar>
      </w:r>
      <w:r w:rsidR="00890E7B" w:rsidRPr="00890E7B">
        <w:rPr>
          <w:rFonts w:ascii="Calibri Light" w:hAnsi="Calibri Light" w:cs="Calibri Light"/>
          <w:color w:val="000000"/>
        </w:rPr>
        <w:instrText xml:space="preserve"> FORMCHECKBOX </w:instrText>
      </w:r>
      <w:r w:rsidR="00890E7B" w:rsidRPr="00750AA4">
        <w:rPr>
          <w:rFonts w:ascii="Calibri Light" w:hAnsi="Calibri Light" w:cs="Calibri Light"/>
          <w:color w:val="000000"/>
        </w:rPr>
      </w:r>
      <w:r w:rsidR="00890E7B" w:rsidRPr="00750AA4">
        <w:rPr>
          <w:rFonts w:ascii="Calibri Light" w:hAnsi="Calibri Light" w:cs="Calibri Light"/>
          <w:color w:val="000000"/>
        </w:rPr>
        <w:fldChar w:fldCharType="separate"/>
      </w:r>
      <w:r w:rsidR="00890E7B" w:rsidRPr="00750AA4">
        <w:rPr>
          <w:rFonts w:ascii="Calibri Light" w:hAnsi="Calibri Light" w:cs="Calibri Light"/>
          <w:color w:val="000000"/>
        </w:rPr>
        <w:fldChar w:fldCharType="end"/>
      </w:r>
      <w:r w:rsidR="00890E7B">
        <w:rPr>
          <w:rFonts w:ascii="Calibri Light" w:hAnsi="Calibri Light" w:cs="Calibri Light"/>
          <w:color w:val="000000"/>
        </w:rPr>
        <w:t>.</w:t>
      </w:r>
      <w:r w:rsidRPr="00750AA4">
        <w:rPr>
          <w:rFonts w:ascii="Calibri Light" w:hAnsi="Calibri Light" w:cs="Calibri Light"/>
          <w:color w:val="000000"/>
        </w:rPr>
        <w:t xml:space="preserve"> </w:t>
      </w:r>
      <w:r w:rsidR="00890E7B">
        <w:rPr>
          <w:rFonts w:ascii="Calibri Light" w:hAnsi="Calibri Light" w:cs="Calibri Light"/>
          <w:color w:val="000000"/>
        </w:rPr>
        <w:t>V</w:t>
      </w:r>
      <w:r w:rsidR="00F546FB" w:rsidRPr="00750AA4">
        <w:rPr>
          <w:rFonts w:ascii="Calibri Light" w:hAnsi="Calibri Light" w:cs="Calibri Light"/>
          <w:color w:val="000000"/>
        </w:rPr>
        <w:t xml:space="preserve">euillez soumettre le </w:t>
      </w:r>
      <w:hyperlink r:id="rId10" w:history="1">
        <w:r w:rsidR="00F546FB" w:rsidRPr="0053154C">
          <w:rPr>
            <w:rStyle w:val="Lienhypertexte"/>
            <w:rFonts w:ascii="Calibri Light" w:hAnsi="Calibri Light" w:cs="Calibri Light"/>
          </w:rPr>
          <w:t>formulaire</w:t>
        </w:r>
        <w:r w:rsidR="00DA0C28" w:rsidRPr="0053154C">
          <w:rPr>
            <w:rStyle w:val="Lienhypertexte"/>
            <w:rFonts w:ascii="Calibri Light" w:hAnsi="Calibri Light" w:cs="Calibri Light"/>
          </w:rPr>
          <w:t xml:space="preserve"> de demande d’amendement</w:t>
        </w:r>
      </w:hyperlink>
      <w:r w:rsidR="00890E7B" w:rsidRPr="00C34F6D">
        <w:rPr>
          <w:rFonts w:ascii="Calibri Light" w:hAnsi="Calibri Light" w:cs="Calibri Light"/>
          <w:color w:val="000000"/>
        </w:rPr>
        <w:t>.</w:t>
      </w:r>
    </w:p>
    <w:p w14:paraId="057504BB" w14:textId="1E4AE497" w:rsidR="009E3D84" w:rsidRPr="00890E7B" w:rsidRDefault="00890E7B" w:rsidP="00890E7B">
      <w:pPr>
        <w:pStyle w:val="Titre1"/>
      </w:pPr>
      <w:bookmarkStart w:id="8" w:name="_section_5_–"/>
      <w:bookmarkEnd w:id="8"/>
      <w:r>
        <w:t xml:space="preserve">section </w:t>
      </w:r>
      <w:r w:rsidR="006A7A79" w:rsidRPr="00890E7B">
        <w:t>5</w:t>
      </w:r>
      <w:r>
        <w:t xml:space="preserve"> – s</w:t>
      </w:r>
      <w:r w:rsidR="009E3D84" w:rsidRPr="00890E7B">
        <w:t>ignalement d’événements imprévus ou de nouveaux risques</w:t>
      </w:r>
    </w:p>
    <w:p w14:paraId="66D69993" w14:textId="54D17E3D" w:rsidR="00B96784" w:rsidRPr="00750AA4" w:rsidRDefault="00B96784" w:rsidP="00B519F4">
      <w:pPr>
        <w:jc w:val="both"/>
        <w:rPr>
          <w:rFonts w:ascii="Calibri Light" w:hAnsi="Calibri Light" w:cs="Calibri Light"/>
        </w:rPr>
      </w:pPr>
      <w:r w:rsidRPr="00750AA4">
        <w:rPr>
          <w:rFonts w:ascii="Calibri Light" w:hAnsi="Calibri Light" w:cs="Calibri Light"/>
        </w:rPr>
        <w:t>Depuis la dernière approbation éthique, avez-vous pris connaissance d'événements imprévus ou de nouveaux risques qui auraient pu avoir une incidence sur les personnes participantes, sur leur sécurité ou leur bien-être, ou sur la conduite éthique du projet ?</w:t>
      </w:r>
    </w:p>
    <w:p w14:paraId="3CF49EB0" w14:textId="2945E66D" w:rsidR="00890E7B" w:rsidRPr="00750AA4" w:rsidRDefault="00890E7B" w:rsidP="00890E7B">
      <w:pPr>
        <w:spacing w:before="120"/>
        <w:jc w:val="center"/>
        <w:rPr>
          <w:rFonts w:ascii="Calibri Light" w:hAnsi="Calibri Light" w:cs="Calibri Light"/>
          <w:color w:val="1F497D" w:themeColor="text2"/>
        </w:rPr>
      </w:pPr>
      <w:r>
        <w:rPr>
          <w:rFonts w:ascii="Calibri Light" w:hAnsi="Calibri Light" w:cs="Calibri Light"/>
        </w:rPr>
        <w:t xml:space="preserve">Oui </w:t>
      </w:r>
      <w:r w:rsidRPr="00750AA4">
        <w:rPr>
          <w:rFonts w:ascii="Calibri Light" w:hAnsi="Calibri Light" w:cs="Calibri Light"/>
        </w:rPr>
        <w:fldChar w:fldCharType="begin">
          <w:ffData>
            <w:name w:val="Case à cocher25"/>
            <w:enabled/>
            <w:calcOnExit w:val="0"/>
            <w:checkBox>
              <w:sizeAuto/>
              <w:default w:val="0"/>
            </w:checkBox>
          </w:ffData>
        </w:fldChar>
      </w:r>
      <w:r w:rsidRPr="00890E7B">
        <w:rPr>
          <w:rFonts w:ascii="Calibri Light" w:hAnsi="Calibri Light" w:cs="Calibri Light"/>
        </w:rPr>
        <w:instrText xml:space="preserve"> FORMCHECKBOX </w:instrText>
      </w:r>
      <w:r w:rsidRPr="00750AA4">
        <w:rPr>
          <w:rFonts w:ascii="Calibri Light" w:hAnsi="Calibri Light" w:cs="Calibri Light"/>
        </w:rPr>
      </w:r>
      <w:r w:rsidRPr="00750AA4">
        <w:rPr>
          <w:rFonts w:ascii="Calibri Light" w:hAnsi="Calibri Light" w:cs="Calibri Light"/>
        </w:rPr>
        <w:fldChar w:fldCharType="separate"/>
      </w:r>
      <w:r w:rsidRPr="00750AA4">
        <w:rPr>
          <w:rFonts w:ascii="Calibri Light" w:hAnsi="Calibri Light" w:cs="Calibri Light"/>
        </w:rPr>
        <w:fldChar w:fldCharType="end"/>
      </w:r>
      <w:r w:rsidRPr="00750AA4">
        <w:rPr>
          <w:rFonts w:ascii="Calibri Light" w:hAnsi="Calibri Light" w:cs="Calibri Light"/>
        </w:rPr>
        <w:t xml:space="preserve"> </w:t>
      </w:r>
      <w:r>
        <w:rPr>
          <w:rFonts w:ascii="Calibri Light" w:hAnsi="Calibri Light" w:cs="Calibri Light"/>
        </w:rPr>
        <w:t>V</w:t>
      </w:r>
      <w:r w:rsidRPr="00750AA4">
        <w:rPr>
          <w:rFonts w:ascii="Calibri Light" w:hAnsi="Calibri Light" w:cs="Calibri Light"/>
          <w:color w:val="000000"/>
        </w:rPr>
        <w:t xml:space="preserve">euillez soumettre le </w:t>
      </w:r>
      <w:hyperlink r:id="rId11" w:history="1">
        <w:r w:rsidRPr="0053154C">
          <w:rPr>
            <w:rStyle w:val="Lienhypertexte"/>
            <w:rFonts w:ascii="Calibri Light" w:hAnsi="Calibri Light" w:cs="Calibri Light"/>
          </w:rPr>
          <w:t>formulaire de signalement d’événements imprévus ou de nouveaux risques</w:t>
        </w:r>
      </w:hyperlink>
      <w:r w:rsidR="005830A9">
        <w:rPr>
          <w:rFonts w:ascii="Calibri Light" w:hAnsi="Calibri Light" w:cs="Calibri Light"/>
          <w:color w:val="1F497D" w:themeColor="text2"/>
        </w:rPr>
        <w:t>.</w:t>
      </w:r>
    </w:p>
    <w:p w14:paraId="51CE9363" w14:textId="786415F0" w:rsidR="00B96784" w:rsidRPr="00750AA4" w:rsidRDefault="00890E7B" w:rsidP="00890E7B">
      <w:pPr>
        <w:jc w:val="center"/>
        <w:rPr>
          <w:rFonts w:ascii="Calibri Light" w:hAnsi="Calibri Light" w:cs="Calibri Light"/>
        </w:rPr>
      </w:pPr>
      <w:r>
        <w:rPr>
          <w:rFonts w:ascii="Calibri Light" w:hAnsi="Calibri Light" w:cs="Calibri Light"/>
        </w:rPr>
        <w:t xml:space="preserve">Non </w:t>
      </w:r>
      <w:r w:rsidR="00B96784" w:rsidRPr="00750AA4">
        <w:rPr>
          <w:rFonts w:ascii="Calibri Light" w:hAnsi="Calibri Light" w:cs="Calibri Light"/>
        </w:rPr>
        <w:fldChar w:fldCharType="begin">
          <w:ffData>
            <w:name w:val="Case à cocher24"/>
            <w:enabled/>
            <w:calcOnExit w:val="0"/>
            <w:checkBox>
              <w:sizeAuto/>
              <w:default w:val="0"/>
            </w:checkBox>
          </w:ffData>
        </w:fldChar>
      </w:r>
      <w:r w:rsidR="00B96784" w:rsidRPr="00750AA4">
        <w:rPr>
          <w:rFonts w:ascii="Calibri Light" w:hAnsi="Calibri Light" w:cs="Calibri Light"/>
        </w:rPr>
        <w:instrText xml:space="preserve"> FORMCHECKBOX </w:instrText>
      </w:r>
      <w:r w:rsidR="00B96784" w:rsidRPr="00750AA4">
        <w:rPr>
          <w:rFonts w:ascii="Calibri Light" w:hAnsi="Calibri Light" w:cs="Calibri Light"/>
        </w:rPr>
      </w:r>
      <w:r w:rsidR="00B96784" w:rsidRPr="00750AA4">
        <w:rPr>
          <w:rFonts w:ascii="Calibri Light" w:hAnsi="Calibri Light" w:cs="Calibri Light"/>
        </w:rPr>
        <w:fldChar w:fldCharType="separate"/>
      </w:r>
      <w:r w:rsidR="00B96784" w:rsidRPr="00750AA4">
        <w:rPr>
          <w:rFonts w:ascii="Calibri Light" w:hAnsi="Calibri Light" w:cs="Calibri Light"/>
        </w:rPr>
        <w:fldChar w:fldCharType="end"/>
      </w:r>
      <w:r w:rsidR="00B96784" w:rsidRPr="00750AA4">
        <w:rPr>
          <w:rFonts w:ascii="Calibri Light" w:hAnsi="Calibri Light" w:cs="Calibri Light"/>
        </w:rPr>
        <w:t xml:space="preserve"> </w:t>
      </w:r>
      <w:r>
        <w:rPr>
          <w:rFonts w:ascii="Calibri Light" w:hAnsi="Calibri Light" w:cs="Calibri Light"/>
        </w:rPr>
        <w:t>V</w:t>
      </w:r>
      <w:r w:rsidR="00B96784" w:rsidRPr="00750AA4">
        <w:rPr>
          <w:rFonts w:ascii="Calibri Light" w:hAnsi="Calibri Light" w:cs="Calibri Light"/>
          <w:color w:val="000000"/>
        </w:rPr>
        <w:t xml:space="preserve">euillez passer à la </w:t>
      </w:r>
      <w:hyperlink w:anchor="_section_6_–" w:history="1">
        <w:r w:rsidR="00B96784" w:rsidRPr="005830A9">
          <w:rPr>
            <w:rStyle w:val="Lienhypertexte"/>
            <w:rFonts w:ascii="Calibri Light" w:hAnsi="Calibri Light" w:cs="Calibri Light"/>
          </w:rPr>
          <w:t>section 6</w:t>
        </w:r>
      </w:hyperlink>
      <w:r w:rsidR="0007627C">
        <w:rPr>
          <w:rFonts w:ascii="Calibri Light" w:hAnsi="Calibri Light" w:cs="Calibri Light"/>
          <w:color w:val="000000"/>
        </w:rPr>
        <w:t>.</w:t>
      </w:r>
    </w:p>
    <w:p w14:paraId="046C5935" w14:textId="397EE986" w:rsidR="00983A7A" w:rsidRPr="00890E7B" w:rsidRDefault="00890E7B" w:rsidP="00890E7B">
      <w:pPr>
        <w:pStyle w:val="Titre1"/>
      </w:pPr>
      <w:bookmarkStart w:id="9" w:name="_section_6_–"/>
      <w:bookmarkEnd w:id="9"/>
      <w:r>
        <w:t>section 6 – D</w:t>
      </w:r>
      <w:r w:rsidR="006A7A79" w:rsidRPr="00890E7B">
        <w:t>éclaration d</w:t>
      </w:r>
      <w:r w:rsidR="00136706" w:rsidRPr="00890E7B">
        <w:t>e la personne</w:t>
      </w:r>
      <w:r w:rsidR="006A7A79" w:rsidRPr="00890E7B">
        <w:t xml:space="preserve"> chercheur</w:t>
      </w:r>
      <w:r w:rsidR="00136706" w:rsidRPr="00890E7B">
        <w:t>e</w:t>
      </w:r>
    </w:p>
    <w:p w14:paraId="41F266CF" w14:textId="4527D63C" w:rsidR="003627E5" w:rsidRPr="00890E7B" w:rsidRDefault="003627E5" w:rsidP="00890E7B">
      <w:pPr>
        <w:pStyle w:val="Paragraphedeliste"/>
        <w:numPr>
          <w:ilvl w:val="0"/>
          <w:numId w:val="25"/>
        </w:numPr>
        <w:ind w:left="360"/>
        <w:jc w:val="both"/>
        <w:rPr>
          <w:rFonts w:ascii="Calibri Light" w:hAnsi="Calibri Light" w:cs="Calibri Light"/>
        </w:rPr>
      </w:pPr>
      <w:r w:rsidRPr="00890E7B">
        <w:rPr>
          <w:rFonts w:ascii="Calibri Light" w:hAnsi="Calibri Light" w:cs="Calibri Light"/>
        </w:rPr>
        <w:t>Je certifie que les renseignements fournis dans le présent formulaire sont exacts et complets au meilleur de ma connaissance au moment de la déclaration.</w:t>
      </w:r>
      <w:r w:rsidR="00890E7B" w:rsidRPr="00890E7B">
        <w:rPr>
          <w:rFonts w:ascii="Calibri Light" w:hAnsi="Calibri Light" w:cs="Calibri Light"/>
        </w:rPr>
        <w:t xml:space="preserve"> </w:t>
      </w:r>
      <w:r w:rsidR="00890E7B" w:rsidRPr="00890E7B">
        <w:rPr>
          <w:rFonts w:ascii="Calibri Light" w:hAnsi="Calibri Light" w:cs="Calibri Light"/>
        </w:rPr>
        <w:fldChar w:fldCharType="begin">
          <w:ffData>
            <w:name w:val="Case à cocher42"/>
            <w:enabled/>
            <w:calcOnExit w:val="0"/>
            <w:checkBox>
              <w:sizeAuto/>
              <w:default w:val="0"/>
            </w:checkBox>
          </w:ffData>
        </w:fldChar>
      </w:r>
      <w:r w:rsidR="00890E7B" w:rsidRPr="00B519F4">
        <w:rPr>
          <w:rFonts w:ascii="Calibri Light" w:hAnsi="Calibri Light" w:cs="Calibri Light"/>
        </w:rPr>
        <w:instrText xml:space="preserve"> FORMCHECKBOX </w:instrText>
      </w:r>
      <w:r w:rsidR="00890E7B" w:rsidRPr="00890E7B">
        <w:rPr>
          <w:rFonts w:ascii="Calibri Light" w:hAnsi="Calibri Light" w:cs="Calibri Light"/>
        </w:rPr>
      </w:r>
      <w:r w:rsidR="00890E7B" w:rsidRPr="00890E7B">
        <w:rPr>
          <w:rFonts w:ascii="Calibri Light" w:hAnsi="Calibri Light" w:cs="Calibri Light"/>
        </w:rPr>
        <w:fldChar w:fldCharType="separate"/>
      </w:r>
      <w:r w:rsidR="00890E7B" w:rsidRPr="00890E7B">
        <w:rPr>
          <w:rFonts w:ascii="Calibri Light" w:hAnsi="Calibri Light" w:cs="Calibri Light"/>
        </w:rPr>
        <w:fldChar w:fldCharType="end"/>
      </w:r>
    </w:p>
    <w:p w14:paraId="56140F25" w14:textId="31BACC34" w:rsidR="003627E5" w:rsidRPr="00890E7B" w:rsidRDefault="00C80D71" w:rsidP="003627E5">
      <w:pPr>
        <w:pStyle w:val="Paragraphedeliste"/>
        <w:numPr>
          <w:ilvl w:val="0"/>
          <w:numId w:val="25"/>
        </w:numPr>
        <w:ind w:left="360"/>
        <w:jc w:val="both"/>
        <w:rPr>
          <w:rFonts w:ascii="Calibri Light" w:hAnsi="Calibri Light" w:cs="Calibri Light"/>
          <w:color w:val="000000"/>
        </w:rPr>
      </w:pPr>
      <w:r w:rsidRPr="00890E7B">
        <w:rPr>
          <w:rFonts w:ascii="Calibri Light" w:hAnsi="Calibri Light" w:cs="Calibri Light"/>
          <w:color w:val="000000"/>
        </w:rPr>
        <w:t>Par la présente, je demande le renouvellement du certificat d’éthique pour une période d’une année.</w:t>
      </w:r>
      <w:r w:rsidR="00890E7B" w:rsidRPr="00890E7B">
        <w:rPr>
          <w:rFonts w:ascii="Calibri Light" w:hAnsi="Calibri Light" w:cs="Calibri Light"/>
          <w:color w:val="000000"/>
        </w:rPr>
        <w:t xml:space="preserve"> </w:t>
      </w:r>
      <w:r w:rsidR="00890E7B" w:rsidRPr="00890E7B">
        <w:rPr>
          <w:rFonts w:ascii="Calibri Light" w:hAnsi="Calibri Light" w:cs="Calibri Light"/>
          <w:color w:val="000000"/>
        </w:rPr>
        <w:fldChar w:fldCharType="begin">
          <w:ffData>
            <w:name w:val="Case à cocher44"/>
            <w:enabled/>
            <w:calcOnExit w:val="0"/>
            <w:checkBox>
              <w:sizeAuto/>
              <w:default w:val="0"/>
            </w:checkBox>
          </w:ffData>
        </w:fldChar>
      </w:r>
      <w:r w:rsidR="00890E7B" w:rsidRPr="00890E7B">
        <w:rPr>
          <w:rFonts w:ascii="Calibri Light" w:hAnsi="Calibri Light" w:cs="Calibri Light"/>
          <w:color w:val="000000"/>
        </w:rPr>
        <w:instrText xml:space="preserve"> FORMCHECKBOX </w:instrText>
      </w:r>
      <w:r w:rsidR="00890E7B" w:rsidRPr="00890E7B">
        <w:rPr>
          <w:rFonts w:ascii="Calibri Light" w:hAnsi="Calibri Light" w:cs="Calibri Light"/>
          <w:color w:val="000000"/>
        </w:rPr>
      </w:r>
      <w:r w:rsidR="00890E7B" w:rsidRPr="00890E7B">
        <w:rPr>
          <w:rFonts w:ascii="Calibri Light" w:hAnsi="Calibri Light" w:cs="Calibri Light"/>
          <w:color w:val="000000"/>
        </w:rPr>
        <w:fldChar w:fldCharType="separate"/>
      </w:r>
      <w:r w:rsidR="00890E7B" w:rsidRPr="00890E7B">
        <w:rPr>
          <w:rFonts w:ascii="Calibri Light" w:hAnsi="Calibri Light" w:cs="Calibri Light"/>
          <w:color w:val="000000"/>
        </w:rPr>
        <w:fldChar w:fldCharType="end"/>
      </w:r>
    </w:p>
    <w:p w14:paraId="6F408282" w14:textId="1C849905" w:rsidR="00675507" w:rsidRPr="00750AA4" w:rsidRDefault="003627E5" w:rsidP="00890E7B">
      <w:pPr>
        <w:spacing w:before="240"/>
        <w:jc w:val="both"/>
        <w:rPr>
          <w:rFonts w:ascii="Calibri Light" w:hAnsi="Calibri Light" w:cs="Calibri Light"/>
          <w:color w:val="000000"/>
        </w:rPr>
      </w:pPr>
      <w:r w:rsidRPr="00750AA4">
        <w:rPr>
          <w:rFonts w:ascii="Calibri Light" w:hAnsi="Calibri Light" w:cs="Calibri Light"/>
          <w:color w:val="000000"/>
        </w:rPr>
        <w:t>Note : U</w:t>
      </w:r>
      <w:r w:rsidR="00C80D71" w:rsidRPr="00750AA4">
        <w:rPr>
          <w:rFonts w:ascii="Calibri Light" w:hAnsi="Calibri Light" w:cs="Calibri Light"/>
          <w:color w:val="000000"/>
        </w:rPr>
        <w:t>n certificat d’éthique valide doit être maintenu tant et aussi longtemps que le projet comporte des activités nécessitant une interaction avec les personnes participantes</w:t>
      </w:r>
      <w:r w:rsidR="00506D0A" w:rsidRPr="00750AA4">
        <w:rPr>
          <w:rFonts w:ascii="Calibri Light" w:hAnsi="Calibri Light" w:cs="Calibri Light"/>
          <w:color w:val="000000"/>
        </w:rPr>
        <w:t>. Ces activités incluent, notamment, le recrutement, la collecte de données, les activités de suivi ainsi que la transmission directe d’un rapport sommaire ou de toute autre information aux personnes participantes (ex., par courriel, téléphone ou autre moyen de communication).</w:t>
      </w:r>
    </w:p>
    <w:p w14:paraId="4561E2C0" w14:textId="77777777" w:rsidR="00C80D71" w:rsidRPr="00750AA4" w:rsidRDefault="00C80D71">
      <w:pPr>
        <w:rPr>
          <w:rFonts w:ascii="Calibri Light" w:hAnsi="Calibri Light" w:cs="Calibri Light"/>
        </w:rPr>
      </w:pPr>
    </w:p>
    <w:p w14:paraId="7376BA3F" w14:textId="7115CBA0" w:rsidR="00D57B7D" w:rsidRPr="00890E7B" w:rsidRDefault="00890E7B" w:rsidP="00890E7B">
      <w:pPr>
        <w:pStyle w:val="Titre2"/>
      </w:pPr>
      <w:r>
        <w:t>Signature</w:t>
      </w:r>
    </w:p>
    <w:p w14:paraId="273FB59E" w14:textId="5D691556" w:rsidR="005F5FE5" w:rsidRPr="00890E7B" w:rsidRDefault="00890E7B" w:rsidP="00890E7B">
      <w:pPr>
        <w:tabs>
          <w:tab w:val="left" w:pos="7938"/>
        </w:tabs>
        <w:rPr>
          <w:rFonts w:ascii="Calibri Light" w:hAnsi="Calibri Light" w:cs="Calibri Light"/>
          <w:b/>
          <w:bCs/>
        </w:rPr>
      </w:pPr>
      <w:r>
        <w:rPr>
          <w:rFonts w:ascii="Calibri Light" w:hAnsi="Calibri Light" w:cs="Calibri Light"/>
        </w:rPr>
        <w:t>Inscrire votre nom :</w:t>
      </w:r>
      <w:r w:rsidR="006A7A79"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B519F4">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r w:rsidRPr="00890E7B">
        <w:rPr>
          <w:rFonts w:ascii="Calibri Light" w:hAnsi="Calibri Light" w:cs="Calibri Light"/>
        </w:rPr>
        <w:t xml:space="preserve"> </w:t>
      </w:r>
      <w:r>
        <w:rPr>
          <w:rFonts w:ascii="Calibri Light" w:hAnsi="Calibri Light" w:cs="Calibri Light"/>
        </w:rPr>
        <w:tab/>
        <w:t>Date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890E7B">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p>
    <w:sectPr w:rsidR="005F5FE5" w:rsidRPr="00890E7B" w:rsidSect="00750AA4">
      <w:headerReference w:type="even" r:id="rId12"/>
      <w:headerReference w:type="default" r:id="rId13"/>
      <w:footerReference w:type="default" r:id="rId14"/>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55363" w14:textId="77777777" w:rsidR="00FC54FC" w:rsidRDefault="00FC54FC" w:rsidP="00750AA4">
      <w:r>
        <w:separator/>
      </w:r>
    </w:p>
  </w:endnote>
  <w:endnote w:type="continuationSeparator" w:id="0">
    <w:p w14:paraId="5543F6A4" w14:textId="77777777" w:rsidR="00FC54FC" w:rsidRDefault="00FC54FC" w:rsidP="0075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A65B9" w14:textId="2F7E8C0B" w:rsidR="00750AA4" w:rsidRPr="00750AA4" w:rsidRDefault="00750AA4" w:rsidP="00750AA4">
    <w:pPr>
      <w:pStyle w:val="Pieddepage"/>
      <w:jc w:val="right"/>
      <w:rPr>
        <w:rFonts w:ascii="Calibri Light" w:hAnsi="Calibri Light" w:cs="Calibri Light"/>
        <w:sz w:val="20"/>
        <w:szCs w:val="20"/>
      </w:rPr>
    </w:pPr>
    <w:r w:rsidRPr="00750AA4">
      <w:rPr>
        <w:rFonts w:ascii="Calibri Light" w:hAnsi="Calibri Light" w:cs="Calibri Light"/>
        <w:sz w:val="20"/>
        <w:szCs w:val="20"/>
      </w:rPr>
      <w:t xml:space="preserve">© Université de Saint-Boniface, Comité d’éthique de la recherche, </w:t>
    </w:r>
    <w:r w:rsidR="00890E7B">
      <w:rPr>
        <w:rFonts w:ascii="Calibri Light" w:hAnsi="Calibri Light" w:cs="Calibri Light"/>
        <w:sz w:val="20"/>
        <w:szCs w:val="20"/>
      </w:rPr>
      <w:t>Août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BC4D7" w14:textId="77777777" w:rsidR="00FC54FC" w:rsidRDefault="00FC54FC" w:rsidP="00750AA4">
      <w:r>
        <w:separator/>
      </w:r>
    </w:p>
  </w:footnote>
  <w:footnote w:type="continuationSeparator" w:id="0">
    <w:p w14:paraId="466A88FD" w14:textId="77777777" w:rsidR="00FC54FC" w:rsidRDefault="00FC54FC" w:rsidP="00750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2064216927"/>
      <w:docPartObj>
        <w:docPartGallery w:val="Page Numbers (Top of Page)"/>
        <w:docPartUnique/>
      </w:docPartObj>
    </w:sdtPr>
    <w:sdtEndPr>
      <w:rPr>
        <w:rStyle w:val="Numrodepage"/>
      </w:rPr>
    </w:sdtEndPr>
    <w:sdtContent>
      <w:p w14:paraId="49A804FD" w14:textId="62D5C220" w:rsidR="00750AA4" w:rsidRDefault="00750AA4" w:rsidP="00FE31EE">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11F2D6EE" w14:textId="77777777" w:rsidR="00750AA4" w:rsidRDefault="00750AA4" w:rsidP="00750AA4">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Fonts w:ascii="Calibri Light" w:hAnsi="Calibri Light" w:cs="Calibri Light"/>
      </w:rPr>
      <w:id w:val="-1769529847"/>
      <w:docPartObj>
        <w:docPartGallery w:val="Page Numbers (Top of Page)"/>
        <w:docPartUnique/>
      </w:docPartObj>
    </w:sdtPr>
    <w:sdtEndPr>
      <w:rPr>
        <w:rStyle w:val="Numrodepage"/>
      </w:rPr>
    </w:sdtEndPr>
    <w:sdtContent>
      <w:p w14:paraId="282E12F1" w14:textId="4B463154" w:rsidR="00750AA4" w:rsidRPr="00750AA4" w:rsidRDefault="00750AA4" w:rsidP="00FE31EE">
        <w:pPr>
          <w:pStyle w:val="En-tte"/>
          <w:framePr w:wrap="none" w:vAnchor="text" w:hAnchor="margin" w:xAlign="right" w:y="1"/>
          <w:rPr>
            <w:rStyle w:val="Numrodepage"/>
            <w:rFonts w:ascii="Calibri Light" w:hAnsi="Calibri Light" w:cs="Calibri Light"/>
          </w:rPr>
        </w:pPr>
        <w:r w:rsidRPr="00750AA4">
          <w:rPr>
            <w:rStyle w:val="Numrodepage"/>
            <w:rFonts w:ascii="Calibri Light" w:hAnsi="Calibri Light" w:cs="Calibri Light"/>
          </w:rPr>
          <w:fldChar w:fldCharType="begin"/>
        </w:r>
        <w:r w:rsidRPr="00750AA4">
          <w:rPr>
            <w:rStyle w:val="Numrodepage"/>
            <w:rFonts w:ascii="Calibri Light" w:hAnsi="Calibri Light" w:cs="Calibri Light"/>
          </w:rPr>
          <w:instrText xml:space="preserve"> PAGE </w:instrText>
        </w:r>
        <w:r w:rsidRPr="00750AA4">
          <w:rPr>
            <w:rStyle w:val="Numrodepage"/>
            <w:rFonts w:ascii="Calibri Light" w:hAnsi="Calibri Light" w:cs="Calibri Light"/>
          </w:rPr>
          <w:fldChar w:fldCharType="separate"/>
        </w:r>
        <w:r w:rsidRPr="00750AA4">
          <w:rPr>
            <w:rStyle w:val="Numrodepage"/>
            <w:rFonts w:ascii="Calibri Light" w:hAnsi="Calibri Light" w:cs="Calibri Light"/>
            <w:noProof/>
          </w:rPr>
          <w:t>1</w:t>
        </w:r>
        <w:r w:rsidRPr="00750AA4">
          <w:rPr>
            <w:rStyle w:val="Numrodepage"/>
            <w:rFonts w:ascii="Calibri Light" w:hAnsi="Calibri Light" w:cs="Calibri Light"/>
          </w:rPr>
          <w:fldChar w:fldCharType="end"/>
        </w:r>
      </w:p>
    </w:sdtContent>
  </w:sdt>
  <w:p w14:paraId="36C20F1F" w14:textId="290C4D3E" w:rsidR="00750AA4" w:rsidRPr="00750AA4" w:rsidRDefault="00750AA4" w:rsidP="005830A9">
    <w:pPr>
      <w:pStyle w:val="En-tte"/>
      <w:ind w:left="-142" w:right="360"/>
      <w:rPr>
        <w:rFonts w:ascii="Calibri Light" w:hAnsi="Calibri Light" w:cs="Calibri Light"/>
        <w:sz w:val="22"/>
        <w:szCs w:val="22"/>
      </w:rPr>
    </w:pPr>
    <w:r w:rsidRPr="00750AA4">
      <w:rPr>
        <w:rFonts w:ascii="Calibri Light" w:hAnsi="Calibri Light" w:cs="Calibri Light"/>
        <w:sz w:val="22"/>
        <w:szCs w:val="22"/>
      </w:rPr>
      <w:t>RAPPORT ET DEMANDE DE RENOUVELLEMENT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4DC2AFE"/>
    <w:multiLevelType w:val="hybridMultilevel"/>
    <w:tmpl w:val="19866CDE"/>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0" w15:restartNumberingAfterBreak="0">
    <w:nsid w:val="05077EEF"/>
    <w:multiLevelType w:val="hybridMultilevel"/>
    <w:tmpl w:val="D77E7D30"/>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0A244726"/>
    <w:multiLevelType w:val="hybridMultilevel"/>
    <w:tmpl w:val="645440F4"/>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2" w15:restartNumberingAfterBreak="0">
    <w:nsid w:val="145110FC"/>
    <w:multiLevelType w:val="hybridMultilevel"/>
    <w:tmpl w:val="814CC9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0FD4044"/>
    <w:multiLevelType w:val="hybridMultilevel"/>
    <w:tmpl w:val="5B5A044C"/>
    <w:lvl w:ilvl="0" w:tplc="7DF6C454">
      <w:start w:val="3"/>
      <w:numFmt w:val="bullet"/>
      <w:lvlText w:val="-"/>
      <w:lvlJc w:val="left"/>
      <w:pPr>
        <w:ind w:left="420" w:hanging="360"/>
      </w:pPr>
      <w:rPr>
        <w:rFonts w:ascii="Times New Roman" w:eastAsia="Times New Roman" w:hAnsi="Times New Roman" w:cs="Times New Roman" w:hint="default"/>
      </w:rPr>
    </w:lvl>
    <w:lvl w:ilvl="1" w:tplc="0C0C0003" w:tentative="1">
      <w:start w:val="1"/>
      <w:numFmt w:val="bullet"/>
      <w:lvlText w:val="o"/>
      <w:lvlJc w:val="left"/>
      <w:pPr>
        <w:ind w:left="1140" w:hanging="360"/>
      </w:pPr>
      <w:rPr>
        <w:rFonts w:ascii="Courier New" w:hAnsi="Courier New" w:cs="Courier New" w:hint="default"/>
      </w:rPr>
    </w:lvl>
    <w:lvl w:ilvl="2" w:tplc="0C0C0005" w:tentative="1">
      <w:start w:val="1"/>
      <w:numFmt w:val="bullet"/>
      <w:lvlText w:val=""/>
      <w:lvlJc w:val="left"/>
      <w:pPr>
        <w:ind w:left="1860" w:hanging="360"/>
      </w:pPr>
      <w:rPr>
        <w:rFonts w:ascii="Wingdings" w:hAnsi="Wingdings" w:hint="default"/>
      </w:rPr>
    </w:lvl>
    <w:lvl w:ilvl="3" w:tplc="0C0C0001" w:tentative="1">
      <w:start w:val="1"/>
      <w:numFmt w:val="bullet"/>
      <w:lvlText w:val=""/>
      <w:lvlJc w:val="left"/>
      <w:pPr>
        <w:ind w:left="2580" w:hanging="360"/>
      </w:pPr>
      <w:rPr>
        <w:rFonts w:ascii="Symbol" w:hAnsi="Symbol" w:hint="default"/>
      </w:rPr>
    </w:lvl>
    <w:lvl w:ilvl="4" w:tplc="0C0C0003" w:tentative="1">
      <w:start w:val="1"/>
      <w:numFmt w:val="bullet"/>
      <w:lvlText w:val="o"/>
      <w:lvlJc w:val="left"/>
      <w:pPr>
        <w:ind w:left="3300" w:hanging="360"/>
      </w:pPr>
      <w:rPr>
        <w:rFonts w:ascii="Courier New" w:hAnsi="Courier New" w:cs="Courier New" w:hint="default"/>
      </w:rPr>
    </w:lvl>
    <w:lvl w:ilvl="5" w:tplc="0C0C0005" w:tentative="1">
      <w:start w:val="1"/>
      <w:numFmt w:val="bullet"/>
      <w:lvlText w:val=""/>
      <w:lvlJc w:val="left"/>
      <w:pPr>
        <w:ind w:left="4020" w:hanging="360"/>
      </w:pPr>
      <w:rPr>
        <w:rFonts w:ascii="Wingdings" w:hAnsi="Wingdings" w:hint="default"/>
      </w:rPr>
    </w:lvl>
    <w:lvl w:ilvl="6" w:tplc="0C0C0001" w:tentative="1">
      <w:start w:val="1"/>
      <w:numFmt w:val="bullet"/>
      <w:lvlText w:val=""/>
      <w:lvlJc w:val="left"/>
      <w:pPr>
        <w:ind w:left="4740" w:hanging="360"/>
      </w:pPr>
      <w:rPr>
        <w:rFonts w:ascii="Symbol" w:hAnsi="Symbol" w:hint="default"/>
      </w:rPr>
    </w:lvl>
    <w:lvl w:ilvl="7" w:tplc="0C0C0003" w:tentative="1">
      <w:start w:val="1"/>
      <w:numFmt w:val="bullet"/>
      <w:lvlText w:val="o"/>
      <w:lvlJc w:val="left"/>
      <w:pPr>
        <w:ind w:left="5460" w:hanging="360"/>
      </w:pPr>
      <w:rPr>
        <w:rFonts w:ascii="Courier New" w:hAnsi="Courier New" w:cs="Courier New" w:hint="default"/>
      </w:rPr>
    </w:lvl>
    <w:lvl w:ilvl="8" w:tplc="0C0C0005" w:tentative="1">
      <w:start w:val="1"/>
      <w:numFmt w:val="bullet"/>
      <w:lvlText w:val=""/>
      <w:lvlJc w:val="left"/>
      <w:pPr>
        <w:ind w:left="6180" w:hanging="360"/>
      </w:pPr>
      <w:rPr>
        <w:rFonts w:ascii="Wingdings" w:hAnsi="Wingdings" w:hint="default"/>
      </w:rPr>
    </w:lvl>
  </w:abstractNum>
  <w:abstractNum w:abstractNumId="14" w15:restartNumberingAfterBreak="0">
    <w:nsid w:val="2B1343D3"/>
    <w:multiLevelType w:val="hybridMultilevel"/>
    <w:tmpl w:val="7CEE1CA2"/>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5" w15:restartNumberingAfterBreak="0">
    <w:nsid w:val="3E8B10AE"/>
    <w:multiLevelType w:val="multilevel"/>
    <w:tmpl w:val="12E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4375DF"/>
    <w:multiLevelType w:val="multilevel"/>
    <w:tmpl w:val="7772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95775"/>
    <w:multiLevelType w:val="hybridMultilevel"/>
    <w:tmpl w:val="EE56E470"/>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8" w15:restartNumberingAfterBreak="0">
    <w:nsid w:val="575C2100"/>
    <w:multiLevelType w:val="multilevel"/>
    <w:tmpl w:val="7C380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631916"/>
    <w:multiLevelType w:val="hybridMultilevel"/>
    <w:tmpl w:val="2A3833A6"/>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5EA06139"/>
    <w:multiLevelType w:val="hybridMultilevel"/>
    <w:tmpl w:val="A1C46ED0"/>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66CD1953"/>
    <w:multiLevelType w:val="hybridMultilevel"/>
    <w:tmpl w:val="741CE1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6B3762C1"/>
    <w:multiLevelType w:val="hybridMultilevel"/>
    <w:tmpl w:val="C9EC198E"/>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75C12F16"/>
    <w:multiLevelType w:val="multilevel"/>
    <w:tmpl w:val="5842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545634"/>
    <w:multiLevelType w:val="hybridMultilevel"/>
    <w:tmpl w:val="45AA0D4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400441080">
    <w:abstractNumId w:val="8"/>
  </w:num>
  <w:num w:numId="2" w16cid:durableId="904800533">
    <w:abstractNumId w:val="6"/>
  </w:num>
  <w:num w:numId="3" w16cid:durableId="787312538">
    <w:abstractNumId w:val="5"/>
  </w:num>
  <w:num w:numId="4" w16cid:durableId="1138763949">
    <w:abstractNumId w:val="4"/>
  </w:num>
  <w:num w:numId="5" w16cid:durableId="540171644">
    <w:abstractNumId w:val="7"/>
  </w:num>
  <w:num w:numId="6" w16cid:durableId="696010622">
    <w:abstractNumId w:val="3"/>
  </w:num>
  <w:num w:numId="7" w16cid:durableId="1822427501">
    <w:abstractNumId w:val="2"/>
  </w:num>
  <w:num w:numId="8" w16cid:durableId="1253588527">
    <w:abstractNumId w:val="1"/>
  </w:num>
  <w:num w:numId="9" w16cid:durableId="460615875">
    <w:abstractNumId w:val="0"/>
  </w:num>
  <w:num w:numId="10" w16cid:durableId="1748068068">
    <w:abstractNumId w:val="16"/>
  </w:num>
  <w:num w:numId="11" w16cid:durableId="341468840">
    <w:abstractNumId w:val="23"/>
  </w:num>
  <w:num w:numId="12" w16cid:durableId="408574657">
    <w:abstractNumId w:val="21"/>
  </w:num>
  <w:num w:numId="13" w16cid:durableId="1213804581">
    <w:abstractNumId w:val="18"/>
  </w:num>
  <w:num w:numId="14" w16cid:durableId="843015620">
    <w:abstractNumId w:val="15"/>
  </w:num>
  <w:num w:numId="15" w16cid:durableId="2053385832">
    <w:abstractNumId w:val="12"/>
  </w:num>
  <w:num w:numId="16" w16cid:durableId="856576657">
    <w:abstractNumId w:val="13"/>
  </w:num>
  <w:num w:numId="17" w16cid:durableId="687757272">
    <w:abstractNumId w:val="20"/>
  </w:num>
  <w:num w:numId="18" w16cid:durableId="1816872738">
    <w:abstractNumId w:val="24"/>
  </w:num>
  <w:num w:numId="19" w16cid:durableId="604659624">
    <w:abstractNumId w:val="22"/>
  </w:num>
  <w:num w:numId="20" w16cid:durableId="1173031311">
    <w:abstractNumId w:val="19"/>
  </w:num>
  <w:num w:numId="21" w16cid:durableId="1788885193">
    <w:abstractNumId w:val="14"/>
  </w:num>
  <w:num w:numId="22" w16cid:durableId="1130636313">
    <w:abstractNumId w:val="11"/>
  </w:num>
  <w:num w:numId="23" w16cid:durableId="714546900">
    <w:abstractNumId w:val="17"/>
  </w:num>
  <w:num w:numId="24" w16cid:durableId="1519347168">
    <w:abstractNumId w:val="9"/>
  </w:num>
  <w:num w:numId="25" w16cid:durableId="7528965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B84"/>
    <w:rsid w:val="00021E8C"/>
    <w:rsid w:val="00031970"/>
    <w:rsid w:val="00034616"/>
    <w:rsid w:val="00035828"/>
    <w:rsid w:val="00046CE4"/>
    <w:rsid w:val="00053B3B"/>
    <w:rsid w:val="0006063C"/>
    <w:rsid w:val="0007627C"/>
    <w:rsid w:val="000769B2"/>
    <w:rsid w:val="000A2B16"/>
    <w:rsid w:val="000D0B46"/>
    <w:rsid w:val="000D1197"/>
    <w:rsid w:val="000E4150"/>
    <w:rsid w:val="000E429E"/>
    <w:rsid w:val="000F77B7"/>
    <w:rsid w:val="00131225"/>
    <w:rsid w:val="00136706"/>
    <w:rsid w:val="00136B02"/>
    <w:rsid w:val="00145923"/>
    <w:rsid w:val="0015074B"/>
    <w:rsid w:val="00156869"/>
    <w:rsid w:val="00171691"/>
    <w:rsid w:val="00171CAF"/>
    <w:rsid w:val="00172949"/>
    <w:rsid w:val="00180FF9"/>
    <w:rsid w:val="001D002F"/>
    <w:rsid w:val="001D23C0"/>
    <w:rsid w:val="00236E09"/>
    <w:rsid w:val="00240713"/>
    <w:rsid w:val="00254DF3"/>
    <w:rsid w:val="002749A8"/>
    <w:rsid w:val="002874A0"/>
    <w:rsid w:val="0029639D"/>
    <w:rsid w:val="002A059F"/>
    <w:rsid w:val="002A0684"/>
    <w:rsid w:val="002A08A1"/>
    <w:rsid w:val="002A379D"/>
    <w:rsid w:val="002E0795"/>
    <w:rsid w:val="003040B7"/>
    <w:rsid w:val="0032434A"/>
    <w:rsid w:val="00326F90"/>
    <w:rsid w:val="003339BA"/>
    <w:rsid w:val="00350557"/>
    <w:rsid w:val="00353897"/>
    <w:rsid w:val="0036078F"/>
    <w:rsid w:val="003627E5"/>
    <w:rsid w:val="003A0EDE"/>
    <w:rsid w:val="003A5EB1"/>
    <w:rsid w:val="003B4854"/>
    <w:rsid w:val="003B5995"/>
    <w:rsid w:val="003B5F76"/>
    <w:rsid w:val="003C292C"/>
    <w:rsid w:val="003E0DB2"/>
    <w:rsid w:val="003E3B61"/>
    <w:rsid w:val="003E5759"/>
    <w:rsid w:val="00401BA5"/>
    <w:rsid w:val="004021F6"/>
    <w:rsid w:val="00407096"/>
    <w:rsid w:val="00454CBA"/>
    <w:rsid w:val="004665A3"/>
    <w:rsid w:val="00482F9F"/>
    <w:rsid w:val="00484953"/>
    <w:rsid w:val="00494176"/>
    <w:rsid w:val="004B150F"/>
    <w:rsid w:val="004B5B1A"/>
    <w:rsid w:val="004E5D5D"/>
    <w:rsid w:val="00506D0A"/>
    <w:rsid w:val="00516617"/>
    <w:rsid w:val="00524185"/>
    <w:rsid w:val="0053154C"/>
    <w:rsid w:val="005536F0"/>
    <w:rsid w:val="00570218"/>
    <w:rsid w:val="005748AF"/>
    <w:rsid w:val="00577714"/>
    <w:rsid w:val="00581D25"/>
    <w:rsid w:val="005830A9"/>
    <w:rsid w:val="005A2A27"/>
    <w:rsid w:val="005A3ED2"/>
    <w:rsid w:val="005D4EF3"/>
    <w:rsid w:val="005F5FE5"/>
    <w:rsid w:val="00606177"/>
    <w:rsid w:val="00606B2F"/>
    <w:rsid w:val="0061605E"/>
    <w:rsid w:val="006359C0"/>
    <w:rsid w:val="0064136F"/>
    <w:rsid w:val="006739DD"/>
    <w:rsid w:val="006753AC"/>
    <w:rsid w:val="00675507"/>
    <w:rsid w:val="006A7A79"/>
    <w:rsid w:val="006C35A7"/>
    <w:rsid w:val="006D6E2E"/>
    <w:rsid w:val="00704B36"/>
    <w:rsid w:val="0072063A"/>
    <w:rsid w:val="00736916"/>
    <w:rsid w:val="00741FB7"/>
    <w:rsid w:val="00750AA4"/>
    <w:rsid w:val="0075523C"/>
    <w:rsid w:val="0076060F"/>
    <w:rsid w:val="00775B00"/>
    <w:rsid w:val="00785D16"/>
    <w:rsid w:val="00796AFB"/>
    <w:rsid w:val="007A62B3"/>
    <w:rsid w:val="007C2FAA"/>
    <w:rsid w:val="007D51F5"/>
    <w:rsid w:val="007E34CD"/>
    <w:rsid w:val="008011AA"/>
    <w:rsid w:val="00826F8C"/>
    <w:rsid w:val="00850AD1"/>
    <w:rsid w:val="00853181"/>
    <w:rsid w:val="00880255"/>
    <w:rsid w:val="008814F5"/>
    <w:rsid w:val="00883375"/>
    <w:rsid w:val="00890E7B"/>
    <w:rsid w:val="00895505"/>
    <w:rsid w:val="008B3C85"/>
    <w:rsid w:val="008E46C7"/>
    <w:rsid w:val="008F1751"/>
    <w:rsid w:val="008F39DB"/>
    <w:rsid w:val="008F63D9"/>
    <w:rsid w:val="00920E03"/>
    <w:rsid w:val="00962815"/>
    <w:rsid w:val="00983A7A"/>
    <w:rsid w:val="00983EB0"/>
    <w:rsid w:val="00993B11"/>
    <w:rsid w:val="009C62B1"/>
    <w:rsid w:val="009E3D84"/>
    <w:rsid w:val="009F748E"/>
    <w:rsid w:val="00A031F3"/>
    <w:rsid w:val="00A100BF"/>
    <w:rsid w:val="00A45132"/>
    <w:rsid w:val="00A75982"/>
    <w:rsid w:val="00A76C62"/>
    <w:rsid w:val="00AA1D8D"/>
    <w:rsid w:val="00AA4D8A"/>
    <w:rsid w:val="00AE5AC9"/>
    <w:rsid w:val="00AE6455"/>
    <w:rsid w:val="00AF3F11"/>
    <w:rsid w:val="00B402F3"/>
    <w:rsid w:val="00B47730"/>
    <w:rsid w:val="00B519F4"/>
    <w:rsid w:val="00B7586F"/>
    <w:rsid w:val="00B8108D"/>
    <w:rsid w:val="00B9491F"/>
    <w:rsid w:val="00B96784"/>
    <w:rsid w:val="00B97543"/>
    <w:rsid w:val="00BC067D"/>
    <w:rsid w:val="00BC0BB6"/>
    <w:rsid w:val="00BC6F0F"/>
    <w:rsid w:val="00BE08DB"/>
    <w:rsid w:val="00BE6B2E"/>
    <w:rsid w:val="00C11F4B"/>
    <w:rsid w:val="00C17BF8"/>
    <w:rsid w:val="00C34F6D"/>
    <w:rsid w:val="00C40BA6"/>
    <w:rsid w:val="00C42F16"/>
    <w:rsid w:val="00C52C6C"/>
    <w:rsid w:val="00C55195"/>
    <w:rsid w:val="00C55B00"/>
    <w:rsid w:val="00C80D71"/>
    <w:rsid w:val="00CB0664"/>
    <w:rsid w:val="00CE09DE"/>
    <w:rsid w:val="00CE75F4"/>
    <w:rsid w:val="00CF4D99"/>
    <w:rsid w:val="00D11665"/>
    <w:rsid w:val="00D3746F"/>
    <w:rsid w:val="00D3749F"/>
    <w:rsid w:val="00D57B7D"/>
    <w:rsid w:val="00D7664E"/>
    <w:rsid w:val="00D80DE5"/>
    <w:rsid w:val="00D82B2B"/>
    <w:rsid w:val="00D872AF"/>
    <w:rsid w:val="00DA0C28"/>
    <w:rsid w:val="00DB3E72"/>
    <w:rsid w:val="00DD3577"/>
    <w:rsid w:val="00DD44F1"/>
    <w:rsid w:val="00E07C8C"/>
    <w:rsid w:val="00E270F3"/>
    <w:rsid w:val="00E312BE"/>
    <w:rsid w:val="00E432A7"/>
    <w:rsid w:val="00E53517"/>
    <w:rsid w:val="00E6768A"/>
    <w:rsid w:val="00E82067"/>
    <w:rsid w:val="00EA6B33"/>
    <w:rsid w:val="00EF07DE"/>
    <w:rsid w:val="00F07EDA"/>
    <w:rsid w:val="00F10947"/>
    <w:rsid w:val="00F12050"/>
    <w:rsid w:val="00F213FB"/>
    <w:rsid w:val="00F37C91"/>
    <w:rsid w:val="00F4612A"/>
    <w:rsid w:val="00F51ED1"/>
    <w:rsid w:val="00F546FB"/>
    <w:rsid w:val="00F60AC9"/>
    <w:rsid w:val="00F67CE9"/>
    <w:rsid w:val="00F80938"/>
    <w:rsid w:val="00F86B8A"/>
    <w:rsid w:val="00FC54FC"/>
    <w:rsid w:val="00FC693F"/>
    <w:rsid w:val="00FC7D08"/>
    <w:rsid w:val="00FE11E7"/>
    <w:rsid w:val="00FE3700"/>
    <w:rsid w:val="00FF08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96F9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D8A"/>
    <w:pPr>
      <w:spacing w:after="0" w:line="240" w:lineRule="auto"/>
    </w:pPr>
    <w:rPr>
      <w:rFonts w:ascii="Times New Roman" w:eastAsia="Times New Roman" w:hAnsi="Times New Roman" w:cs="Times New Roman"/>
      <w:sz w:val="24"/>
      <w:szCs w:val="24"/>
      <w:lang w:val="fr-CA" w:eastAsia="fr-CA"/>
    </w:rPr>
  </w:style>
  <w:style w:type="paragraph" w:styleId="Titre1">
    <w:name w:val="heading 1"/>
    <w:basedOn w:val="Normal"/>
    <w:next w:val="Normal"/>
    <w:link w:val="Titre1Car"/>
    <w:uiPriority w:val="9"/>
    <w:qFormat/>
    <w:rsid w:val="00AE5AC9"/>
    <w:pPr>
      <w:keepNext/>
      <w:keepLines/>
      <w:pBdr>
        <w:top w:val="single" w:sz="4" w:space="1" w:color="auto"/>
        <w:left w:val="single" w:sz="4" w:space="4" w:color="auto"/>
        <w:bottom w:val="single" w:sz="4" w:space="1" w:color="auto"/>
        <w:right w:val="single" w:sz="4" w:space="4" w:color="auto"/>
      </w:pBdr>
      <w:shd w:val="clear" w:color="auto" w:fill="C6D9F1" w:themeFill="text2" w:themeFillTint="33"/>
      <w:spacing w:before="240" w:after="240"/>
      <w:jc w:val="center"/>
      <w:outlineLvl w:val="0"/>
    </w:pPr>
    <w:rPr>
      <w:rFonts w:ascii="Calibri Light" w:eastAsiaTheme="majorEastAsia" w:hAnsi="Calibri Light" w:cs="Calibri Light"/>
      <w:b/>
      <w:bCs/>
      <w:caps/>
      <w:color w:val="003D6A"/>
      <w:sz w:val="32"/>
      <w:szCs w:val="32"/>
    </w:rPr>
  </w:style>
  <w:style w:type="paragraph" w:styleId="Titre2">
    <w:name w:val="heading 2"/>
    <w:basedOn w:val="Normal"/>
    <w:next w:val="Normal"/>
    <w:link w:val="Titre2Car"/>
    <w:uiPriority w:val="9"/>
    <w:unhideWhenUsed/>
    <w:qFormat/>
    <w:rsid w:val="00AE5AC9"/>
    <w:pPr>
      <w:spacing w:before="240" w:after="120"/>
      <w:outlineLvl w:val="1"/>
    </w:pPr>
    <w:rPr>
      <w:rFonts w:ascii="Calibri Light" w:hAnsi="Calibri Light" w:cs="Calibri Light"/>
      <w:b/>
      <w:bCs/>
      <w:color w:val="003D6A"/>
      <w:sz w:val="28"/>
      <w:szCs w:val="28"/>
    </w:rPr>
  </w:style>
  <w:style w:type="paragraph" w:styleId="Titre3">
    <w:name w:val="heading 3"/>
    <w:basedOn w:val="Normal"/>
    <w:next w:val="Normal"/>
    <w:link w:val="Titre3Car"/>
    <w:uiPriority w:val="9"/>
    <w:unhideWhenUsed/>
    <w:qFormat/>
    <w:rsid w:val="00AE5AC9"/>
    <w:pPr>
      <w:spacing w:before="240" w:after="120"/>
      <w:jc w:val="both"/>
      <w:outlineLvl w:val="2"/>
    </w:pPr>
    <w:rPr>
      <w:rFonts w:ascii="Calibri Light" w:eastAsiaTheme="minorEastAsia" w:hAnsi="Calibri Light" w:cs="Calibri Light"/>
      <w:i/>
      <w:iCs/>
      <w:color w:val="003E6A"/>
      <w:sz w:val="28"/>
      <w:szCs w:val="28"/>
      <w:lang w:eastAsia="en-US"/>
    </w:rPr>
  </w:style>
  <w:style w:type="paragraph" w:styleId="Titre4">
    <w:name w:val="heading 4"/>
    <w:basedOn w:val="Normal"/>
    <w:next w:val="Normal"/>
    <w:link w:val="Titre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AE5AC9"/>
    <w:rPr>
      <w:rFonts w:ascii="Calibri Light" w:eastAsiaTheme="majorEastAsia" w:hAnsi="Calibri Light" w:cs="Calibri Light"/>
      <w:b/>
      <w:bCs/>
      <w:caps/>
      <w:color w:val="003D6A"/>
      <w:sz w:val="32"/>
      <w:szCs w:val="32"/>
      <w:shd w:val="clear" w:color="auto" w:fill="C6D9F1" w:themeFill="text2" w:themeFillTint="33"/>
      <w:lang w:val="fr-CA" w:eastAsia="fr-CA"/>
    </w:rPr>
  </w:style>
  <w:style w:type="character" w:customStyle="1" w:styleId="Titre2Car">
    <w:name w:val="Titre 2 Car"/>
    <w:basedOn w:val="Policepardfaut"/>
    <w:link w:val="Titre2"/>
    <w:uiPriority w:val="9"/>
    <w:rsid w:val="00AE5AC9"/>
    <w:rPr>
      <w:rFonts w:ascii="Calibri Light" w:eastAsia="Times New Roman" w:hAnsi="Calibri Light" w:cs="Calibri Light"/>
      <w:b/>
      <w:bCs/>
      <w:color w:val="003D6A"/>
      <w:sz w:val="28"/>
      <w:szCs w:val="28"/>
      <w:lang w:val="fr-CA" w:eastAsia="fr-CA"/>
    </w:rPr>
  </w:style>
  <w:style w:type="character" w:customStyle="1" w:styleId="Titre3Car">
    <w:name w:val="Titre 3 Car"/>
    <w:basedOn w:val="Policepardfaut"/>
    <w:link w:val="Titre3"/>
    <w:uiPriority w:val="9"/>
    <w:rsid w:val="00AE5AC9"/>
    <w:rPr>
      <w:rFonts w:ascii="Calibri Light" w:hAnsi="Calibri Light" w:cs="Calibri Light"/>
      <w:i/>
      <w:iCs/>
      <w:color w:val="003E6A"/>
      <w:sz w:val="28"/>
      <w:szCs w:val="28"/>
      <w:lang w:val="fr-CA"/>
    </w:rPr>
  </w:style>
  <w:style w:type="paragraph" w:styleId="Titre">
    <w:name w:val="Title"/>
    <w:basedOn w:val="Normal"/>
    <w:next w:val="Normal"/>
    <w:link w:val="Titre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80255"/>
    <w:pPr>
      <w:spacing w:before="100" w:beforeAutospacing="1" w:after="100" w:afterAutospacing="1"/>
    </w:pPr>
  </w:style>
  <w:style w:type="character" w:customStyle="1" w:styleId="apple-converted-space">
    <w:name w:val="apple-converted-space"/>
    <w:basedOn w:val="Policepardfaut"/>
    <w:rsid w:val="000769B2"/>
  </w:style>
  <w:style w:type="character" w:styleId="Marquedecommentaire">
    <w:name w:val="annotation reference"/>
    <w:basedOn w:val="Policepardfaut"/>
    <w:uiPriority w:val="99"/>
    <w:semiHidden/>
    <w:unhideWhenUsed/>
    <w:rsid w:val="003339BA"/>
    <w:rPr>
      <w:sz w:val="16"/>
      <w:szCs w:val="16"/>
    </w:rPr>
  </w:style>
  <w:style w:type="paragraph" w:styleId="Commentaire">
    <w:name w:val="annotation text"/>
    <w:basedOn w:val="Normal"/>
    <w:link w:val="CommentaireCar"/>
    <w:uiPriority w:val="99"/>
    <w:unhideWhenUsed/>
    <w:rsid w:val="003339BA"/>
    <w:rPr>
      <w:sz w:val="20"/>
      <w:szCs w:val="20"/>
    </w:rPr>
  </w:style>
  <w:style w:type="character" w:customStyle="1" w:styleId="CommentaireCar">
    <w:name w:val="Commentaire Car"/>
    <w:basedOn w:val="Policepardfaut"/>
    <w:link w:val="Commentaire"/>
    <w:uiPriority w:val="99"/>
    <w:rsid w:val="003339BA"/>
    <w:rPr>
      <w:rFonts w:ascii="Times New Roman" w:eastAsia="Times New Roman" w:hAnsi="Times New Roman" w:cs="Times New Roman"/>
      <w:sz w:val="20"/>
      <w:szCs w:val="20"/>
      <w:lang w:val="fr-CA" w:eastAsia="fr-CA"/>
    </w:rPr>
  </w:style>
  <w:style w:type="paragraph" w:styleId="Objetducommentaire">
    <w:name w:val="annotation subject"/>
    <w:basedOn w:val="Commentaire"/>
    <w:next w:val="Commentaire"/>
    <w:link w:val="ObjetducommentaireCar"/>
    <w:uiPriority w:val="99"/>
    <w:semiHidden/>
    <w:unhideWhenUsed/>
    <w:rsid w:val="003339BA"/>
    <w:rPr>
      <w:b/>
      <w:bCs/>
    </w:rPr>
  </w:style>
  <w:style w:type="character" w:customStyle="1" w:styleId="ObjetducommentaireCar">
    <w:name w:val="Objet du commentaire Car"/>
    <w:basedOn w:val="CommentaireCar"/>
    <w:link w:val="Objetducommentaire"/>
    <w:uiPriority w:val="99"/>
    <w:semiHidden/>
    <w:rsid w:val="003339BA"/>
    <w:rPr>
      <w:rFonts w:ascii="Times New Roman" w:eastAsia="Times New Roman" w:hAnsi="Times New Roman" w:cs="Times New Roman"/>
      <w:b/>
      <w:bCs/>
      <w:sz w:val="20"/>
      <w:szCs w:val="20"/>
      <w:lang w:val="fr-CA" w:eastAsia="fr-CA"/>
    </w:rPr>
  </w:style>
  <w:style w:type="paragraph" w:styleId="Rvision">
    <w:name w:val="Revision"/>
    <w:hidden/>
    <w:uiPriority w:val="99"/>
    <w:semiHidden/>
    <w:rsid w:val="00236E09"/>
    <w:pPr>
      <w:spacing w:after="0" w:line="240" w:lineRule="auto"/>
    </w:pPr>
    <w:rPr>
      <w:rFonts w:ascii="Times New Roman" w:eastAsia="Times New Roman" w:hAnsi="Times New Roman" w:cs="Times New Roman"/>
      <w:sz w:val="24"/>
      <w:szCs w:val="24"/>
      <w:lang w:val="fr-CA" w:eastAsia="fr-CA"/>
    </w:rPr>
  </w:style>
  <w:style w:type="paragraph" w:customStyle="1" w:styleId="isselectedend">
    <w:name w:val="isselectedend"/>
    <w:basedOn w:val="Normal"/>
    <w:rsid w:val="00C80D71"/>
    <w:pPr>
      <w:spacing w:before="100" w:beforeAutospacing="1" w:after="100" w:afterAutospacing="1"/>
    </w:pPr>
  </w:style>
  <w:style w:type="character" w:styleId="Numrodepage">
    <w:name w:val="page number"/>
    <w:basedOn w:val="Policepardfaut"/>
    <w:uiPriority w:val="99"/>
    <w:semiHidden/>
    <w:unhideWhenUsed/>
    <w:rsid w:val="00750AA4"/>
  </w:style>
  <w:style w:type="character" w:styleId="Lienhypertexte">
    <w:name w:val="Hyperlink"/>
    <w:basedOn w:val="Policepardfaut"/>
    <w:uiPriority w:val="99"/>
    <w:unhideWhenUsed/>
    <w:rsid w:val="0007627C"/>
    <w:rPr>
      <w:color w:val="0000FF" w:themeColor="hyperlink"/>
      <w:u w:val="single"/>
    </w:rPr>
  </w:style>
  <w:style w:type="character" w:styleId="Mentionnonrsolue">
    <w:name w:val="Unresolved Mention"/>
    <w:basedOn w:val="Policepardfaut"/>
    <w:uiPriority w:val="99"/>
    <w:semiHidden/>
    <w:unhideWhenUsed/>
    <w:rsid w:val="0007627C"/>
    <w:rPr>
      <w:color w:val="605E5C"/>
      <w:shd w:val="clear" w:color="auto" w:fill="E1DFDD"/>
    </w:rPr>
  </w:style>
  <w:style w:type="character" w:styleId="Lienhypertextesuivivisit">
    <w:name w:val="FollowedHyperlink"/>
    <w:basedOn w:val="Policepardfaut"/>
    <w:uiPriority w:val="99"/>
    <w:semiHidden/>
    <w:unhideWhenUsed/>
    <w:rsid w:val="000762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tboniface.ca/sites/default/files/2026-09/Signalement_Evenements_Imprevus_CER_Septembre2026.dot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stboniface.ca/sites/default/files/2026-09/Demande_amendement_CER_Aout2026.dotx" TargetMode="External"/><Relationship Id="rId4" Type="http://schemas.openxmlformats.org/officeDocument/2006/relationships/settings" Target="settings.xml"/><Relationship Id="rId9" Type="http://schemas.openxmlformats.org/officeDocument/2006/relationships/hyperlink" Target="https://ustboniface.ca/sites/default/files/2026-09/Rapport_final_CER_Aout2026.dot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954</Words>
  <Characters>5249</Characters>
  <Application>Microsoft Office Word</Application>
  <DocSecurity>0</DocSecurity>
  <Lines>43</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6191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Marie-Elaine Desmarais</cp:lastModifiedBy>
  <cp:revision>2</cp:revision>
  <dcterms:created xsi:type="dcterms:W3CDTF">2026-09-29T15:37:00Z</dcterms:created>
  <dcterms:modified xsi:type="dcterms:W3CDTF">2026-09-29T15:37:00Z</dcterms:modified>
  <cp:category/>
</cp:coreProperties>
</file>