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7EF18A0" w14:textId="77777777" w:rsidR="009F01E8" w:rsidRDefault="009F01E8" w:rsidP="009F01E8">
      <w:pPr>
        <w:spacing w:before="120" w:after="120"/>
        <w:jc w:val="center"/>
        <w:rPr>
          <w:rFonts w:ascii="Calibri Light" w:hAnsi="Calibri Light" w:cs="Calibri Light"/>
          <w:color w:val="000000"/>
        </w:rPr>
      </w:pPr>
      <w:r w:rsidRPr="00750AA4">
        <w:rPr>
          <w:rFonts w:ascii="Calibri Light" w:eastAsiaTheme="minorEastAsia" w:hAnsi="Calibri Light" w:cs="Calibri Light"/>
          <w:b/>
          <w:bCs/>
          <w:caps/>
          <w:noProof/>
          <w:color w:val="003E6A"/>
          <w:sz w:val="36"/>
          <w:szCs w:val="36"/>
          <w:lang w:eastAsia="en-US"/>
        </w:rPr>
        <w:drawing>
          <wp:anchor distT="0" distB="0" distL="114300" distR="114300" simplePos="0" relativeHeight="251659264" behindDoc="1" locked="0" layoutInCell="1" allowOverlap="1" wp14:anchorId="6236E1CB" wp14:editId="5560F29F">
            <wp:simplePos x="0" y="0"/>
            <wp:positionH relativeFrom="column">
              <wp:posOffset>-197485</wp:posOffset>
            </wp:positionH>
            <wp:positionV relativeFrom="paragraph">
              <wp:posOffset>98</wp:posOffset>
            </wp:positionV>
            <wp:extent cx="1511935" cy="387350"/>
            <wp:effectExtent l="0" t="0" r="0" b="6350"/>
            <wp:wrapTopAndBottom/>
            <wp:docPr id="1" name="Image 1" descr="Logo de l’Université de Saint-Boni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Logo de l’Université de Saint-Boniface"/>
                    <pic:cNvPicPr/>
                  </pic:nvPicPr>
                  <pic:blipFill>
                    <a:blip r:embed="rId8"/>
                    <a:stretch>
                      <a:fillRect/>
                    </a:stretch>
                  </pic:blipFill>
                  <pic:spPr>
                    <a:xfrm>
                      <a:off x="0" y="0"/>
                      <a:ext cx="1511935" cy="387350"/>
                    </a:xfrm>
                    <a:prstGeom prst="rect">
                      <a:avLst/>
                    </a:prstGeom>
                  </pic:spPr>
                </pic:pic>
              </a:graphicData>
            </a:graphic>
            <wp14:sizeRelH relativeFrom="page">
              <wp14:pctWidth>0</wp14:pctWidth>
            </wp14:sizeRelH>
            <wp14:sizeRelV relativeFrom="page">
              <wp14:pctHeight>0</wp14:pctHeight>
            </wp14:sizeRelV>
          </wp:anchor>
        </w:drawing>
      </w:r>
      <w:r w:rsidR="00014673">
        <w:rPr>
          <w:rFonts w:ascii="Calibri Light" w:eastAsiaTheme="minorEastAsia" w:hAnsi="Calibri Light" w:cs="Calibri Light"/>
          <w:b/>
          <w:bCs/>
          <w:caps/>
          <w:color w:val="003E6A"/>
          <w:sz w:val="36"/>
          <w:szCs w:val="36"/>
          <w:lang w:eastAsia="en-US"/>
        </w:rPr>
        <w:t>Signalement d’évènements imprévus ou de nouveaux risques</w:t>
      </w:r>
    </w:p>
    <w:p w14:paraId="3A90805A" w14:textId="77777777" w:rsidR="009F01E8" w:rsidRPr="00206648" w:rsidRDefault="009F01E8" w:rsidP="00206648">
      <w:pPr>
        <w:pStyle w:val="Titre1"/>
      </w:pPr>
      <w:r w:rsidRPr="00206648">
        <w:t>Section 1 – Informations du projet</w:t>
      </w:r>
    </w:p>
    <w:p w14:paraId="5498C872" w14:textId="77777777" w:rsidR="009F01E8" w:rsidRPr="009F01E8" w:rsidRDefault="009F01E8" w:rsidP="00206648">
      <w:pPr>
        <w:pStyle w:val="Titre2"/>
      </w:pPr>
      <w:r w:rsidRPr="009F01E8">
        <w:t>1. 1. Titre du projet de recherche</w:t>
      </w:r>
    </w:p>
    <w:p w14:paraId="044EAFC2" w14:textId="77777777" w:rsidR="009F01E8" w:rsidRPr="00AE5AC9" w:rsidRDefault="009F01E8" w:rsidP="009F01E8">
      <w:pPr>
        <w:rPr>
          <w:rFonts w:ascii="Calibri Light" w:hAnsi="Calibri Light" w:cs="Calibri Light"/>
        </w:rPr>
      </w:pPr>
      <w:r w:rsidRPr="00AE5AC9">
        <w:rPr>
          <w:rFonts w:ascii="Calibri Light" w:hAnsi="Calibri Light" w:cs="Calibri Light"/>
        </w:rPr>
        <w:t xml:space="preserve">Inscrire le titre : </w:t>
      </w:r>
    </w:p>
    <w:p w14:paraId="59B95FFF" w14:textId="77777777" w:rsidR="009F01E8" w:rsidRPr="00AE5AC9"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AE5AC9">
        <w:rPr>
          <w:rFonts w:ascii="Calibri Light" w:hAnsi="Calibri Light" w:cs="Calibri Light"/>
        </w:rPr>
        <w:fldChar w:fldCharType="begin">
          <w:ffData>
            <w:name w:val="Texte1"/>
            <w:enabled/>
            <w:calcOnExit w:val="0"/>
            <w:textInput/>
          </w:ffData>
        </w:fldChar>
      </w:r>
      <w:bookmarkStart w:id="0" w:name="Texte1"/>
      <w:r w:rsidRPr="000D1197">
        <w:rPr>
          <w:rFonts w:ascii="Calibri Light" w:hAnsi="Calibri Light" w:cs="Calibri Light"/>
        </w:rPr>
        <w:instrText xml:space="preserve"> FORMTEXT </w:instrText>
      </w:r>
      <w:r w:rsidRPr="00AE5AC9">
        <w:rPr>
          <w:rFonts w:ascii="Calibri Light" w:hAnsi="Calibri Light" w:cs="Calibri Light"/>
        </w:rPr>
      </w:r>
      <w:r w:rsidRPr="00AE5AC9">
        <w:rPr>
          <w:rFonts w:ascii="Calibri Light" w:hAnsi="Calibri Light" w:cs="Calibri Light"/>
        </w:rPr>
        <w:fldChar w:fldCharType="separate"/>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rPr>
        <w:fldChar w:fldCharType="end"/>
      </w:r>
      <w:bookmarkEnd w:id="0"/>
    </w:p>
    <w:p w14:paraId="37A48E28" w14:textId="77777777" w:rsidR="009F01E8" w:rsidRPr="00AE5AC9" w:rsidRDefault="009F01E8" w:rsidP="009F01E8">
      <w:pPr>
        <w:spacing w:before="240"/>
        <w:rPr>
          <w:rFonts w:ascii="Calibri Light" w:hAnsi="Calibri Light" w:cs="Calibri Light"/>
        </w:rPr>
      </w:pPr>
      <w:r w:rsidRPr="00AE5AC9">
        <w:rPr>
          <w:rFonts w:ascii="Calibri Light" w:hAnsi="Calibri Light" w:cs="Calibri Light"/>
        </w:rPr>
        <w:t xml:space="preserve">Inscrire le </w:t>
      </w:r>
      <w:r>
        <w:rPr>
          <w:rFonts w:ascii="Calibri Light" w:hAnsi="Calibri Light" w:cs="Calibri Light"/>
        </w:rPr>
        <w:t>numéro de certificat éthique</w:t>
      </w:r>
      <w:r w:rsidRPr="00AE5AC9">
        <w:rPr>
          <w:rFonts w:ascii="Calibri Light" w:hAnsi="Calibri Light" w:cs="Calibri Light"/>
        </w:rPr>
        <w:t xml:space="preserve"> : </w:t>
      </w:r>
    </w:p>
    <w:p w14:paraId="3EEE6A2D" w14:textId="77777777" w:rsidR="009F01E8" w:rsidRPr="00AE5AC9"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AE5AC9">
        <w:rPr>
          <w:rFonts w:ascii="Calibri Light" w:hAnsi="Calibri Light" w:cs="Calibri Light"/>
        </w:rPr>
        <w:fldChar w:fldCharType="begin">
          <w:ffData>
            <w:name w:val="Texte1"/>
            <w:enabled/>
            <w:calcOnExit w:val="0"/>
            <w:textInput/>
          </w:ffData>
        </w:fldChar>
      </w:r>
      <w:r w:rsidRPr="00AE5AC9">
        <w:rPr>
          <w:rFonts w:ascii="Calibri Light" w:hAnsi="Calibri Light" w:cs="Calibri Light"/>
        </w:rPr>
        <w:instrText xml:space="preserve"> FORMTEXT </w:instrText>
      </w:r>
      <w:r w:rsidRPr="00AE5AC9">
        <w:rPr>
          <w:rFonts w:ascii="Calibri Light" w:hAnsi="Calibri Light" w:cs="Calibri Light"/>
        </w:rPr>
      </w:r>
      <w:r w:rsidRPr="00AE5AC9">
        <w:rPr>
          <w:rFonts w:ascii="Calibri Light" w:hAnsi="Calibri Light" w:cs="Calibri Light"/>
        </w:rPr>
        <w:fldChar w:fldCharType="separate"/>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rPr>
        <w:fldChar w:fldCharType="end"/>
      </w:r>
    </w:p>
    <w:p w14:paraId="5B6C0B6D" w14:textId="77777777" w:rsidR="009F01E8" w:rsidRPr="009F01E8" w:rsidRDefault="009F01E8" w:rsidP="00564C67">
      <w:pPr>
        <w:pStyle w:val="Titre3"/>
      </w:pPr>
      <w:r w:rsidRPr="009F01E8">
        <w:t>1. 1 .1. Type de recherche</w:t>
      </w:r>
    </w:p>
    <w:p w14:paraId="5AFF2E96" w14:textId="77777777" w:rsidR="009F01E8" w:rsidRPr="00AE5AC9" w:rsidRDefault="009F01E8" w:rsidP="009F01E8">
      <w:pPr>
        <w:pStyle w:val="Paragraphedeliste"/>
        <w:numPr>
          <w:ilvl w:val="0"/>
          <w:numId w:val="20"/>
        </w:numPr>
        <w:ind w:left="360"/>
        <w:rPr>
          <w:rFonts w:ascii="Calibri Light" w:hAnsi="Calibri Light" w:cs="Calibri Light"/>
        </w:rPr>
      </w:pPr>
      <w:r w:rsidRPr="00AE5AC9">
        <w:rPr>
          <w:rFonts w:ascii="Calibri Light" w:hAnsi="Calibri Light" w:cs="Calibri Light"/>
        </w:rPr>
        <w:t xml:space="preserve">Recherche d’un·e membre du corps professoral </w:t>
      </w:r>
      <w:r w:rsidRPr="00AE5AC9">
        <w:rPr>
          <w:rFonts w:ascii="Calibri Light" w:hAnsi="Calibri Light" w:cs="Calibri Light"/>
          <w:highlight w:val="lightGray"/>
        </w:rPr>
        <w:fldChar w:fldCharType="begin">
          <w:ffData>
            <w:name w:val="Case à cocher11"/>
            <w:enabled/>
            <w:calcOnExit w:val="0"/>
            <w:checkBox>
              <w:sizeAuto/>
              <w:default w:val="0"/>
            </w:checkBox>
          </w:ffData>
        </w:fldChar>
      </w:r>
      <w:r w:rsidRPr="00AE5AC9">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0AAB101B" w14:textId="77777777" w:rsidR="009F01E8" w:rsidRPr="00AE5AC9" w:rsidRDefault="009F01E8" w:rsidP="009F01E8">
      <w:pPr>
        <w:pStyle w:val="Paragraphedeliste"/>
        <w:numPr>
          <w:ilvl w:val="0"/>
          <w:numId w:val="20"/>
        </w:numPr>
        <w:ind w:left="360"/>
        <w:rPr>
          <w:rFonts w:ascii="Calibri Light" w:hAnsi="Calibri Light" w:cs="Calibri Light"/>
        </w:rPr>
      </w:pPr>
      <w:r w:rsidRPr="00AE5AC9">
        <w:rPr>
          <w:rFonts w:ascii="Calibri Light" w:hAnsi="Calibri Light" w:cs="Calibri Light"/>
        </w:rPr>
        <w:t>Recherche d’un·e étudiant·e</w:t>
      </w:r>
      <w:r>
        <w:rPr>
          <w:rFonts w:ascii="Calibri Light" w:hAnsi="Calibri Light" w:cs="Calibri Light"/>
        </w:rPr>
        <w:t xml:space="preserve"> </w:t>
      </w:r>
      <w:r w:rsidRPr="00AE5AC9">
        <w:rPr>
          <w:rFonts w:ascii="Calibri Light" w:hAnsi="Calibri Light" w:cs="Calibri Light"/>
        </w:rPr>
        <w:t xml:space="preserve">de 2e cycle, de 3e cycle ou en stage postdoctoral </w:t>
      </w:r>
      <w:r w:rsidRPr="00AE5AC9">
        <w:rPr>
          <w:rFonts w:ascii="Calibri Light" w:hAnsi="Calibri Light" w:cs="Calibri Light"/>
          <w:highlight w:val="lightGray"/>
        </w:rPr>
        <w:fldChar w:fldCharType="begin">
          <w:ffData>
            <w:name w:val="Case à cocher12"/>
            <w:enabled/>
            <w:calcOnExit w:val="0"/>
            <w:checkBox>
              <w:sizeAuto/>
              <w:default w:val="0"/>
            </w:checkBox>
          </w:ffData>
        </w:fldChar>
      </w:r>
      <w:r w:rsidRPr="00AE5AC9">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5F958697" w14:textId="77777777" w:rsidR="009F01E8" w:rsidRPr="00AE5AC9" w:rsidRDefault="009F01E8" w:rsidP="009F01E8">
      <w:pPr>
        <w:pStyle w:val="Paragraphedeliste"/>
        <w:numPr>
          <w:ilvl w:val="0"/>
          <w:numId w:val="20"/>
        </w:numPr>
        <w:ind w:left="360"/>
        <w:rPr>
          <w:rFonts w:ascii="Calibri Light" w:hAnsi="Calibri Light" w:cs="Calibri Light"/>
        </w:rPr>
      </w:pPr>
      <w:r w:rsidRPr="00AE5AC9">
        <w:rPr>
          <w:rFonts w:ascii="Calibri Light" w:hAnsi="Calibri Light" w:cs="Calibri Light"/>
        </w:rPr>
        <w:t xml:space="preserve">Projet effectué dans le cadre d’un cours </w:t>
      </w:r>
      <w:r w:rsidRPr="00AE5AC9">
        <w:rPr>
          <w:rFonts w:ascii="Calibri Light" w:hAnsi="Calibri Light" w:cs="Calibri Light"/>
          <w:highlight w:val="lightGray"/>
        </w:rPr>
        <w:fldChar w:fldCharType="begin">
          <w:ffData>
            <w:name w:val="Case à cocher13"/>
            <w:enabled/>
            <w:calcOnExit w:val="0"/>
            <w:checkBox>
              <w:sizeAuto/>
              <w:default w:val="0"/>
            </w:checkBox>
          </w:ffData>
        </w:fldChar>
      </w:r>
      <w:r w:rsidRPr="00AE5AC9">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06594432" w14:textId="77777777" w:rsidR="009F01E8" w:rsidRPr="00AE5AC9" w:rsidRDefault="009F01E8" w:rsidP="009F01E8">
      <w:pPr>
        <w:ind w:left="851"/>
        <w:rPr>
          <w:rFonts w:ascii="Calibri Light" w:hAnsi="Calibri Light" w:cs="Calibri Light"/>
        </w:rPr>
      </w:pPr>
      <w:r w:rsidRPr="00AE5AC9">
        <w:rPr>
          <w:rFonts w:ascii="Calibri Light" w:hAnsi="Calibri Light" w:cs="Calibri Light"/>
        </w:rPr>
        <w:t xml:space="preserve">Précisez le titre du cours : </w:t>
      </w:r>
    </w:p>
    <w:p w14:paraId="2999F6E0" w14:textId="77777777" w:rsidR="009F01E8" w:rsidRPr="00AE5AC9"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ind w:left="851"/>
        <w:rPr>
          <w:rFonts w:ascii="Calibri Light" w:hAnsi="Calibri Light" w:cs="Calibri Light"/>
        </w:rPr>
      </w:pPr>
      <w:r w:rsidRPr="00AE5AC9">
        <w:rPr>
          <w:rFonts w:ascii="Calibri Light" w:hAnsi="Calibri Light" w:cs="Calibri Light"/>
        </w:rPr>
        <w:fldChar w:fldCharType="begin">
          <w:ffData>
            <w:name w:val="Texte2"/>
            <w:enabled/>
            <w:calcOnExit w:val="0"/>
            <w:textInput/>
          </w:ffData>
        </w:fldChar>
      </w:r>
      <w:r w:rsidRPr="00AE5AC9">
        <w:rPr>
          <w:rFonts w:ascii="Calibri Light" w:hAnsi="Calibri Light" w:cs="Calibri Light"/>
        </w:rPr>
        <w:instrText xml:space="preserve"> FORMTEXT </w:instrText>
      </w:r>
      <w:r w:rsidRPr="00AE5AC9">
        <w:rPr>
          <w:rFonts w:ascii="Calibri Light" w:hAnsi="Calibri Light" w:cs="Calibri Light"/>
        </w:rPr>
      </w:r>
      <w:r w:rsidRPr="00AE5AC9">
        <w:rPr>
          <w:rFonts w:ascii="Calibri Light" w:hAnsi="Calibri Light" w:cs="Calibri Light"/>
        </w:rPr>
        <w:fldChar w:fldCharType="separate"/>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fldChar w:fldCharType="end"/>
      </w:r>
    </w:p>
    <w:p w14:paraId="12A0B882" w14:textId="77777777" w:rsidR="009F01E8" w:rsidRPr="00AE5AC9" w:rsidRDefault="009F01E8" w:rsidP="009F01E8">
      <w:pPr>
        <w:pStyle w:val="Paragraphedeliste"/>
        <w:numPr>
          <w:ilvl w:val="0"/>
          <w:numId w:val="20"/>
        </w:numPr>
        <w:ind w:left="360"/>
        <w:rPr>
          <w:rFonts w:ascii="Calibri Light" w:hAnsi="Calibri Light" w:cs="Calibri Light"/>
        </w:rPr>
      </w:pPr>
      <w:r w:rsidRPr="00AE5AC9">
        <w:rPr>
          <w:rFonts w:ascii="Calibri Light" w:hAnsi="Calibri Light" w:cs="Calibri Light"/>
        </w:rPr>
        <w:t>Recherche communautaire</w:t>
      </w:r>
      <w:r w:rsidRPr="00AE5AC9">
        <w:rPr>
          <w:rFonts w:ascii="Calibri Light" w:hAnsi="Calibri Light" w:cs="Calibri Light"/>
          <w:highlight w:val="lightGray"/>
        </w:rPr>
        <w:fldChar w:fldCharType="begin">
          <w:ffData>
            <w:name w:val="Case à cocher14"/>
            <w:enabled/>
            <w:calcOnExit w:val="0"/>
            <w:checkBox>
              <w:sizeAuto/>
              <w:default w:val="0"/>
            </w:checkBox>
          </w:ffData>
        </w:fldChar>
      </w:r>
      <w:r w:rsidRPr="00AE5AC9">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3AD3117E" w14:textId="77777777" w:rsidR="009F01E8" w:rsidRDefault="009F01E8" w:rsidP="009F01E8">
      <w:pPr>
        <w:pStyle w:val="Paragraphedeliste"/>
        <w:numPr>
          <w:ilvl w:val="0"/>
          <w:numId w:val="20"/>
        </w:numPr>
        <w:ind w:left="360"/>
        <w:rPr>
          <w:rFonts w:ascii="Calibri Light" w:hAnsi="Calibri Light" w:cs="Calibri Light"/>
        </w:rPr>
      </w:pPr>
      <w:r w:rsidRPr="00AE5AC9">
        <w:rPr>
          <w:rFonts w:ascii="Calibri Light" w:hAnsi="Calibri Light" w:cs="Calibri Light"/>
        </w:rPr>
        <w:t xml:space="preserve">Autre </w:t>
      </w:r>
      <w:r w:rsidRPr="00AE5AC9">
        <w:rPr>
          <w:rFonts w:ascii="Calibri Light" w:hAnsi="Calibri Light" w:cs="Calibri Light"/>
        </w:rPr>
        <w:fldChar w:fldCharType="begin">
          <w:ffData>
            <w:name w:val="Case à cocher43"/>
            <w:enabled/>
            <w:calcOnExit w:val="0"/>
            <w:checkBox>
              <w:sizeAuto/>
              <w:default w:val="0"/>
            </w:checkBox>
          </w:ffData>
        </w:fldChar>
      </w:r>
      <w:r w:rsidRPr="00AE5AC9">
        <w:rPr>
          <w:rFonts w:ascii="Calibri Light" w:hAnsi="Calibri Light" w:cs="Calibri Light"/>
        </w:rPr>
        <w:instrText xml:space="preserve"> FORMCHECKBOX </w:instrText>
      </w:r>
      <w:r w:rsidRPr="00AE5AC9">
        <w:rPr>
          <w:rFonts w:ascii="Calibri Light" w:hAnsi="Calibri Light" w:cs="Calibri Light"/>
        </w:rPr>
      </w:r>
      <w:r w:rsidRPr="00AE5AC9">
        <w:rPr>
          <w:rFonts w:ascii="Calibri Light" w:hAnsi="Calibri Light" w:cs="Calibri Light"/>
        </w:rPr>
        <w:fldChar w:fldCharType="separate"/>
      </w:r>
      <w:r w:rsidRPr="00AE5AC9">
        <w:rPr>
          <w:rFonts w:ascii="Calibri Light" w:hAnsi="Calibri Light" w:cs="Calibri Light"/>
        </w:rPr>
        <w:fldChar w:fldCharType="end"/>
      </w:r>
    </w:p>
    <w:p w14:paraId="4E52E670" w14:textId="77777777" w:rsidR="009F01E8" w:rsidRPr="00AE5AC9" w:rsidRDefault="009F01E8" w:rsidP="009F01E8">
      <w:pPr>
        <w:ind w:left="851"/>
        <w:rPr>
          <w:rFonts w:ascii="Calibri Light" w:hAnsi="Calibri Light" w:cs="Calibri Light"/>
        </w:rPr>
      </w:pPr>
      <w:r w:rsidRPr="00AE5AC9">
        <w:rPr>
          <w:rFonts w:ascii="Calibri Light" w:hAnsi="Calibri Light" w:cs="Calibri Light"/>
        </w:rPr>
        <w:t xml:space="preserve">Veuillez spécifier : </w:t>
      </w:r>
    </w:p>
    <w:p w14:paraId="5D5F4475" w14:textId="77777777" w:rsidR="009F01E8" w:rsidRPr="00AE5AC9"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ind w:left="851"/>
        <w:rPr>
          <w:rFonts w:cs="Calibri Light"/>
          <w:caps/>
        </w:rPr>
      </w:pPr>
      <w:r w:rsidRPr="00AE5AC9">
        <w:rPr>
          <w:rFonts w:ascii="Calibri Light" w:hAnsi="Calibri Light" w:cs="Calibri Light"/>
          <w:caps/>
        </w:rPr>
        <w:fldChar w:fldCharType="begin">
          <w:ffData>
            <w:name w:val="Texte2"/>
            <w:enabled/>
            <w:calcOnExit w:val="0"/>
            <w:textInput/>
          </w:ffData>
        </w:fldChar>
      </w:r>
      <w:bookmarkStart w:id="1" w:name="Texte2"/>
      <w:r w:rsidRPr="00AE5AC9">
        <w:rPr>
          <w:rFonts w:ascii="Calibri Light" w:hAnsi="Calibri Light" w:cs="Calibri Light"/>
          <w:caps/>
        </w:rPr>
        <w:instrText xml:space="preserve"> FORMTEXT </w:instrText>
      </w:r>
      <w:r w:rsidRPr="00AE5AC9">
        <w:rPr>
          <w:rFonts w:ascii="Calibri Light" w:hAnsi="Calibri Light" w:cs="Calibri Light"/>
          <w:caps/>
        </w:rPr>
      </w:r>
      <w:r w:rsidRPr="00AE5AC9">
        <w:rPr>
          <w:rFonts w:ascii="Calibri Light" w:hAnsi="Calibri Light" w:cs="Calibri Light"/>
          <w:caps/>
        </w:rPr>
        <w:fldChar w:fldCharType="separate"/>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rPr>
        <w:fldChar w:fldCharType="end"/>
      </w:r>
      <w:bookmarkEnd w:id="1"/>
    </w:p>
    <w:p w14:paraId="2AD21A51" w14:textId="77777777" w:rsidR="009F01E8" w:rsidRPr="00AE5AC9" w:rsidRDefault="009F01E8" w:rsidP="00564C67">
      <w:pPr>
        <w:pStyle w:val="Titre3"/>
      </w:pPr>
      <w:r w:rsidRPr="00AE5AC9">
        <w:t>1. 1 .</w:t>
      </w:r>
      <w:r>
        <w:t>2</w:t>
      </w:r>
      <w:r w:rsidRPr="00AE5AC9">
        <w:t xml:space="preserve">. </w:t>
      </w:r>
      <w:r>
        <w:t>Niveau de risque</w:t>
      </w:r>
    </w:p>
    <w:p w14:paraId="594858C9" w14:textId="77777777" w:rsidR="009F01E8" w:rsidRPr="00750AA4" w:rsidRDefault="009F01E8" w:rsidP="009F01E8">
      <w:pPr>
        <w:rPr>
          <w:rFonts w:ascii="Calibri Light" w:hAnsi="Calibri Light" w:cs="Calibri Light"/>
        </w:rPr>
      </w:pPr>
      <w:r>
        <w:rPr>
          <w:rFonts w:ascii="Calibri Light" w:hAnsi="Calibri Light" w:cs="Calibri Light"/>
        </w:rPr>
        <w:t>I</w:t>
      </w:r>
      <w:r w:rsidRPr="00AE5AC9">
        <w:rPr>
          <w:rFonts w:ascii="Calibri Light" w:hAnsi="Calibri Light" w:cs="Calibri Light"/>
        </w:rPr>
        <w:t>ndiquer le niveau de risque lié à la participation à cette recherche :</w:t>
      </w:r>
    </w:p>
    <w:p w14:paraId="4782FC2C" w14:textId="77777777" w:rsidR="009F01E8" w:rsidRPr="00AE5AC9" w:rsidRDefault="009F01E8" w:rsidP="009F01E8">
      <w:pPr>
        <w:pStyle w:val="Paragraphedeliste"/>
        <w:numPr>
          <w:ilvl w:val="0"/>
          <w:numId w:val="21"/>
        </w:numPr>
        <w:rPr>
          <w:rFonts w:ascii="Calibri Light" w:hAnsi="Calibri Light" w:cs="Calibri Light"/>
        </w:rPr>
      </w:pPr>
      <w:r w:rsidRPr="00AE5AC9">
        <w:rPr>
          <w:rFonts w:ascii="Calibri Light" w:hAnsi="Calibri Light" w:cs="Calibri Light"/>
        </w:rPr>
        <w:t xml:space="preserve">Niveau 1 – Risque minimal </w:t>
      </w:r>
      <w:r w:rsidRPr="00AE5AC9">
        <w:rPr>
          <w:rFonts w:ascii="Calibri Light" w:hAnsi="Calibri Light" w:cs="Calibri Light"/>
          <w:highlight w:val="lightGray"/>
        </w:rPr>
        <w:fldChar w:fldCharType="begin">
          <w:ffData>
            <w:name w:val="Case à cocher15"/>
            <w:enabled/>
            <w:calcOnExit w:val="0"/>
            <w:checkBox>
              <w:sizeAuto/>
              <w:default w:val="0"/>
            </w:checkBox>
          </w:ffData>
        </w:fldChar>
      </w:r>
      <w:r w:rsidRPr="00606B2F">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07110612" w14:textId="77777777" w:rsidR="009F01E8" w:rsidRPr="00AE5AC9" w:rsidRDefault="009F01E8" w:rsidP="009F01E8">
      <w:pPr>
        <w:pStyle w:val="Paragraphedeliste"/>
        <w:numPr>
          <w:ilvl w:val="0"/>
          <w:numId w:val="21"/>
        </w:numPr>
        <w:rPr>
          <w:rFonts w:ascii="Calibri Light" w:hAnsi="Calibri Light" w:cs="Calibri Light"/>
        </w:rPr>
      </w:pPr>
      <w:r w:rsidRPr="00AE5AC9">
        <w:rPr>
          <w:rFonts w:ascii="Calibri Light" w:hAnsi="Calibri Light" w:cs="Calibri Light"/>
        </w:rPr>
        <w:t xml:space="preserve">Niveau 2 – Risque plus élevé que minimal </w:t>
      </w:r>
      <w:r w:rsidRPr="00AE5AC9">
        <w:rPr>
          <w:rFonts w:ascii="Calibri Light" w:hAnsi="Calibri Light" w:cs="Calibri Light"/>
          <w:highlight w:val="lightGray"/>
        </w:rPr>
        <w:fldChar w:fldCharType="begin">
          <w:ffData>
            <w:name w:val="Case à cocher16"/>
            <w:enabled/>
            <w:calcOnExit w:val="0"/>
            <w:checkBox>
              <w:sizeAuto/>
              <w:default w:val="0"/>
            </w:checkBox>
          </w:ffData>
        </w:fldChar>
      </w:r>
      <w:r w:rsidRPr="00AE5AC9">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33228B19" w14:textId="77777777" w:rsidR="009F01E8" w:rsidRPr="00AE5AC9" w:rsidRDefault="009F01E8" w:rsidP="00206648">
      <w:pPr>
        <w:pStyle w:val="Titre2"/>
      </w:pPr>
      <w:r w:rsidRPr="00AE5AC9">
        <w:t xml:space="preserve">1. </w:t>
      </w:r>
      <w:r>
        <w:t>2</w:t>
      </w:r>
      <w:r w:rsidRPr="00AE5AC9">
        <w:t xml:space="preserve">. </w:t>
      </w:r>
      <w:r>
        <w:t xml:space="preserve">Équipe </w:t>
      </w:r>
      <w:r w:rsidRPr="00AE5AC9">
        <w:t>de recherche</w:t>
      </w:r>
    </w:p>
    <w:p w14:paraId="4F3F1E84" w14:textId="77777777" w:rsidR="009F01E8" w:rsidRPr="00B22DBA" w:rsidRDefault="009F01E8" w:rsidP="00564C67">
      <w:pPr>
        <w:pStyle w:val="Titre3"/>
      </w:pPr>
      <w:r w:rsidRPr="005D1205">
        <w:t>1. 2. 1</w:t>
      </w:r>
      <w:r>
        <w:t xml:space="preserve"> C</w:t>
      </w:r>
      <w:r w:rsidRPr="00B22DBA">
        <w:t>hercheur·e principal·e </w:t>
      </w:r>
    </w:p>
    <w:p w14:paraId="43827F07" w14:textId="77777777" w:rsidR="009F01E8" w:rsidRPr="001D002F" w:rsidRDefault="009F01E8" w:rsidP="009F01E8">
      <w:pPr>
        <w:rPr>
          <w:rFonts w:ascii="Calibri Light" w:hAnsi="Calibri Light" w:cs="Calibri Light"/>
        </w:rPr>
      </w:pPr>
      <w:r w:rsidRPr="001D002F">
        <w:rPr>
          <w:rFonts w:ascii="Calibri Light" w:hAnsi="Calibri Light" w:cs="Calibri Light"/>
        </w:rPr>
        <w:t xml:space="preserve">Inscrire le nom : </w:t>
      </w:r>
    </w:p>
    <w:p w14:paraId="004FF78E" w14:textId="77777777" w:rsidR="009F01E8" w:rsidRPr="001D002F"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1D002F">
        <w:rPr>
          <w:rFonts w:ascii="Calibri Light" w:hAnsi="Calibri Light" w:cs="Calibri Light"/>
        </w:rPr>
        <w:fldChar w:fldCharType="begin">
          <w:ffData>
            <w:name w:val="Texte6"/>
            <w:enabled/>
            <w:calcOnExit w:val="0"/>
            <w:textInput/>
          </w:ffData>
        </w:fldChar>
      </w:r>
      <w:bookmarkStart w:id="2" w:name="Texte6"/>
      <w:r w:rsidRPr="002E0795">
        <w:rPr>
          <w:rFonts w:ascii="Calibri Light" w:hAnsi="Calibri Light" w:cs="Calibri Light"/>
        </w:rPr>
        <w:instrText xml:space="preserve"> FORMTEXT </w:instrText>
      </w:r>
      <w:r w:rsidRPr="001D002F">
        <w:rPr>
          <w:rFonts w:ascii="Calibri Light" w:hAnsi="Calibri Light" w:cs="Calibri Light"/>
        </w:rPr>
      </w:r>
      <w:r w:rsidRPr="001D002F">
        <w:rPr>
          <w:rFonts w:ascii="Calibri Light" w:hAnsi="Calibri Light" w:cs="Calibri Light"/>
        </w:rPr>
        <w:fldChar w:fldCharType="separate"/>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rPr>
        <w:fldChar w:fldCharType="end"/>
      </w:r>
      <w:bookmarkEnd w:id="2"/>
    </w:p>
    <w:p w14:paraId="16D8A50E" w14:textId="77777777" w:rsidR="009F01E8" w:rsidRPr="00B22DBA" w:rsidRDefault="009F01E8" w:rsidP="00564C67">
      <w:pPr>
        <w:pStyle w:val="Titre3"/>
      </w:pPr>
      <w:r w:rsidRPr="005D1205">
        <w:t xml:space="preserve">1. 2. </w:t>
      </w:r>
      <w:r>
        <w:t>2 Co-chercheur·e·s</w:t>
      </w:r>
    </w:p>
    <w:p w14:paraId="1040D2D9" w14:textId="77777777" w:rsidR="009F01E8" w:rsidRPr="002E0795" w:rsidRDefault="009F01E8" w:rsidP="009F01E8">
      <w:pPr>
        <w:spacing w:before="120" w:after="120"/>
        <w:rPr>
          <w:rFonts w:ascii="Calibri Light" w:hAnsi="Calibri Light" w:cs="Calibri Light"/>
        </w:rPr>
      </w:pPr>
      <w:r w:rsidRPr="002E0795">
        <w:rPr>
          <w:rFonts w:ascii="Calibri Light" w:hAnsi="Calibri Light" w:cs="Calibri Light"/>
        </w:rPr>
        <w:t xml:space="preserve">Sans objet </w:t>
      </w:r>
      <w:r w:rsidRPr="002E0795">
        <w:rPr>
          <w:rFonts w:ascii="Calibri Light" w:hAnsi="Calibri Light" w:cs="Calibri Light"/>
          <w:sz w:val="22"/>
        </w:rPr>
        <w:fldChar w:fldCharType="begin">
          <w:ffData>
            <w:name w:val="Case à cocher1"/>
            <w:enabled/>
            <w:calcOnExit w:val="0"/>
            <w:checkBox>
              <w:sizeAuto/>
              <w:default w:val="0"/>
            </w:checkBox>
          </w:ffData>
        </w:fldChar>
      </w:r>
      <w:r w:rsidRPr="002E0795">
        <w:rPr>
          <w:rFonts w:ascii="Calibri Light" w:hAnsi="Calibri Light" w:cs="Calibri Light"/>
          <w:sz w:val="22"/>
        </w:rPr>
        <w:instrText xml:space="preserve"> FORMCHECKBOX </w:instrText>
      </w:r>
      <w:r w:rsidRPr="002E0795">
        <w:rPr>
          <w:rFonts w:ascii="Calibri Light" w:hAnsi="Calibri Light" w:cs="Calibri Light"/>
          <w:sz w:val="22"/>
        </w:rPr>
      </w:r>
      <w:r w:rsidRPr="002E0795">
        <w:rPr>
          <w:rFonts w:ascii="Calibri Light" w:hAnsi="Calibri Light" w:cs="Calibri Light"/>
          <w:sz w:val="22"/>
        </w:rPr>
        <w:fldChar w:fldCharType="separate"/>
      </w:r>
      <w:r w:rsidRPr="002E0795">
        <w:rPr>
          <w:rFonts w:ascii="Calibri Light" w:hAnsi="Calibri Light" w:cs="Calibri Light"/>
          <w:sz w:val="22"/>
        </w:rPr>
        <w:fldChar w:fldCharType="end"/>
      </w:r>
    </w:p>
    <w:p w14:paraId="21E578A0" w14:textId="77777777" w:rsidR="009F01E8" w:rsidRPr="001D002F" w:rsidRDefault="009F01E8" w:rsidP="009F01E8">
      <w:pPr>
        <w:rPr>
          <w:rFonts w:ascii="Calibri Light" w:hAnsi="Calibri Light" w:cs="Calibri Light"/>
        </w:rPr>
      </w:pPr>
      <w:r w:rsidRPr="001D002F">
        <w:rPr>
          <w:rFonts w:ascii="Calibri Light" w:hAnsi="Calibri Light" w:cs="Calibri Light"/>
        </w:rPr>
        <w:t xml:space="preserve">Inscrire le nom : </w:t>
      </w:r>
    </w:p>
    <w:p w14:paraId="7B515B15" w14:textId="77777777" w:rsidR="009F01E8" w:rsidRPr="001D002F"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1D002F">
        <w:rPr>
          <w:rFonts w:ascii="Calibri Light" w:hAnsi="Calibri Light" w:cs="Calibri Light"/>
        </w:rPr>
        <w:lastRenderedPageBreak/>
        <w:fldChar w:fldCharType="begin">
          <w:ffData>
            <w:name w:val="Texte6"/>
            <w:enabled/>
            <w:calcOnExit w:val="0"/>
            <w:textInput/>
          </w:ffData>
        </w:fldChar>
      </w:r>
      <w:r w:rsidRPr="002E0795">
        <w:rPr>
          <w:rFonts w:ascii="Calibri Light" w:hAnsi="Calibri Light" w:cs="Calibri Light"/>
        </w:rPr>
        <w:instrText xml:space="preserve"> FORMTEXT </w:instrText>
      </w:r>
      <w:r w:rsidRPr="001D002F">
        <w:rPr>
          <w:rFonts w:ascii="Calibri Light" w:hAnsi="Calibri Light" w:cs="Calibri Light"/>
        </w:rPr>
      </w:r>
      <w:r w:rsidRPr="001D002F">
        <w:rPr>
          <w:rFonts w:ascii="Calibri Light" w:hAnsi="Calibri Light" w:cs="Calibri Light"/>
        </w:rPr>
        <w:fldChar w:fldCharType="separate"/>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rPr>
        <w:fldChar w:fldCharType="end"/>
      </w:r>
    </w:p>
    <w:p w14:paraId="7B20398C" w14:textId="77777777" w:rsidR="009F01E8" w:rsidRPr="00564C67" w:rsidRDefault="009F01E8" w:rsidP="00564C67">
      <w:pPr>
        <w:pStyle w:val="Titre3"/>
      </w:pPr>
      <w:r w:rsidRPr="00564C67">
        <w:t xml:space="preserve">1. 2. 3. Recherche réalisée par un·e étudiant·e </w:t>
      </w:r>
    </w:p>
    <w:p w14:paraId="1E4CB8E8" w14:textId="77777777" w:rsidR="009F01E8" w:rsidRPr="002E0795" w:rsidRDefault="009F01E8" w:rsidP="00564C67">
      <w:pPr>
        <w:spacing w:before="120" w:after="120"/>
        <w:rPr>
          <w:rFonts w:ascii="Calibri Light" w:hAnsi="Calibri Light" w:cs="Calibri Light"/>
        </w:rPr>
      </w:pPr>
      <w:r w:rsidRPr="002E0795">
        <w:rPr>
          <w:rFonts w:ascii="Calibri Light" w:hAnsi="Calibri Light" w:cs="Calibri Light"/>
        </w:rPr>
        <w:t xml:space="preserve">Sans objet </w:t>
      </w:r>
      <w:r w:rsidRPr="002E0795">
        <w:rPr>
          <w:rFonts w:ascii="Calibri Light" w:hAnsi="Calibri Light" w:cs="Calibri Light"/>
        </w:rPr>
        <w:fldChar w:fldCharType="begin">
          <w:ffData>
            <w:name w:val="Case à cocher1"/>
            <w:enabled/>
            <w:calcOnExit w:val="0"/>
            <w:checkBox>
              <w:sizeAuto/>
              <w:default w:val="0"/>
            </w:checkBox>
          </w:ffData>
        </w:fldChar>
      </w:r>
      <w:r w:rsidRPr="00014673">
        <w:rPr>
          <w:rFonts w:ascii="Calibri Light" w:hAnsi="Calibri Light" w:cs="Calibri Light"/>
        </w:rPr>
        <w:instrText xml:space="preserve"> FORMCHECKBOX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rPr>
        <w:fldChar w:fldCharType="end"/>
      </w:r>
    </w:p>
    <w:p w14:paraId="005E584E" w14:textId="77777777" w:rsidR="009F01E8" w:rsidRPr="002E0795" w:rsidRDefault="009F01E8" w:rsidP="009F01E8">
      <w:pPr>
        <w:rPr>
          <w:rFonts w:ascii="Calibri Light" w:hAnsi="Calibri Light" w:cs="Calibri Light"/>
        </w:rPr>
      </w:pPr>
      <w:r w:rsidRPr="002E0795">
        <w:rPr>
          <w:rFonts w:ascii="Calibri Light" w:hAnsi="Calibri Light" w:cs="Calibri Light"/>
        </w:rPr>
        <w:t xml:space="preserve">Inscrire le nom de la personne qui dirige les travaux de l’étudiant·e : </w:t>
      </w:r>
    </w:p>
    <w:p w14:paraId="3E6E4868" w14:textId="77777777" w:rsidR="00014673" w:rsidRPr="002E0795"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bookmarkStart w:id="3" w:name="Texte9"/>
      <w:r w:rsidRPr="002E0795">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bookmarkEnd w:id="3"/>
    </w:p>
    <w:p w14:paraId="27DC8DBC" w14:textId="77777777" w:rsidR="00014673" w:rsidRPr="00564C67" w:rsidRDefault="00014673" w:rsidP="00014673">
      <w:pPr>
        <w:pStyle w:val="Titre3"/>
      </w:pPr>
      <w:r w:rsidRPr="00564C67">
        <w:t xml:space="preserve">1. 2. </w:t>
      </w:r>
      <w:r>
        <w:t>4</w:t>
      </w:r>
      <w:r w:rsidRPr="00564C67">
        <w:t xml:space="preserve">. </w:t>
      </w:r>
      <w:r w:rsidRPr="005A092B">
        <w:t>Recherche impliquant plusieurs établissements ou plusieurs comités d’éthique de la recherche</w:t>
      </w:r>
      <w:r w:rsidRPr="00564C67">
        <w:t xml:space="preserve"> e </w:t>
      </w:r>
    </w:p>
    <w:p w14:paraId="53361FE4" w14:textId="77777777" w:rsidR="00D01964" w:rsidRPr="00D01964" w:rsidRDefault="00D01964" w:rsidP="00D01964">
      <w:pPr>
        <w:spacing w:before="120" w:after="120"/>
        <w:jc w:val="center"/>
        <w:rPr>
          <w:rFonts w:ascii="Calibri Light" w:eastAsia="MS Gothic" w:hAnsi="Calibri Light" w:cs="Calibri Light"/>
        </w:rPr>
      </w:pPr>
      <w:r>
        <w:rPr>
          <w:rFonts w:ascii="Calibri Light" w:eastAsia="MS Gothic" w:hAnsi="Calibri Light" w:cs="Calibri Light"/>
        </w:rPr>
        <w:t xml:space="preserve">Le projet a-t-il fait l’objet d’une approbation par un autre comité d’éthique </w:t>
      </w:r>
      <w:r w:rsidRPr="00D01964">
        <w:rPr>
          <w:rFonts w:ascii="Calibri Light" w:eastAsia="MS Gothic" w:hAnsi="Calibri Light" w:cs="Calibri Light"/>
        </w:rPr>
        <w:t xml:space="preserve">de la recherche ? </w:t>
      </w:r>
    </w:p>
    <w:p w14:paraId="5E724950" w14:textId="4E8DF3A3" w:rsidR="00D01964" w:rsidRPr="00D01964" w:rsidRDefault="00D01964" w:rsidP="00D01964">
      <w:pPr>
        <w:spacing w:before="120" w:after="120"/>
        <w:jc w:val="center"/>
        <w:rPr>
          <w:rFonts w:ascii="Calibri Light" w:hAnsi="Calibri Light" w:cs="Calibri Light"/>
        </w:rPr>
      </w:pPr>
      <w:r w:rsidRPr="00D01964">
        <w:rPr>
          <w:rFonts w:ascii="Calibri Light" w:hAnsi="Calibri Light" w:cs="Calibri Light"/>
        </w:rPr>
        <w:t xml:space="preserve">Oui </w:t>
      </w:r>
      <w:r w:rsidRPr="00D01964">
        <w:rPr>
          <w:rFonts w:ascii="Calibri Light" w:hAnsi="Calibri Light" w:cs="Calibri Light"/>
        </w:rPr>
        <w:fldChar w:fldCharType="begin">
          <w:ffData>
            <w:name w:val="Case à cocher1"/>
            <w:enabled/>
            <w:calcOnExit w:val="0"/>
            <w:checkBox>
              <w:sizeAuto/>
              <w:default w:val="0"/>
            </w:checkBox>
          </w:ffData>
        </w:fldChar>
      </w:r>
      <w:r w:rsidRPr="00D01964">
        <w:rPr>
          <w:rFonts w:ascii="Calibri Light" w:hAnsi="Calibri Light" w:cs="Calibri Light"/>
        </w:rPr>
        <w:instrText xml:space="preserve"> FORMCHECKBOX </w:instrText>
      </w:r>
      <w:r w:rsidRPr="00D01964">
        <w:rPr>
          <w:rFonts w:ascii="Calibri Light" w:hAnsi="Calibri Light" w:cs="Calibri Light"/>
        </w:rPr>
      </w:r>
      <w:r w:rsidRPr="00D01964">
        <w:rPr>
          <w:rFonts w:ascii="Calibri Light" w:hAnsi="Calibri Light" w:cs="Calibri Light"/>
        </w:rPr>
        <w:fldChar w:fldCharType="separate"/>
      </w:r>
      <w:r w:rsidRPr="00D01964">
        <w:rPr>
          <w:rFonts w:ascii="Calibri Light" w:hAnsi="Calibri Light" w:cs="Calibri Light"/>
        </w:rPr>
        <w:fldChar w:fldCharType="end"/>
      </w:r>
      <w:r w:rsidRPr="00D01964">
        <w:rPr>
          <w:rFonts w:ascii="Calibri Light" w:hAnsi="Calibri Light" w:cs="Calibri Light"/>
        </w:rPr>
        <w:t xml:space="preserve"> Non </w:t>
      </w:r>
      <w:r w:rsidRPr="00D01964">
        <w:rPr>
          <w:rFonts w:ascii="Calibri Light" w:hAnsi="Calibri Light" w:cs="Calibri Light"/>
        </w:rPr>
        <w:fldChar w:fldCharType="begin">
          <w:ffData>
            <w:name w:val="Case à cocher1"/>
            <w:enabled/>
            <w:calcOnExit w:val="0"/>
            <w:checkBox>
              <w:sizeAuto/>
              <w:default w:val="0"/>
            </w:checkBox>
          </w:ffData>
        </w:fldChar>
      </w:r>
      <w:r w:rsidRPr="00D01964">
        <w:rPr>
          <w:rFonts w:ascii="Calibri Light" w:hAnsi="Calibri Light" w:cs="Calibri Light"/>
        </w:rPr>
        <w:instrText xml:space="preserve"> FORMCHECKBOX </w:instrText>
      </w:r>
      <w:r w:rsidRPr="00D01964">
        <w:rPr>
          <w:rFonts w:ascii="Calibri Light" w:hAnsi="Calibri Light" w:cs="Calibri Light"/>
        </w:rPr>
      </w:r>
      <w:r w:rsidRPr="00D01964">
        <w:rPr>
          <w:rFonts w:ascii="Calibri Light" w:hAnsi="Calibri Light" w:cs="Calibri Light"/>
        </w:rPr>
        <w:fldChar w:fldCharType="separate"/>
      </w:r>
      <w:r w:rsidRPr="00D01964">
        <w:rPr>
          <w:rFonts w:ascii="Calibri Light" w:hAnsi="Calibri Light" w:cs="Calibri Light"/>
        </w:rPr>
        <w:fldChar w:fldCharType="end"/>
      </w:r>
      <w:r>
        <w:rPr>
          <w:rFonts w:ascii="Calibri Light" w:hAnsi="Calibri Light" w:cs="Calibri Light"/>
        </w:rPr>
        <w:t xml:space="preserve"> . Veuillez passer à la </w:t>
      </w:r>
      <w:hyperlink w:anchor="_SECTION_2_–" w:history="1">
        <w:r w:rsidRPr="000F6040">
          <w:rPr>
            <w:rStyle w:val="Hyperlien"/>
            <w:rFonts w:ascii="Calibri Light" w:hAnsi="Calibri Light" w:cs="Calibri Light"/>
          </w:rPr>
          <w:t>section 2</w:t>
        </w:r>
      </w:hyperlink>
      <w:r>
        <w:rPr>
          <w:rFonts w:ascii="Calibri Light" w:hAnsi="Calibri Light" w:cs="Calibri Light"/>
        </w:rPr>
        <w:t>.</w:t>
      </w:r>
    </w:p>
    <w:p w14:paraId="617379F2" w14:textId="77777777" w:rsidR="00D01964" w:rsidRPr="00D01964" w:rsidRDefault="00D01964" w:rsidP="00014673">
      <w:pPr>
        <w:spacing w:before="120" w:after="120"/>
        <w:jc w:val="center"/>
        <w:rPr>
          <w:rFonts w:ascii="Calibri Light" w:eastAsia="MS Gothic" w:hAnsi="Calibri Light" w:cs="Calibri Light"/>
        </w:rPr>
      </w:pPr>
      <w:r>
        <w:rPr>
          <w:rFonts w:ascii="Calibri Light" w:eastAsia="MS Gothic" w:hAnsi="Calibri Light" w:cs="Calibri Light"/>
        </w:rPr>
        <w:t>Si oui, l’événement a-t-il été signalé à cet autre comité d’éthique de la recherche</w:t>
      </w:r>
      <w:r w:rsidRPr="00D01964">
        <w:rPr>
          <w:rFonts w:ascii="Calibri Light" w:eastAsia="MS Gothic" w:hAnsi="Calibri Light" w:cs="Calibri Light"/>
        </w:rPr>
        <w:t xml:space="preserve"> ? </w:t>
      </w:r>
    </w:p>
    <w:p w14:paraId="261A2ABB" w14:textId="77777777" w:rsidR="00014673" w:rsidRPr="00D01964" w:rsidRDefault="00014673" w:rsidP="00014673">
      <w:pPr>
        <w:spacing w:before="120" w:after="120"/>
        <w:jc w:val="center"/>
        <w:rPr>
          <w:rFonts w:ascii="Calibri Light" w:hAnsi="Calibri Light" w:cs="Calibri Light"/>
        </w:rPr>
      </w:pPr>
      <w:r w:rsidRPr="00D01964">
        <w:rPr>
          <w:rFonts w:ascii="Calibri Light" w:hAnsi="Calibri Light" w:cs="Calibri Light"/>
        </w:rPr>
        <w:t xml:space="preserve">Oui </w:t>
      </w:r>
      <w:r w:rsidRPr="00D01964">
        <w:rPr>
          <w:rFonts w:ascii="Calibri Light" w:hAnsi="Calibri Light" w:cs="Calibri Light"/>
        </w:rPr>
        <w:fldChar w:fldCharType="begin">
          <w:ffData>
            <w:name w:val="Case à cocher1"/>
            <w:enabled/>
            <w:calcOnExit w:val="0"/>
            <w:checkBox>
              <w:sizeAuto/>
              <w:default w:val="0"/>
            </w:checkBox>
          </w:ffData>
        </w:fldChar>
      </w:r>
      <w:r w:rsidRPr="000F6040">
        <w:rPr>
          <w:rFonts w:ascii="Calibri Light" w:hAnsi="Calibri Light" w:cs="Calibri Light"/>
        </w:rPr>
        <w:instrText xml:space="preserve"> FORMCHECKBOX </w:instrText>
      </w:r>
      <w:r w:rsidRPr="000F6040">
        <w:rPr>
          <w:rFonts w:ascii="Calibri Light" w:hAnsi="Calibri Light" w:cs="Calibri Light"/>
        </w:rPr>
      </w:r>
      <w:r w:rsidRPr="00D01964">
        <w:rPr>
          <w:rFonts w:ascii="Calibri Light" w:hAnsi="Calibri Light" w:cs="Calibri Light"/>
        </w:rPr>
        <w:fldChar w:fldCharType="separate"/>
      </w:r>
      <w:r w:rsidRPr="00D01964">
        <w:rPr>
          <w:rFonts w:ascii="Calibri Light" w:hAnsi="Calibri Light" w:cs="Calibri Light"/>
        </w:rPr>
        <w:fldChar w:fldCharType="end"/>
      </w:r>
      <w:r w:rsidRPr="00D01964">
        <w:rPr>
          <w:rFonts w:ascii="Calibri Light" w:hAnsi="Calibri Light" w:cs="Calibri Light"/>
        </w:rPr>
        <w:t xml:space="preserve"> Non </w:t>
      </w:r>
      <w:r w:rsidRPr="00D01964">
        <w:rPr>
          <w:rFonts w:ascii="Calibri Light" w:hAnsi="Calibri Light" w:cs="Calibri Light"/>
        </w:rPr>
        <w:fldChar w:fldCharType="begin">
          <w:ffData>
            <w:name w:val="Case à cocher1"/>
            <w:enabled/>
            <w:calcOnExit w:val="0"/>
            <w:checkBox>
              <w:sizeAuto/>
              <w:default w:val="0"/>
            </w:checkBox>
          </w:ffData>
        </w:fldChar>
      </w:r>
      <w:r w:rsidRPr="00D01964">
        <w:rPr>
          <w:rFonts w:ascii="Calibri Light" w:hAnsi="Calibri Light" w:cs="Calibri Light"/>
        </w:rPr>
        <w:instrText xml:space="preserve"> FORMCHECKBOX </w:instrText>
      </w:r>
      <w:r w:rsidRPr="00D01964">
        <w:rPr>
          <w:rFonts w:ascii="Calibri Light" w:hAnsi="Calibri Light" w:cs="Calibri Light"/>
        </w:rPr>
      </w:r>
      <w:r w:rsidRPr="00D01964">
        <w:rPr>
          <w:rFonts w:ascii="Calibri Light" w:hAnsi="Calibri Light" w:cs="Calibri Light"/>
        </w:rPr>
        <w:fldChar w:fldCharType="separate"/>
      </w:r>
      <w:r w:rsidRPr="00D01964">
        <w:rPr>
          <w:rFonts w:ascii="Calibri Light" w:hAnsi="Calibri Light" w:cs="Calibri Light"/>
        </w:rPr>
        <w:fldChar w:fldCharType="end"/>
      </w:r>
    </w:p>
    <w:p w14:paraId="54E61E66" w14:textId="77777777" w:rsidR="00014673" w:rsidRPr="00D01964" w:rsidRDefault="00014673" w:rsidP="00D01964">
      <w:pPr>
        <w:jc w:val="both"/>
        <w:rPr>
          <w:rFonts w:ascii="Calibri Light" w:eastAsia="MS Gothic" w:hAnsi="Calibri Light" w:cs="Calibri Light"/>
        </w:rPr>
      </w:pPr>
      <w:r w:rsidRPr="00D01964">
        <w:rPr>
          <w:rFonts w:ascii="Calibri Light" w:eastAsia="MS Gothic" w:hAnsi="Calibri Light" w:cs="Calibri Light"/>
        </w:rPr>
        <w:t xml:space="preserve">Dans </w:t>
      </w:r>
      <w:r w:rsidR="00D01964">
        <w:rPr>
          <w:rFonts w:ascii="Calibri Light" w:eastAsia="MS Gothic" w:hAnsi="Calibri Light" w:cs="Calibri Light"/>
        </w:rPr>
        <w:t xml:space="preserve">la négative, veuillez préciser </w:t>
      </w:r>
      <w:r w:rsidRPr="00D01964">
        <w:rPr>
          <w:rFonts w:ascii="Calibri Light" w:eastAsia="MS Gothic" w:hAnsi="Calibri Light" w:cs="Calibri Light"/>
        </w:rPr>
        <w:t>:</w:t>
      </w:r>
    </w:p>
    <w:p w14:paraId="1B29206C" w14:textId="77777777" w:rsidR="00014673" w:rsidRPr="00D01964" w:rsidRDefault="00014673" w:rsidP="00014673">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D01964">
        <w:rPr>
          <w:rFonts w:ascii="Calibri Light" w:hAnsi="Calibri Light" w:cs="Calibri Light"/>
        </w:rPr>
        <w:fldChar w:fldCharType="begin">
          <w:ffData>
            <w:name w:val="Texte17"/>
            <w:enabled/>
            <w:calcOnExit w:val="0"/>
            <w:textInput/>
          </w:ffData>
        </w:fldChar>
      </w:r>
      <w:r w:rsidRPr="00D01964">
        <w:rPr>
          <w:rFonts w:ascii="Calibri Light" w:hAnsi="Calibri Light" w:cs="Calibri Light"/>
        </w:rPr>
        <w:instrText xml:space="preserve"> FORMTEXT </w:instrText>
      </w:r>
      <w:r w:rsidRPr="00D01964">
        <w:rPr>
          <w:rFonts w:ascii="Calibri Light" w:hAnsi="Calibri Light" w:cs="Calibri Light"/>
        </w:rPr>
      </w:r>
      <w:r w:rsidRPr="00D01964">
        <w:rPr>
          <w:rFonts w:ascii="Calibri Light" w:hAnsi="Calibri Light" w:cs="Calibri Light"/>
        </w:rPr>
        <w:fldChar w:fldCharType="separate"/>
      </w:r>
      <w:r w:rsidRPr="00D01964">
        <w:rPr>
          <w:rFonts w:ascii="Calibri Light" w:hAnsi="Calibri Light" w:cs="Calibri Light"/>
          <w:noProof/>
        </w:rPr>
        <w:t> </w:t>
      </w:r>
      <w:r w:rsidRPr="00D01964">
        <w:rPr>
          <w:rFonts w:ascii="Calibri Light" w:hAnsi="Calibri Light" w:cs="Calibri Light"/>
          <w:noProof/>
        </w:rPr>
        <w:t> </w:t>
      </w:r>
      <w:r w:rsidRPr="00D01964">
        <w:rPr>
          <w:rFonts w:ascii="Calibri Light" w:hAnsi="Calibri Light" w:cs="Calibri Light"/>
          <w:noProof/>
        </w:rPr>
        <w:t> </w:t>
      </w:r>
      <w:r w:rsidRPr="00D01964">
        <w:rPr>
          <w:rFonts w:ascii="Calibri Light" w:hAnsi="Calibri Light" w:cs="Calibri Light"/>
          <w:noProof/>
        </w:rPr>
        <w:t> </w:t>
      </w:r>
      <w:r w:rsidRPr="00D01964">
        <w:rPr>
          <w:rFonts w:ascii="Calibri Light" w:hAnsi="Calibri Light" w:cs="Calibri Light"/>
          <w:noProof/>
        </w:rPr>
        <w:t> </w:t>
      </w:r>
      <w:r w:rsidRPr="00D01964">
        <w:rPr>
          <w:rFonts w:ascii="Calibri Light" w:hAnsi="Calibri Light" w:cs="Calibri Light"/>
        </w:rPr>
        <w:fldChar w:fldCharType="end"/>
      </w:r>
    </w:p>
    <w:p w14:paraId="13CDA242" w14:textId="77777777" w:rsidR="009F01E8" w:rsidRPr="00206648" w:rsidRDefault="009F01E8" w:rsidP="00206648">
      <w:pPr>
        <w:pStyle w:val="Titre2"/>
      </w:pPr>
      <w:r w:rsidRPr="00206648">
        <w:t xml:space="preserve">1. </w:t>
      </w:r>
      <w:r w:rsidR="00121967">
        <w:t>3</w:t>
      </w:r>
      <w:r w:rsidRPr="00206648">
        <w:t>. Conditions de réalisation</w:t>
      </w:r>
    </w:p>
    <w:p w14:paraId="52D67B58" w14:textId="77777777" w:rsidR="009F01E8" w:rsidRPr="00564C67" w:rsidRDefault="009F01E8" w:rsidP="00564C67">
      <w:pPr>
        <w:pStyle w:val="Titre3"/>
      </w:pPr>
      <w:r w:rsidRPr="00564C67">
        <w:t xml:space="preserve">1. </w:t>
      </w:r>
      <w:r w:rsidR="00121967">
        <w:t>3</w:t>
      </w:r>
      <w:r w:rsidRPr="00564C67">
        <w:t xml:space="preserve">. 1. Financement par un organisme subventionnaire </w:t>
      </w:r>
    </w:p>
    <w:p w14:paraId="0946AFBF" w14:textId="77777777" w:rsidR="009F01E8" w:rsidRPr="002E0795" w:rsidRDefault="009F01E8" w:rsidP="009F01E8">
      <w:pPr>
        <w:spacing w:before="120" w:after="120"/>
        <w:rPr>
          <w:rFonts w:ascii="Calibri Light" w:hAnsi="Calibri Light" w:cs="Calibri Light"/>
        </w:rPr>
      </w:pPr>
      <w:r w:rsidRPr="002E0795">
        <w:rPr>
          <w:rFonts w:ascii="Calibri Light" w:hAnsi="Calibri Light" w:cs="Calibri Light"/>
        </w:rPr>
        <w:t xml:space="preserve">Sans objet </w:t>
      </w:r>
      <w:r w:rsidRPr="002E0795">
        <w:rPr>
          <w:rFonts w:ascii="Calibri Light" w:hAnsi="Calibri Light" w:cs="Calibri Light"/>
        </w:rPr>
        <w:fldChar w:fldCharType="begin">
          <w:ffData>
            <w:name w:val="Case à cocher1"/>
            <w:enabled/>
            <w:calcOnExit w:val="0"/>
            <w:checkBox>
              <w:sizeAuto/>
              <w:default w:val="0"/>
            </w:checkBox>
          </w:ffData>
        </w:fldChar>
      </w:r>
      <w:r w:rsidRPr="00606B2F">
        <w:rPr>
          <w:rFonts w:ascii="Calibri Light" w:hAnsi="Calibri Light" w:cs="Calibri Light"/>
        </w:rPr>
        <w:instrText xml:space="preserve"> FORMCHECKBOX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rPr>
        <w:fldChar w:fldCharType="end"/>
      </w:r>
    </w:p>
    <w:p w14:paraId="77D0DE84" w14:textId="77777777" w:rsidR="009F01E8" w:rsidRPr="002E0795" w:rsidRDefault="009F01E8" w:rsidP="009F01E8">
      <w:pPr>
        <w:rPr>
          <w:rFonts w:ascii="Calibri Light" w:hAnsi="Calibri Light" w:cs="Calibri Light"/>
        </w:rPr>
      </w:pPr>
      <w:r w:rsidRPr="002E0795">
        <w:rPr>
          <w:rFonts w:ascii="Calibri Light" w:hAnsi="Calibri Light" w:cs="Calibri Light"/>
        </w:rPr>
        <w:t xml:space="preserve">Inscrire le nom de </w:t>
      </w:r>
      <w:r>
        <w:rPr>
          <w:rFonts w:ascii="Calibri Light" w:hAnsi="Calibri Light" w:cs="Calibri Light"/>
        </w:rPr>
        <w:t>l’organisme subventionnaire</w:t>
      </w:r>
      <w:r w:rsidRPr="002E0795">
        <w:rPr>
          <w:rFonts w:ascii="Calibri Light" w:hAnsi="Calibri Light" w:cs="Calibri Light"/>
        </w:rPr>
        <w:t xml:space="preserve"> : </w:t>
      </w:r>
    </w:p>
    <w:p w14:paraId="22F56DA2" w14:textId="77777777" w:rsidR="009F01E8" w:rsidRPr="002E0795"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606B2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3C7BA71C" w14:textId="77777777" w:rsidR="009F01E8" w:rsidRPr="00606B2F" w:rsidRDefault="009F01E8" w:rsidP="00564C67">
      <w:pPr>
        <w:pStyle w:val="Titre3"/>
      </w:pPr>
      <w:r w:rsidRPr="00DD3E4D">
        <w:t xml:space="preserve">1. </w:t>
      </w:r>
      <w:r w:rsidR="00121967">
        <w:t>3</w:t>
      </w:r>
      <w:r w:rsidRPr="00DD3E4D">
        <w:t xml:space="preserve">. </w:t>
      </w:r>
      <w:r>
        <w:t>2</w:t>
      </w:r>
      <w:r w:rsidRPr="00DD3E4D">
        <w:t xml:space="preserve">. </w:t>
      </w:r>
      <w:r>
        <w:t xml:space="preserve">Calendrier </w:t>
      </w:r>
      <w:r w:rsidR="00206648">
        <w:t xml:space="preserve">d’avancement </w:t>
      </w:r>
      <w:r>
        <w:t>du projet</w:t>
      </w:r>
      <w:r w:rsidRPr="00DD3E4D">
        <w:t xml:space="preserve"> </w:t>
      </w:r>
    </w:p>
    <w:p w14:paraId="6EC6AD0B" w14:textId="77777777" w:rsidR="009F01E8" w:rsidRPr="002E0795" w:rsidRDefault="009F01E8" w:rsidP="009F01E8">
      <w:pPr>
        <w:spacing w:before="120"/>
        <w:rPr>
          <w:rFonts w:ascii="Calibri Light" w:hAnsi="Calibri Light" w:cs="Calibri Light"/>
        </w:rPr>
      </w:pPr>
      <w:r w:rsidRPr="002E0795">
        <w:rPr>
          <w:rFonts w:ascii="Calibri Light" w:hAnsi="Calibri Light" w:cs="Calibri Light"/>
        </w:rPr>
        <w:t xml:space="preserve">Inscrire </w:t>
      </w:r>
      <w:r>
        <w:rPr>
          <w:rFonts w:ascii="Calibri Light" w:hAnsi="Calibri Light" w:cs="Calibri Light"/>
        </w:rPr>
        <w:t>la date d’approbation initiale par le CER</w:t>
      </w:r>
      <w:r w:rsidRPr="002E0795">
        <w:rPr>
          <w:rFonts w:ascii="Calibri Light" w:hAnsi="Calibri Light" w:cs="Calibri Light"/>
        </w:rPr>
        <w:t xml:space="preserve"> : </w:t>
      </w:r>
    </w:p>
    <w:p w14:paraId="56E970F6" w14:textId="77777777" w:rsidR="009F01E8" w:rsidRPr="002E0795"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606B2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549F71D8" w14:textId="77777777" w:rsidR="009F01E8" w:rsidRPr="002E0795" w:rsidRDefault="009F01E8" w:rsidP="009F01E8">
      <w:pPr>
        <w:spacing w:before="120"/>
        <w:rPr>
          <w:rFonts w:ascii="Calibri Light" w:hAnsi="Calibri Light" w:cs="Calibri Light"/>
        </w:rPr>
      </w:pPr>
      <w:r w:rsidRPr="002E0795">
        <w:rPr>
          <w:rFonts w:ascii="Calibri Light" w:hAnsi="Calibri Light" w:cs="Calibri Light"/>
        </w:rPr>
        <w:t xml:space="preserve">Inscrire </w:t>
      </w:r>
      <w:r>
        <w:rPr>
          <w:rFonts w:ascii="Calibri Light" w:hAnsi="Calibri Light" w:cs="Calibri Light"/>
        </w:rPr>
        <w:t>la date du dernier renouvellement du Certificat d’éthique</w:t>
      </w:r>
      <w:r w:rsidRPr="002E0795">
        <w:rPr>
          <w:rFonts w:ascii="Calibri Light" w:hAnsi="Calibri Light" w:cs="Calibri Light"/>
        </w:rPr>
        <w:t xml:space="preserve"> : </w:t>
      </w:r>
    </w:p>
    <w:p w14:paraId="03DF5B91" w14:textId="77777777" w:rsidR="009F01E8" w:rsidRPr="002E0795"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D01964">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2AC872F7" w14:textId="77777777" w:rsidR="005F5FE5" w:rsidRPr="009F01E8" w:rsidRDefault="009F01E8" w:rsidP="00206648">
      <w:pPr>
        <w:pStyle w:val="Titre1"/>
      </w:pPr>
      <w:bookmarkStart w:id="4" w:name="_SECTION_2_–"/>
      <w:bookmarkEnd w:id="4"/>
      <w:r>
        <w:t xml:space="preserve">SECTION 2 – </w:t>
      </w:r>
      <w:r w:rsidR="00D01964">
        <w:t>description de l’événement ou du nouveau risque</w:t>
      </w:r>
    </w:p>
    <w:p w14:paraId="66EF246D" w14:textId="77777777" w:rsidR="009F01E8" w:rsidRDefault="00D01964" w:rsidP="009F01E8">
      <w:pPr>
        <w:spacing w:before="120"/>
        <w:rPr>
          <w:rFonts w:ascii="Calibri Light" w:hAnsi="Calibri Light" w:cs="Calibri Light"/>
        </w:rPr>
      </w:pPr>
      <w:r>
        <w:rPr>
          <w:rFonts w:ascii="Calibri Light" w:hAnsi="Calibri Light" w:cs="Calibri Light"/>
        </w:rPr>
        <w:t>Veuillez décrire l’événement imprévu ou le nouveau risque identifié en précisant</w:t>
      </w:r>
      <w:r w:rsidR="009F01E8">
        <w:rPr>
          <w:rFonts w:ascii="Calibri Light" w:hAnsi="Calibri Light" w:cs="Calibri Light"/>
        </w:rPr>
        <w:t xml:space="preserve"> : </w:t>
      </w:r>
    </w:p>
    <w:p w14:paraId="7F555A5C" w14:textId="77777777" w:rsidR="009F01E8" w:rsidRPr="00606B2F" w:rsidRDefault="00D01964" w:rsidP="009F01E8">
      <w:pPr>
        <w:pStyle w:val="Paragraphedeliste"/>
        <w:numPr>
          <w:ilvl w:val="0"/>
          <w:numId w:val="22"/>
        </w:numPr>
        <w:rPr>
          <w:rFonts w:ascii="Calibri Light" w:hAnsi="Calibri Light" w:cs="Calibri Light"/>
        </w:rPr>
      </w:pPr>
      <w:proofErr w:type="gramStart"/>
      <w:r>
        <w:rPr>
          <w:rFonts w:ascii="Calibri Light" w:hAnsi="Calibri Light" w:cs="Calibri Light"/>
        </w:rPr>
        <w:t>la</w:t>
      </w:r>
      <w:proofErr w:type="gramEnd"/>
      <w:r>
        <w:rPr>
          <w:rFonts w:ascii="Calibri Light" w:hAnsi="Calibri Light" w:cs="Calibri Light"/>
        </w:rPr>
        <w:t xml:space="preserve"> nature de l’événement ou du risque</w:t>
      </w:r>
      <w:r w:rsidR="009F01E8" w:rsidRPr="00606B2F">
        <w:rPr>
          <w:rFonts w:ascii="Calibri Light" w:hAnsi="Calibri Light" w:cs="Calibri Light"/>
          <w:color w:val="000000"/>
        </w:rPr>
        <w:t xml:space="preserve">. </w:t>
      </w:r>
    </w:p>
    <w:p w14:paraId="087889CA" w14:textId="77777777" w:rsidR="009F01E8" w:rsidRPr="00606B2F" w:rsidRDefault="00D01964" w:rsidP="009F01E8">
      <w:pPr>
        <w:pStyle w:val="Paragraphedeliste"/>
        <w:numPr>
          <w:ilvl w:val="0"/>
          <w:numId w:val="22"/>
        </w:numPr>
        <w:rPr>
          <w:rFonts w:ascii="Calibri Light" w:hAnsi="Calibri Light" w:cs="Calibri Light"/>
        </w:rPr>
      </w:pPr>
      <w:proofErr w:type="gramStart"/>
      <w:r>
        <w:rPr>
          <w:rFonts w:ascii="Calibri Light" w:hAnsi="Calibri Light" w:cs="Calibri Light"/>
        </w:rPr>
        <w:t>la</w:t>
      </w:r>
      <w:proofErr w:type="gramEnd"/>
      <w:r>
        <w:rPr>
          <w:rFonts w:ascii="Calibri Light" w:hAnsi="Calibri Light" w:cs="Calibri Light"/>
        </w:rPr>
        <w:t xml:space="preserve"> date et le lieu de l’événement (si applicable);</w:t>
      </w:r>
      <w:r w:rsidR="009F01E8" w:rsidRPr="00606B2F">
        <w:rPr>
          <w:rFonts w:ascii="Calibri Light" w:hAnsi="Calibri Light" w:cs="Calibri Light"/>
        </w:rPr>
        <w:t xml:space="preserve"> </w:t>
      </w:r>
    </w:p>
    <w:p w14:paraId="134AC25B" w14:textId="77777777" w:rsidR="00D01964" w:rsidRDefault="00D01964" w:rsidP="00D01964">
      <w:pPr>
        <w:numPr>
          <w:ilvl w:val="0"/>
          <w:numId w:val="22"/>
        </w:numPr>
        <w:spacing w:before="100" w:beforeAutospacing="1" w:after="100" w:afterAutospacing="1"/>
        <w:rPr>
          <w:rFonts w:ascii="Calibri Light" w:hAnsi="Calibri Light" w:cs="Calibri Light"/>
        </w:rPr>
      </w:pPr>
      <w:proofErr w:type="gramStart"/>
      <w:r w:rsidRPr="00D01964">
        <w:rPr>
          <w:rFonts w:ascii="Calibri Light" w:hAnsi="Calibri Light" w:cs="Calibri Light"/>
        </w:rPr>
        <w:t>les</w:t>
      </w:r>
      <w:proofErr w:type="gramEnd"/>
      <w:r w:rsidRPr="00D01964">
        <w:rPr>
          <w:rFonts w:ascii="Calibri Light" w:hAnsi="Calibri Light" w:cs="Calibri Light"/>
        </w:rPr>
        <w:t xml:space="preserve"> circonstances dans lesquelles l’événement est survenu ou le nouveau risque a été identifié;</w:t>
      </w:r>
    </w:p>
    <w:p w14:paraId="360EEAD6" w14:textId="77777777" w:rsidR="00D01964" w:rsidRDefault="00D01964" w:rsidP="00D01964">
      <w:pPr>
        <w:numPr>
          <w:ilvl w:val="0"/>
          <w:numId w:val="22"/>
        </w:numPr>
        <w:spacing w:before="100" w:beforeAutospacing="1" w:after="100" w:afterAutospacing="1"/>
        <w:rPr>
          <w:rFonts w:ascii="Calibri Light" w:hAnsi="Calibri Light" w:cs="Calibri Light"/>
        </w:rPr>
      </w:pPr>
      <w:proofErr w:type="gramStart"/>
      <w:r>
        <w:rPr>
          <w:rFonts w:ascii="Calibri Light" w:hAnsi="Calibri Light" w:cs="Calibri Light"/>
        </w:rPr>
        <w:t>les</w:t>
      </w:r>
      <w:proofErr w:type="gramEnd"/>
      <w:r>
        <w:rPr>
          <w:rFonts w:ascii="Calibri Light" w:hAnsi="Calibri Light" w:cs="Calibri Light"/>
        </w:rPr>
        <w:t xml:space="preserve"> personnes concernées; </w:t>
      </w:r>
    </w:p>
    <w:p w14:paraId="7553DC0C" w14:textId="77777777" w:rsidR="00D01964" w:rsidRDefault="00D01964" w:rsidP="00D01964">
      <w:pPr>
        <w:numPr>
          <w:ilvl w:val="0"/>
          <w:numId w:val="22"/>
        </w:numPr>
        <w:spacing w:before="100" w:beforeAutospacing="1" w:after="100" w:afterAutospacing="1"/>
        <w:rPr>
          <w:rFonts w:ascii="Calibri Light" w:hAnsi="Calibri Light" w:cs="Calibri Light"/>
        </w:rPr>
      </w:pPr>
      <w:proofErr w:type="gramStart"/>
      <w:r>
        <w:rPr>
          <w:rFonts w:ascii="Calibri Light" w:hAnsi="Calibri Light" w:cs="Calibri Light"/>
        </w:rPr>
        <w:t>les</w:t>
      </w:r>
      <w:proofErr w:type="gramEnd"/>
      <w:r>
        <w:rPr>
          <w:rFonts w:ascii="Calibri Light" w:hAnsi="Calibri Light" w:cs="Calibri Light"/>
        </w:rPr>
        <w:t xml:space="preserve"> conséquences réelles ou potentielles pour les personnes participantes;</w:t>
      </w:r>
    </w:p>
    <w:p w14:paraId="2D2D9D11" w14:textId="77777777" w:rsidR="00D01964" w:rsidRDefault="00D01964" w:rsidP="00D01964">
      <w:pPr>
        <w:numPr>
          <w:ilvl w:val="0"/>
          <w:numId w:val="22"/>
        </w:numPr>
        <w:spacing w:before="100" w:beforeAutospacing="1" w:after="100" w:afterAutospacing="1"/>
        <w:rPr>
          <w:rFonts w:ascii="Calibri Light" w:hAnsi="Calibri Light" w:cs="Calibri Light"/>
        </w:rPr>
      </w:pPr>
      <w:proofErr w:type="gramStart"/>
      <w:r>
        <w:rPr>
          <w:rFonts w:ascii="Calibri Light" w:hAnsi="Calibri Light" w:cs="Calibri Light"/>
        </w:rPr>
        <w:lastRenderedPageBreak/>
        <w:t>toute</w:t>
      </w:r>
      <w:proofErr w:type="gramEnd"/>
      <w:r>
        <w:rPr>
          <w:rFonts w:ascii="Calibri Light" w:hAnsi="Calibri Light" w:cs="Calibri Light"/>
        </w:rPr>
        <w:t xml:space="preserve"> autre information pertinente.</w:t>
      </w:r>
    </w:p>
    <w:p w14:paraId="49EF4D72" w14:textId="77777777" w:rsidR="00D01964" w:rsidRPr="00D01964" w:rsidRDefault="00D01964" w:rsidP="00D01964">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D01964">
        <w:rPr>
          <w:rFonts w:ascii="Calibri Light" w:hAnsi="Calibri Light" w:cs="Calibri Light"/>
        </w:rPr>
        <w:fldChar w:fldCharType="begin">
          <w:ffData>
            <w:name w:val="Texte9"/>
            <w:enabled/>
            <w:calcOnExit w:val="0"/>
            <w:textInput/>
          </w:ffData>
        </w:fldChar>
      </w:r>
      <w:r w:rsidRPr="0040093D">
        <w:rPr>
          <w:rFonts w:ascii="Calibri Light" w:hAnsi="Calibri Light" w:cs="Calibri Light"/>
        </w:rPr>
        <w:instrText xml:space="preserve"> FORMTEXT </w:instrText>
      </w:r>
      <w:r w:rsidRPr="00D01964">
        <w:rPr>
          <w:rFonts w:ascii="Calibri Light" w:hAnsi="Calibri Light" w:cs="Calibri Light"/>
        </w:rPr>
      </w:r>
      <w:r w:rsidRPr="00D01964">
        <w:rPr>
          <w:rFonts w:ascii="Calibri Light" w:hAnsi="Calibri Light" w:cs="Calibri Light"/>
        </w:rPr>
        <w:fldChar w:fldCharType="separate"/>
      </w:r>
      <w:r w:rsidRPr="002E0795">
        <w:rPr>
          <w:noProof/>
        </w:rPr>
        <w:t> </w:t>
      </w:r>
      <w:r w:rsidRPr="002E0795">
        <w:rPr>
          <w:noProof/>
        </w:rPr>
        <w:t> </w:t>
      </w:r>
      <w:r w:rsidRPr="002E0795">
        <w:rPr>
          <w:noProof/>
        </w:rPr>
        <w:t> </w:t>
      </w:r>
      <w:r w:rsidRPr="002E0795">
        <w:rPr>
          <w:noProof/>
        </w:rPr>
        <w:t> </w:t>
      </w:r>
      <w:r w:rsidRPr="002E0795">
        <w:rPr>
          <w:noProof/>
        </w:rPr>
        <w:t> </w:t>
      </w:r>
      <w:r w:rsidRPr="00D01964">
        <w:rPr>
          <w:rFonts w:ascii="Calibri Light" w:hAnsi="Calibri Light" w:cs="Calibri Light"/>
        </w:rPr>
        <w:fldChar w:fldCharType="end"/>
      </w:r>
    </w:p>
    <w:p w14:paraId="7C7AF80F" w14:textId="77777777" w:rsidR="008F294A" w:rsidRPr="00564C67" w:rsidRDefault="00564C67" w:rsidP="00206648">
      <w:pPr>
        <w:pStyle w:val="Titre1"/>
      </w:pPr>
      <w:r>
        <w:t xml:space="preserve">Section 3 – </w:t>
      </w:r>
      <w:r w:rsidR="0040093D">
        <w:t>Impact sur les personnes participantes</w:t>
      </w:r>
    </w:p>
    <w:p w14:paraId="148B5C00" w14:textId="77777777" w:rsidR="00206648" w:rsidRPr="00206648" w:rsidRDefault="00206648" w:rsidP="00206648">
      <w:pPr>
        <w:pStyle w:val="Titre2"/>
      </w:pPr>
      <w:r w:rsidRPr="00206648">
        <w:t xml:space="preserve">3. 1. </w:t>
      </w:r>
      <w:r w:rsidR="0040093D">
        <w:t>Nombre de personnes</w:t>
      </w:r>
    </w:p>
    <w:p w14:paraId="41552BEA" w14:textId="77777777" w:rsidR="0040093D" w:rsidRDefault="0040093D" w:rsidP="0040093D">
      <w:pPr>
        <w:pStyle w:val="NormalWeb"/>
        <w:spacing w:before="120" w:beforeAutospacing="0" w:after="120" w:afterAutospacing="0"/>
        <w:jc w:val="both"/>
        <w:rPr>
          <w:rStyle w:val="lev"/>
          <w:rFonts w:ascii="Calibri Light" w:hAnsi="Calibri Light" w:cs="Calibri Light"/>
          <w:b w:val="0"/>
          <w:bCs w:val="0"/>
          <w:color w:val="000000"/>
        </w:rPr>
      </w:pPr>
      <w:r>
        <w:rPr>
          <w:rStyle w:val="lev"/>
          <w:rFonts w:ascii="Calibri Light" w:hAnsi="Calibri Light" w:cs="Calibri Light"/>
          <w:b w:val="0"/>
          <w:bCs w:val="0"/>
          <w:color w:val="000000"/>
        </w:rPr>
        <w:t xml:space="preserve">Combien de personnes participantes ont été touchées ou potentiellement touchées ? </w:t>
      </w:r>
    </w:p>
    <w:p w14:paraId="7B828785" w14:textId="77777777" w:rsidR="00F80938" w:rsidRPr="009F01E8" w:rsidRDefault="0040093D" w:rsidP="00564C67">
      <w:pPr>
        <w:pStyle w:val="NormalWeb"/>
        <w:numPr>
          <w:ilvl w:val="0"/>
          <w:numId w:val="23"/>
        </w:numPr>
        <w:spacing w:before="0" w:beforeAutospacing="0" w:after="0" w:afterAutospacing="0"/>
        <w:rPr>
          <w:rFonts w:ascii="Calibri Light" w:hAnsi="Calibri Light" w:cs="Calibri Light"/>
          <w:color w:val="000000"/>
        </w:rPr>
      </w:pPr>
      <w:r>
        <w:rPr>
          <w:rFonts w:ascii="Calibri Light" w:hAnsi="Calibri Light" w:cs="Calibri Light"/>
          <w:color w:val="000000"/>
        </w:rPr>
        <w:t>Aucune personne</w:t>
      </w:r>
      <w:r w:rsidR="00564C67">
        <w:rPr>
          <w:rFonts w:ascii="Calibri Light" w:hAnsi="Calibri Light" w:cs="Calibri Light"/>
          <w:color w:val="000000"/>
        </w:rPr>
        <w:t xml:space="preserve"> </w:t>
      </w:r>
      <w:r w:rsidR="00564C67" w:rsidRPr="009F01E8">
        <w:rPr>
          <w:rFonts w:ascii="Calibri Light" w:hAnsi="Calibri Light" w:cs="Calibri Light"/>
          <w:color w:val="000000"/>
        </w:rPr>
        <w:fldChar w:fldCharType="begin">
          <w:ffData>
            <w:name w:val="Case à cocher26"/>
            <w:enabled/>
            <w:calcOnExit w:val="0"/>
            <w:checkBox>
              <w:sizeAuto/>
              <w:default w:val="0"/>
            </w:checkBox>
          </w:ffData>
        </w:fldChar>
      </w:r>
      <w:r w:rsidR="00564C67" w:rsidRPr="0040093D">
        <w:rPr>
          <w:rFonts w:ascii="Calibri Light" w:hAnsi="Calibri Light" w:cs="Calibri Light"/>
          <w:color w:val="000000"/>
        </w:rPr>
        <w:instrText xml:space="preserve"> FORMCHECKBOX </w:instrText>
      </w:r>
      <w:r w:rsidR="00564C67" w:rsidRPr="009F01E8">
        <w:rPr>
          <w:rFonts w:ascii="Calibri Light" w:hAnsi="Calibri Light" w:cs="Calibri Light"/>
          <w:color w:val="000000"/>
        </w:rPr>
      </w:r>
      <w:r w:rsidR="00564C67" w:rsidRPr="009F01E8">
        <w:rPr>
          <w:rFonts w:ascii="Calibri Light" w:hAnsi="Calibri Light" w:cs="Calibri Light"/>
          <w:color w:val="000000"/>
        </w:rPr>
        <w:fldChar w:fldCharType="separate"/>
      </w:r>
      <w:r w:rsidR="00564C67" w:rsidRPr="009F01E8">
        <w:rPr>
          <w:rFonts w:ascii="Calibri Light" w:hAnsi="Calibri Light" w:cs="Calibri Light"/>
          <w:color w:val="000000"/>
        </w:rPr>
        <w:fldChar w:fldCharType="end"/>
      </w:r>
      <w:r w:rsidR="00564C67">
        <w:rPr>
          <w:rFonts w:ascii="Calibri Light" w:hAnsi="Calibri Light" w:cs="Calibri Light"/>
          <w:color w:val="000000"/>
        </w:rPr>
        <w:t xml:space="preserve"> </w:t>
      </w:r>
    </w:p>
    <w:p w14:paraId="5995FF83" w14:textId="77777777" w:rsidR="00564C67" w:rsidRDefault="0040093D" w:rsidP="00564C67">
      <w:pPr>
        <w:pStyle w:val="NormalWeb"/>
        <w:numPr>
          <w:ilvl w:val="0"/>
          <w:numId w:val="23"/>
        </w:numPr>
        <w:spacing w:before="0" w:beforeAutospacing="0" w:after="0" w:afterAutospacing="0"/>
        <w:rPr>
          <w:rFonts w:ascii="Calibri Light" w:hAnsi="Calibri Light" w:cs="Calibri Light"/>
          <w:color w:val="000000"/>
        </w:rPr>
      </w:pPr>
      <w:r>
        <w:rPr>
          <w:rFonts w:ascii="Calibri Light" w:hAnsi="Calibri Light" w:cs="Calibri Light"/>
          <w:color w:val="000000"/>
        </w:rPr>
        <w:t>Quelques personnes</w:t>
      </w:r>
      <w:r w:rsidR="00564C67">
        <w:rPr>
          <w:rFonts w:ascii="Calibri Light" w:hAnsi="Calibri Light" w:cs="Calibri Light"/>
          <w:color w:val="000000"/>
        </w:rPr>
        <w:t xml:space="preserve"> </w:t>
      </w:r>
      <w:r w:rsidR="00564C67" w:rsidRPr="009F01E8">
        <w:rPr>
          <w:rFonts w:ascii="Calibri Light" w:hAnsi="Calibri Light" w:cs="Calibri Light"/>
          <w:color w:val="000000"/>
        </w:rPr>
        <w:fldChar w:fldCharType="begin">
          <w:ffData>
            <w:name w:val="Case à cocher28"/>
            <w:enabled/>
            <w:calcOnExit w:val="0"/>
            <w:checkBox>
              <w:sizeAuto/>
              <w:default w:val="0"/>
            </w:checkBox>
          </w:ffData>
        </w:fldChar>
      </w:r>
      <w:r w:rsidR="00564C67" w:rsidRPr="00564C67">
        <w:rPr>
          <w:rFonts w:ascii="Calibri Light" w:hAnsi="Calibri Light" w:cs="Calibri Light"/>
          <w:color w:val="000000"/>
        </w:rPr>
        <w:instrText xml:space="preserve"> FORMCHECKBOX </w:instrText>
      </w:r>
      <w:r w:rsidR="00564C67" w:rsidRPr="009F01E8">
        <w:rPr>
          <w:rFonts w:ascii="Calibri Light" w:hAnsi="Calibri Light" w:cs="Calibri Light"/>
          <w:color w:val="000000"/>
        </w:rPr>
      </w:r>
      <w:r w:rsidR="00564C67" w:rsidRPr="009F01E8">
        <w:rPr>
          <w:rFonts w:ascii="Calibri Light" w:hAnsi="Calibri Light" w:cs="Calibri Light"/>
          <w:color w:val="000000"/>
        </w:rPr>
        <w:fldChar w:fldCharType="separate"/>
      </w:r>
      <w:r w:rsidR="00564C67" w:rsidRPr="009F01E8">
        <w:rPr>
          <w:rFonts w:ascii="Calibri Light" w:hAnsi="Calibri Light" w:cs="Calibri Light"/>
          <w:color w:val="000000"/>
        </w:rPr>
        <w:fldChar w:fldCharType="end"/>
      </w:r>
      <w:r w:rsidR="00564C67">
        <w:rPr>
          <w:rFonts w:ascii="Calibri Light" w:hAnsi="Calibri Light" w:cs="Calibri Light"/>
          <w:color w:val="000000"/>
        </w:rPr>
        <w:t xml:space="preserve"> </w:t>
      </w:r>
    </w:p>
    <w:p w14:paraId="6A782AB7" w14:textId="77777777" w:rsidR="00F80938" w:rsidRPr="009F01E8" w:rsidRDefault="0040093D" w:rsidP="00564C67">
      <w:pPr>
        <w:pStyle w:val="NormalWeb"/>
        <w:numPr>
          <w:ilvl w:val="0"/>
          <w:numId w:val="23"/>
        </w:numPr>
        <w:spacing w:before="0" w:beforeAutospacing="0" w:after="0" w:afterAutospacing="0"/>
        <w:rPr>
          <w:rFonts w:ascii="Calibri Light" w:hAnsi="Calibri Light" w:cs="Calibri Light"/>
          <w:color w:val="000000"/>
        </w:rPr>
      </w:pPr>
      <w:r>
        <w:rPr>
          <w:rFonts w:ascii="Calibri Light" w:hAnsi="Calibri Light" w:cs="Calibri Light"/>
          <w:color w:val="000000"/>
        </w:rPr>
        <w:t>Plusieurs ou toutes les personnes</w:t>
      </w:r>
      <w:r w:rsidR="00564C67">
        <w:rPr>
          <w:rFonts w:ascii="Calibri Light" w:hAnsi="Calibri Light" w:cs="Calibri Light"/>
          <w:color w:val="000000"/>
        </w:rPr>
        <w:t xml:space="preserve"> </w:t>
      </w:r>
      <w:r w:rsidR="00564C67" w:rsidRPr="009F01E8">
        <w:rPr>
          <w:rFonts w:ascii="Calibri Light" w:hAnsi="Calibri Light" w:cs="Calibri Light"/>
          <w:color w:val="000000"/>
        </w:rPr>
        <w:fldChar w:fldCharType="begin">
          <w:ffData>
            <w:name w:val="Case à cocher29"/>
            <w:enabled/>
            <w:calcOnExit w:val="0"/>
            <w:checkBox>
              <w:sizeAuto/>
              <w:default w:val="0"/>
            </w:checkBox>
          </w:ffData>
        </w:fldChar>
      </w:r>
      <w:r w:rsidR="00564C67" w:rsidRPr="00564C67">
        <w:rPr>
          <w:rFonts w:ascii="Calibri Light" w:hAnsi="Calibri Light" w:cs="Calibri Light"/>
          <w:color w:val="000000"/>
        </w:rPr>
        <w:instrText xml:space="preserve"> FORMCHECKBOX </w:instrText>
      </w:r>
      <w:r w:rsidR="00564C67" w:rsidRPr="009F01E8">
        <w:rPr>
          <w:rFonts w:ascii="Calibri Light" w:hAnsi="Calibri Light" w:cs="Calibri Light"/>
          <w:color w:val="000000"/>
        </w:rPr>
      </w:r>
      <w:r w:rsidR="00564C67" w:rsidRPr="009F01E8">
        <w:rPr>
          <w:rFonts w:ascii="Calibri Light" w:hAnsi="Calibri Light" w:cs="Calibri Light"/>
          <w:color w:val="000000"/>
        </w:rPr>
        <w:fldChar w:fldCharType="separate"/>
      </w:r>
      <w:r w:rsidR="00564C67" w:rsidRPr="009F01E8">
        <w:rPr>
          <w:rFonts w:ascii="Calibri Light" w:hAnsi="Calibri Light" w:cs="Calibri Light"/>
          <w:color w:val="000000"/>
        </w:rPr>
        <w:fldChar w:fldCharType="end"/>
      </w:r>
    </w:p>
    <w:p w14:paraId="1F0B9E6D" w14:textId="77777777" w:rsidR="00564C67" w:rsidRDefault="0040093D" w:rsidP="00564C67">
      <w:pPr>
        <w:pStyle w:val="NormalWeb"/>
        <w:numPr>
          <w:ilvl w:val="0"/>
          <w:numId w:val="23"/>
        </w:numPr>
        <w:spacing w:before="0" w:beforeAutospacing="0" w:after="0" w:afterAutospacing="0"/>
        <w:rPr>
          <w:rFonts w:ascii="Calibri Light" w:hAnsi="Calibri Light" w:cs="Calibri Light"/>
          <w:color w:val="000000"/>
        </w:rPr>
      </w:pPr>
      <w:r>
        <w:rPr>
          <w:rFonts w:ascii="Calibri Light" w:hAnsi="Calibri Light" w:cs="Calibri Light"/>
          <w:color w:val="000000"/>
        </w:rPr>
        <w:t>Inconnu</w:t>
      </w:r>
      <w:r w:rsidR="00564C67">
        <w:rPr>
          <w:rFonts w:ascii="Calibri Light" w:hAnsi="Calibri Light" w:cs="Calibri Light"/>
          <w:color w:val="000000"/>
        </w:rPr>
        <w:t xml:space="preserve"> </w:t>
      </w:r>
      <w:r w:rsidR="00564C67" w:rsidRPr="009F01E8">
        <w:rPr>
          <w:rFonts w:ascii="Calibri Light" w:hAnsi="Calibri Light" w:cs="Calibri Light"/>
          <w:color w:val="000000"/>
        </w:rPr>
        <w:fldChar w:fldCharType="begin">
          <w:ffData>
            <w:name w:val="Case à cocher30"/>
            <w:enabled/>
            <w:calcOnExit w:val="0"/>
            <w:checkBox>
              <w:sizeAuto/>
              <w:default w:val="0"/>
            </w:checkBox>
          </w:ffData>
        </w:fldChar>
      </w:r>
      <w:r w:rsidR="00564C67" w:rsidRPr="00564C67">
        <w:rPr>
          <w:rFonts w:ascii="Calibri Light" w:hAnsi="Calibri Light" w:cs="Calibri Light"/>
          <w:color w:val="000000"/>
        </w:rPr>
        <w:instrText xml:space="preserve"> FORMCHECKBOX </w:instrText>
      </w:r>
      <w:r w:rsidR="00564C67" w:rsidRPr="009F01E8">
        <w:rPr>
          <w:rFonts w:ascii="Calibri Light" w:hAnsi="Calibri Light" w:cs="Calibri Light"/>
          <w:color w:val="000000"/>
        </w:rPr>
      </w:r>
      <w:r w:rsidR="00564C67" w:rsidRPr="009F01E8">
        <w:rPr>
          <w:rFonts w:ascii="Calibri Light" w:hAnsi="Calibri Light" w:cs="Calibri Light"/>
          <w:color w:val="000000"/>
        </w:rPr>
        <w:fldChar w:fldCharType="separate"/>
      </w:r>
      <w:r w:rsidR="00564C67" w:rsidRPr="009F01E8">
        <w:rPr>
          <w:rFonts w:ascii="Calibri Light" w:hAnsi="Calibri Light" w:cs="Calibri Light"/>
          <w:color w:val="000000"/>
        </w:rPr>
        <w:fldChar w:fldCharType="end"/>
      </w:r>
    </w:p>
    <w:p w14:paraId="1BC97D50" w14:textId="77777777" w:rsidR="0040093D" w:rsidRPr="00206648" w:rsidRDefault="0040093D" w:rsidP="0040093D">
      <w:pPr>
        <w:pStyle w:val="Titre2"/>
      </w:pPr>
      <w:r w:rsidRPr="00206648">
        <w:t xml:space="preserve">3. </w:t>
      </w:r>
      <w:r>
        <w:t>2</w:t>
      </w:r>
      <w:r w:rsidRPr="00206648">
        <w:t xml:space="preserve">. </w:t>
      </w:r>
      <w:r>
        <w:t>Gravité de l’évènement</w:t>
      </w:r>
    </w:p>
    <w:p w14:paraId="1BD92501" w14:textId="77777777" w:rsidR="0040093D" w:rsidRDefault="0040093D" w:rsidP="0040093D">
      <w:pPr>
        <w:pStyle w:val="NormalWeb"/>
        <w:spacing w:before="0" w:beforeAutospacing="0" w:after="0" w:afterAutospacing="0"/>
        <w:jc w:val="both"/>
        <w:rPr>
          <w:rStyle w:val="lev"/>
          <w:rFonts w:ascii="Calibri Light" w:hAnsi="Calibri Light" w:cs="Calibri Light"/>
          <w:b w:val="0"/>
          <w:bCs w:val="0"/>
          <w:color w:val="000000"/>
        </w:rPr>
      </w:pPr>
      <w:r>
        <w:rPr>
          <w:rStyle w:val="lev"/>
          <w:rFonts w:ascii="Calibri Light" w:hAnsi="Calibri Light" w:cs="Calibri Light"/>
          <w:b w:val="0"/>
          <w:bCs w:val="0"/>
          <w:color w:val="000000"/>
        </w:rPr>
        <w:t xml:space="preserve">Quel est le niveau de gravité réel ou potentiel ? </w:t>
      </w:r>
    </w:p>
    <w:p w14:paraId="746D6104" w14:textId="77777777" w:rsidR="0040093D" w:rsidRDefault="0040093D" w:rsidP="0040093D">
      <w:pPr>
        <w:pStyle w:val="NormalWeb"/>
        <w:spacing w:before="120" w:beforeAutospacing="0" w:after="120" w:afterAutospacing="0"/>
        <w:ind w:left="1134" w:hanging="1134"/>
        <w:jc w:val="both"/>
        <w:rPr>
          <w:rFonts w:ascii="Calibri Light" w:hAnsi="Calibri Light" w:cs="Calibri Light"/>
          <w:color w:val="000000"/>
        </w:rPr>
      </w:pPr>
      <w:r w:rsidRPr="009F01E8">
        <w:rPr>
          <w:rFonts w:ascii="Calibri Light" w:hAnsi="Calibri Light" w:cs="Calibri Light"/>
          <w:color w:val="000000"/>
        </w:rPr>
        <w:fldChar w:fldCharType="begin">
          <w:ffData>
            <w:name w:val="Case à cocher26"/>
            <w:enabled/>
            <w:calcOnExit w:val="0"/>
            <w:checkBox>
              <w:sizeAuto/>
              <w:default w:val="0"/>
            </w:checkBox>
          </w:ffData>
        </w:fldChar>
      </w:r>
      <w:r w:rsidRPr="0040093D">
        <w:rPr>
          <w:rFonts w:ascii="Calibri Light" w:hAnsi="Calibri Light" w:cs="Calibri Light"/>
          <w:color w:val="000000"/>
        </w:rPr>
        <w:instrText xml:space="preserve"> FORMCHECKBOX </w:instrText>
      </w:r>
      <w:r w:rsidRPr="009F01E8">
        <w:rPr>
          <w:rFonts w:ascii="Calibri Light" w:hAnsi="Calibri Light" w:cs="Calibri Light"/>
          <w:color w:val="000000"/>
        </w:rPr>
      </w:r>
      <w:r w:rsidRPr="009F01E8">
        <w:rPr>
          <w:rFonts w:ascii="Calibri Light" w:hAnsi="Calibri Light" w:cs="Calibri Light"/>
          <w:color w:val="000000"/>
        </w:rPr>
        <w:fldChar w:fldCharType="separate"/>
      </w:r>
      <w:r w:rsidRPr="009F01E8">
        <w:rPr>
          <w:rFonts w:ascii="Calibri Light" w:hAnsi="Calibri Light" w:cs="Calibri Light"/>
          <w:color w:val="000000"/>
        </w:rPr>
        <w:fldChar w:fldCharType="end"/>
      </w:r>
      <w:r>
        <w:rPr>
          <w:rFonts w:ascii="Calibri Light" w:hAnsi="Calibri Light" w:cs="Calibri Light"/>
          <w:color w:val="000000"/>
        </w:rPr>
        <w:t xml:space="preserve"> Faible : </w:t>
      </w:r>
      <w:r w:rsidRPr="0040093D">
        <w:rPr>
          <w:rFonts w:ascii="Calibri Light" w:hAnsi="Calibri Light" w:cs="Calibri Light"/>
          <w:color w:val="000000"/>
        </w:rPr>
        <w:t>Inconvénient mineur ou temporaire; notamment peu ou pas d'incidence sur le bien-être, les droits ou la confidentialité des personnes participantes.</w:t>
      </w:r>
      <w:r>
        <w:rPr>
          <w:rFonts w:ascii="Calibri Light" w:hAnsi="Calibri Light" w:cs="Calibri Light"/>
          <w:color w:val="000000"/>
        </w:rPr>
        <w:t xml:space="preserve"> </w:t>
      </w:r>
    </w:p>
    <w:p w14:paraId="232FC580" w14:textId="77777777" w:rsidR="0040093D" w:rsidRDefault="0040093D" w:rsidP="0040093D">
      <w:pPr>
        <w:pStyle w:val="NormalWeb"/>
        <w:spacing w:before="120" w:beforeAutospacing="0" w:after="120" w:afterAutospacing="0"/>
        <w:ind w:left="1134" w:hanging="1134"/>
        <w:jc w:val="both"/>
        <w:rPr>
          <w:rFonts w:ascii="Calibri Light" w:hAnsi="Calibri Light" w:cs="Calibri Light"/>
          <w:color w:val="000000"/>
        </w:rPr>
      </w:pPr>
      <w:r w:rsidRPr="009F01E8">
        <w:rPr>
          <w:rFonts w:ascii="Calibri Light" w:hAnsi="Calibri Light" w:cs="Calibri Light"/>
          <w:color w:val="000000"/>
        </w:rPr>
        <w:fldChar w:fldCharType="begin">
          <w:ffData>
            <w:name w:val="Case à cocher26"/>
            <w:enabled/>
            <w:calcOnExit w:val="0"/>
            <w:checkBox>
              <w:sizeAuto/>
              <w:default w:val="0"/>
            </w:checkBox>
          </w:ffData>
        </w:fldChar>
      </w:r>
      <w:r w:rsidRPr="0040093D">
        <w:rPr>
          <w:rFonts w:ascii="Calibri Light" w:hAnsi="Calibri Light" w:cs="Calibri Light"/>
          <w:color w:val="000000"/>
        </w:rPr>
        <w:instrText xml:space="preserve"> FORMCHECKBOX </w:instrText>
      </w:r>
      <w:r w:rsidRPr="009F01E8">
        <w:rPr>
          <w:rFonts w:ascii="Calibri Light" w:hAnsi="Calibri Light" w:cs="Calibri Light"/>
          <w:color w:val="000000"/>
        </w:rPr>
      </w:r>
      <w:r w:rsidRPr="009F01E8">
        <w:rPr>
          <w:rFonts w:ascii="Calibri Light" w:hAnsi="Calibri Light" w:cs="Calibri Light"/>
          <w:color w:val="000000"/>
        </w:rPr>
        <w:fldChar w:fldCharType="separate"/>
      </w:r>
      <w:r w:rsidRPr="009F01E8">
        <w:rPr>
          <w:rFonts w:ascii="Calibri Light" w:hAnsi="Calibri Light" w:cs="Calibri Light"/>
          <w:color w:val="000000"/>
        </w:rPr>
        <w:fldChar w:fldCharType="end"/>
      </w:r>
      <w:r>
        <w:rPr>
          <w:rFonts w:ascii="Calibri Light" w:hAnsi="Calibri Light" w:cs="Calibri Light"/>
          <w:color w:val="000000"/>
        </w:rPr>
        <w:t xml:space="preserve"> Modéré : </w:t>
      </w:r>
      <w:r w:rsidRPr="0040093D">
        <w:rPr>
          <w:rFonts w:ascii="Calibri Light" w:hAnsi="Calibri Light" w:cs="Calibri Light"/>
          <w:color w:val="000000"/>
        </w:rPr>
        <w:t>Incidence significative mais limitée; notamment incidence limitée sur le bienêtre, les droits ou la confidentialité des personnes participantes, pouvant nécessiter des mesures correctives ou un suivi auprès des participants</w:t>
      </w:r>
      <w:r>
        <w:rPr>
          <w:rFonts w:ascii="Calibri Light" w:hAnsi="Calibri Light" w:cs="Calibri Light"/>
          <w:color w:val="000000"/>
        </w:rPr>
        <w:t>.</w:t>
      </w:r>
    </w:p>
    <w:p w14:paraId="7AB87A51" w14:textId="77777777" w:rsidR="0040093D" w:rsidRDefault="0040093D" w:rsidP="0040093D">
      <w:pPr>
        <w:pStyle w:val="NormalWeb"/>
        <w:spacing w:before="120" w:beforeAutospacing="0" w:after="120" w:afterAutospacing="0"/>
        <w:ind w:left="1134" w:hanging="1134"/>
        <w:jc w:val="both"/>
        <w:rPr>
          <w:rFonts w:ascii="Calibri Light" w:hAnsi="Calibri Light" w:cs="Calibri Light"/>
          <w:color w:val="000000"/>
        </w:rPr>
      </w:pPr>
      <w:r w:rsidRPr="009F01E8">
        <w:rPr>
          <w:rFonts w:ascii="Calibri Light" w:hAnsi="Calibri Light" w:cs="Calibri Light"/>
          <w:color w:val="000000"/>
        </w:rPr>
        <w:fldChar w:fldCharType="begin">
          <w:ffData>
            <w:name w:val="Case à cocher26"/>
            <w:enabled/>
            <w:calcOnExit w:val="0"/>
            <w:checkBox>
              <w:sizeAuto/>
              <w:default w:val="0"/>
            </w:checkBox>
          </w:ffData>
        </w:fldChar>
      </w:r>
      <w:r w:rsidRPr="0040093D">
        <w:rPr>
          <w:rFonts w:ascii="Calibri Light" w:hAnsi="Calibri Light" w:cs="Calibri Light"/>
          <w:color w:val="000000"/>
        </w:rPr>
        <w:instrText xml:space="preserve"> FORMCHECKBOX </w:instrText>
      </w:r>
      <w:r w:rsidRPr="009F01E8">
        <w:rPr>
          <w:rFonts w:ascii="Calibri Light" w:hAnsi="Calibri Light" w:cs="Calibri Light"/>
          <w:color w:val="000000"/>
        </w:rPr>
      </w:r>
      <w:r w:rsidRPr="009F01E8">
        <w:rPr>
          <w:rFonts w:ascii="Calibri Light" w:hAnsi="Calibri Light" w:cs="Calibri Light"/>
          <w:color w:val="000000"/>
        </w:rPr>
        <w:fldChar w:fldCharType="separate"/>
      </w:r>
      <w:r w:rsidRPr="009F01E8">
        <w:rPr>
          <w:rFonts w:ascii="Calibri Light" w:hAnsi="Calibri Light" w:cs="Calibri Light"/>
          <w:color w:val="000000"/>
        </w:rPr>
        <w:fldChar w:fldCharType="end"/>
      </w:r>
      <w:r>
        <w:rPr>
          <w:rFonts w:ascii="Calibri Light" w:hAnsi="Calibri Light" w:cs="Calibri Light"/>
          <w:color w:val="000000"/>
        </w:rPr>
        <w:t xml:space="preserve"> Élevé : </w:t>
      </w:r>
      <w:r w:rsidRPr="0040093D">
        <w:rPr>
          <w:rFonts w:ascii="Calibri Light" w:hAnsi="Calibri Light" w:cs="Calibri Light"/>
          <w:color w:val="000000"/>
        </w:rPr>
        <w:t>Risque important de préjudice, atteinte à la confidentialité, atteinte aux droits des participants ou situation nécessitant une intervention rapide.</w:t>
      </w:r>
    </w:p>
    <w:p w14:paraId="123965D2" w14:textId="77777777" w:rsidR="0040093D" w:rsidRDefault="0040093D" w:rsidP="0040093D">
      <w:pPr>
        <w:pStyle w:val="NormalWeb"/>
        <w:spacing w:before="0" w:beforeAutospacing="0" w:after="0" w:afterAutospacing="0"/>
        <w:rPr>
          <w:rFonts w:ascii="Calibri Light" w:hAnsi="Calibri Light" w:cs="Calibri Light"/>
          <w:color w:val="000000"/>
        </w:rPr>
      </w:pPr>
      <w:r>
        <w:rPr>
          <w:rFonts w:ascii="Calibri Light" w:hAnsi="Calibri Light" w:cs="Calibri Light"/>
          <w:color w:val="000000"/>
        </w:rPr>
        <w:t xml:space="preserve">Veuillez expliquer votre réponse : </w:t>
      </w:r>
    </w:p>
    <w:p w14:paraId="3F03EE73" w14:textId="77777777" w:rsidR="0040093D" w:rsidRPr="0040093D" w:rsidRDefault="0040093D" w:rsidP="0040093D">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D01964">
        <w:rPr>
          <w:rFonts w:ascii="Calibri Light" w:hAnsi="Calibri Light" w:cs="Calibri Light"/>
        </w:rPr>
        <w:fldChar w:fldCharType="begin">
          <w:ffData>
            <w:name w:val="Texte9"/>
            <w:enabled/>
            <w:calcOnExit w:val="0"/>
            <w:textInput/>
          </w:ffData>
        </w:fldChar>
      </w:r>
      <w:r w:rsidRPr="0040093D">
        <w:rPr>
          <w:rFonts w:ascii="Calibri Light" w:hAnsi="Calibri Light" w:cs="Calibri Light"/>
        </w:rPr>
        <w:instrText xml:space="preserve"> FORMTEXT </w:instrText>
      </w:r>
      <w:r w:rsidRPr="00D01964">
        <w:rPr>
          <w:rFonts w:ascii="Calibri Light" w:hAnsi="Calibri Light" w:cs="Calibri Light"/>
        </w:rPr>
      </w:r>
      <w:r w:rsidRPr="00D01964">
        <w:rPr>
          <w:rFonts w:ascii="Calibri Light" w:hAnsi="Calibri Light" w:cs="Calibri Light"/>
        </w:rPr>
        <w:fldChar w:fldCharType="separate"/>
      </w:r>
      <w:r w:rsidRPr="002E0795">
        <w:rPr>
          <w:noProof/>
        </w:rPr>
        <w:t> </w:t>
      </w:r>
      <w:r w:rsidRPr="002E0795">
        <w:rPr>
          <w:noProof/>
        </w:rPr>
        <w:t> </w:t>
      </w:r>
      <w:r w:rsidRPr="002E0795">
        <w:rPr>
          <w:noProof/>
        </w:rPr>
        <w:t> </w:t>
      </w:r>
      <w:r w:rsidRPr="002E0795">
        <w:rPr>
          <w:noProof/>
        </w:rPr>
        <w:t> </w:t>
      </w:r>
      <w:r w:rsidRPr="002E0795">
        <w:rPr>
          <w:noProof/>
        </w:rPr>
        <w:t> </w:t>
      </w:r>
      <w:r w:rsidRPr="00D01964">
        <w:rPr>
          <w:rFonts w:ascii="Calibri Light" w:hAnsi="Calibri Light" w:cs="Calibri Light"/>
        </w:rPr>
        <w:fldChar w:fldCharType="end"/>
      </w:r>
    </w:p>
    <w:p w14:paraId="14DF7E5B" w14:textId="77777777" w:rsidR="00173376" w:rsidRPr="009F01E8" w:rsidRDefault="00173376" w:rsidP="00173376">
      <w:pPr>
        <w:pStyle w:val="Titre1"/>
      </w:pPr>
      <w:r>
        <w:t xml:space="preserve">Section </w:t>
      </w:r>
      <w:r w:rsidRPr="009F01E8">
        <w:t>4</w:t>
      </w:r>
      <w:r>
        <w:t xml:space="preserve"> – Mesures immédiates en réponse à l’événement ou au risque</w:t>
      </w:r>
    </w:p>
    <w:p w14:paraId="5CFF34F6" w14:textId="77777777" w:rsidR="00173376" w:rsidRPr="009F01E8" w:rsidRDefault="00173376" w:rsidP="00173376">
      <w:pPr>
        <w:pStyle w:val="NormalWeb"/>
        <w:jc w:val="both"/>
        <w:rPr>
          <w:rFonts w:ascii="Calibri Light" w:hAnsi="Calibri Light" w:cs="Calibri Light"/>
          <w:color w:val="000000"/>
        </w:rPr>
      </w:pPr>
      <w:r w:rsidRPr="009F01E8">
        <w:rPr>
          <w:rFonts w:ascii="Calibri Light" w:hAnsi="Calibri Light" w:cs="Calibri Light"/>
          <w:color w:val="000000"/>
        </w:rPr>
        <w:t xml:space="preserve">Veuillez </w:t>
      </w:r>
      <w:r>
        <w:rPr>
          <w:rFonts w:ascii="Calibri Light" w:hAnsi="Calibri Light" w:cs="Calibri Light"/>
          <w:color w:val="000000"/>
        </w:rPr>
        <w:t>décrire les mesures immédiates prises en réponse cet événement ou de l’identification de ce risque. Le cas échéant, précisez notamment :</w:t>
      </w:r>
    </w:p>
    <w:p w14:paraId="459F9B48" w14:textId="77777777" w:rsidR="00173376" w:rsidRPr="00173376" w:rsidRDefault="00173376" w:rsidP="00173376">
      <w:pPr>
        <w:numPr>
          <w:ilvl w:val="0"/>
          <w:numId w:val="25"/>
        </w:numPr>
        <w:spacing w:before="100" w:beforeAutospacing="1" w:after="100" w:afterAutospacing="1"/>
        <w:rPr>
          <w:rFonts w:ascii="Calibri Light" w:hAnsi="Calibri Light" w:cs="Calibri Light"/>
          <w:color w:val="000000"/>
        </w:rPr>
      </w:pPr>
      <w:proofErr w:type="gramStart"/>
      <w:r w:rsidRPr="00173376">
        <w:rPr>
          <w:rFonts w:ascii="Calibri Light" w:hAnsi="Calibri Light" w:cs="Calibri Light"/>
          <w:color w:val="000000"/>
        </w:rPr>
        <w:t>les</w:t>
      </w:r>
      <w:proofErr w:type="gramEnd"/>
      <w:r w:rsidRPr="00173376">
        <w:rPr>
          <w:rFonts w:ascii="Calibri Light" w:hAnsi="Calibri Light" w:cs="Calibri Light"/>
          <w:color w:val="000000"/>
        </w:rPr>
        <w:t xml:space="preserve"> mesures mises en place pour assurer la protection immédiate des personnes participantes;</w:t>
      </w:r>
    </w:p>
    <w:p w14:paraId="1714F1CD" w14:textId="77777777" w:rsidR="00173376" w:rsidRPr="00173376" w:rsidRDefault="00173376" w:rsidP="00173376">
      <w:pPr>
        <w:numPr>
          <w:ilvl w:val="0"/>
          <w:numId w:val="25"/>
        </w:numPr>
        <w:spacing w:before="100" w:beforeAutospacing="1" w:after="100" w:afterAutospacing="1"/>
        <w:rPr>
          <w:rFonts w:ascii="Calibri Light" w:hAnsi="Calibri Light" w:cs="Calibri Light"/>
          <w:color w:val="000000"/>
        </w:rPr>
      </w:pPr>
      <w:proofErr w:type="gramStart"/>
      <w:r w:rsidRPr="00173376">
        <w:rPr>
          <w:rFonts w:ascii="Calibri Light" w:hAnsi="Calibri Light" w:cs="Calibri Light"/>
          <w:color w:val="000000"/>
        </w:rPr>
        <w:t>les</w:t>
      </w:r>
      <w:proofErr w:type="gramEnd"/>
      <w:r w:rsidRPr="00173376">
        <w:rPr>
          <w:rFonts w:ascii="Calibri Light" w:hAnsi="Calibri Light" w:cs="Calibri Light"/>
          <w:color w:val="000000"/>
        </w:rPr>
        <w:t xml:space="preserve"> communications effectuées auprès des personnes participantes ou d'autres personnes concernées au moment de l’incident ou après;</w:t>
      </w:r>
    </w:p>
    <w:p w14:paraId="198CF461" w14:textId="77777777" w:rsidR="00173376" w:rsidRPr="00173376" w:rsidRDefault="00173376" w:rsidP="00173376">
      <w:pPr>
        <w:numPr>
          <w:ilvl w:val="0"/>
          <w:numId w:val="25"/>
        </w:numPr>
        <w:spacing w:before="100" w:beforeAutospacing="1" w:after="100" w:afterAutospacing="1"/>
        <w:rPr>
          <w:rFonts w:ascii="Calibri Light" w:hAnsi="Calibri Light" w:cs="Calibri Light"/>
          <w:color w:val="000000"/>
        </w:rPr>
      </w:pPr>
      <w:proofErr w:type="gramStart"/>
      <w:r w:rsidRPr="00173376">
        <w:rPr>
          <w:rFonts w:ascii="Calibri Light" w:hAnsi="Calibri Light" w:cs="Calibri Light"/>
          <w:color w:val="000000"/>
        </w:rPr>
        <w:t>toute</w:t>
      </w:r>
      <w:proofErr w:type="gramEnd"/>
      <w:r w:rsidRPr="00173376">
        <w:rPr>
          <w:rFonts w:ascii="Calibri Light" w:hAnsi="Calibri Light" w:cs="Calibri Light"/>
          <w:color w:val="000000"/>
        </w:rPr>
        <w:t xml:space="preserve"> suspension temporaire d'activités ou interruption du projet;</w:t>
      </w:r>
    </w:p>
    <w:p w14:paraId="4F87FBD6" w14:textId="77777777" w:rsidR="00173376" w:rsidRPr="00173376" w:rsidRDefault="00173376" w:rsidP="00173376">
      <w:pPr>
        <w:numPr>
          <w:ilvl w:val="0"/>
          <w:numId w:val="25"/>
        </w:numPr>
        <w:spacing w:before="100" w:beforeAutospacing="1" w:after="100" w:afterAutospacing="1"/>
        <w:rPr>
          <w:rFonts w:ascii="Calibri Light" w:hAnsi="Calibri Light" w:cs="Calibri Light"/>
          <w:color w:val="000000"/>
        </w:rPr>
      </w:pPr>
      <w:proofErr w:type="gramStart"/>
      <w:r w:rsidRPr="00173376">
        <w:rPr>
          <w:rFonts w:ascii="Calibri Light" w:hAnsi="Calibri Light" w:cs="Calibri Light"/>
          <w:color w:val="000000"/>
        </w:rPr>
        <w:t>toute</w:t>
      </w:r>
      <w:proofErr w:type="gramEnd"/>
      <w:r w:rsidRPr="00173376">
        <w:rPr>
          <w:rFonts w:ascii="Calibri Light" w:hAnsi="Calibri Light" w:cs="Calibri Light"/>
          <w:color w:val="000000"/>
        </w:rPr>
        <w:t xml:space="preserve"> autre mesure mise en œuvre </w:t>
      </w:r>
      <w:proofErr w:type="gramStart"/>
      <w:r w:rsidRPr="00173376">
        <w:rPr>
          <w:rFonts w:ascii="Calibri Light" w:hAnsi="Calibri Light" w:cs="Calibri Light"/>
          <w:color w:val="000000"/>
        </w:rPr>
        <w:t>suite à</w:t>
      </w:r>
      <w:proofErr w:type="gramEnd"/>
      <w:r w:rsidRPr="00173376">
        <w:rPr>
          <w:rFonts w:ascii="Calibri Light" w:hAnsi="Calibri Light" w:cs="Calibri Light"/>
          <w:color w:val="000000"/>
        </w:rPr>
        <w:t xml:space="preserve"> l’événement.</w:t>
      </w:r>
    </w:p>
    <w:p w14:paraId="2ED52F56" w14:textId="77777777" w:rsidR="00173376" w:rsidRPr="00564C67" w:rsidRDefault="00173376" w:rsidP="00173376">
      <w:pPr>
        <w:pStyle w:val="Paragraphedeliste"/>
        <w:ind w:left="0"/>
        <w:rPr>
          <w:rFonts w:ascii="Calibri Light" w:hAnsi="Calibri Light" w:cs="Calibri Light"/>
        </w:rPr>
      </w:pPr>
      <w:r w:rsidRPr="00564C67">
        <w:rPr>
          <w:rFonts w:ascii="Calibri Light" w:hAnsi="Calibri Light" w:cs="Calibri Light"/>
        </w:rPr>
        <w:t xml:space="preserve">Veuillez spécifier : </w:t>
      </w:r>
    </w:p>
    <w:p w14:paraId="4385D3FA" w14:textId="77777777" w:rsidR="00173376" w:rsidRPr="00206648" w:rsidRDefault="00173376" w:rsidP="00173376">
      <w:pPr>
        <w:pStyle w:val="Paragraphedeliste"/>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ind w:left="0"/>
        <w:rPr>
          <w:rFonts w:ascii="Calibri Light" w:hAnsi="Calibri Light" w:cs="Calibri Light"/>
          <w:caps/>
        </w:rPr>
      </w:pPr>
      <w:r w:rsidRPr="00206648">
        <w:rPr>
          <w:rFonts w:ascii="Calibri Light" w:hAnsi="Calibri Light" w:cs="Calibri Light"/>
          <w:caps/>
        </w:rPr>
        <w:fldChar w:fldCharType="begin">
          <w:ffData>
            <w:name w:val="Texte2"/>
            <w:enabled/>
            <w:calcOnExit w:val="0"/>
            <w:textInput/>
          </w:ffData>
        </w:fldChar>
      </w:r>
      <w:r w:rsidRPr="00173376">
        <w:rPr>
          <w:rFonts w:ascii="Calibri Light" w:hAnsi="Calibri Light" w:cs="Calibri Light"/>
        </w:rPr>
        <w:instrText xml:space="preserve"> FORMTEXT </w:instrText>
      </w:r>
      <w:r w:rsidRPr="00206648">
        <w:rPr>
          <w:rFonts w:ascii="Calibri Light" w:hAnsi="Calibri Light" w:cs="Calibri Light"/>
          <w:caps/>
        </w:rPr>
      </w:r>
      <w:r w:rsidRPr="00206648">
        <w:rPr>
          <w:rFonts w:ascii="Calibri Light" w:hAnsi="Calibri Light" w:cs="Calibri Light"/>
          <w:caps/>
        </w:rPr>
        <w:fldChar w:fldCharType="separate"/>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caps/>
        </w:rPr>
        <w:fldChar w:fldCharType="end"/>
      </w:r>
    </w:p>
    <w:p w14:paraId="00220094" w14:textId="77777777" w:rsidR="00C87A80" w:rsidRPr="009F01E8" w:rsidRDefault="00206648" w:rsidP="00206648">
      <w:pPr>
        <w:pStyle w:val="Titre1"/>
      </w:pPr>
      <w:r>
        <w:lastRenderedPageBreak/>
        <w:t xml:space="preserve">Section </w:t>
      </w:r>
      <w:r w:rsidR="00173376">
        <w:t>5</w:t>
      </w:r>
      <w:r>
        <w:t xml:space="preserve"> – </w:t>
      </w:r>
      <w:r w:rsidR="0040093D">
        <w:t xml:space="preserve">Mesures </w:t>
      </w:r>
      <w:r w:rsidR="00173376">
        <w:t>futures et répercussions sur le projet de recherche</w:t>
      </w:r>
    </w:p>
    <w:p w14:paraId="337CF0AD" w14:textId="77777777" w:rsidR="00C87A80" w:rsidRDefault="00173376" w:rsidP="007173BD">
      <w:pPr>
        <w:pStyle w:val="NormalWeb"/>
        <w:jc w:val="both"/>
        <w:rPr>
          <w:rFonts w:ascii="Calibri Light" w:hAnsi="Calibri Light" w:cs="Calibri Light"/>
          <w:color w:val="000000"/>
        </w:rPr>
      </w:pPr>
      <w:r w:rsidRPr="00173376">
        <w:rPr>
          <w:rFonts w:ascii="Calibri Light" w:hAnsi="Calibri Light" w:cs="Calibri Light"/>
          <w:color w:val="000000"/>
        </w:rPr>
        <w:t>D’autres mesures sont-elles envisagées afin de réduire la probabilité qu’un tel événement se reproduise ou afin de réduire le risque pour de futures personnes participantes ?</w:t>
      </w:r>
    </w:p>
    <w:p w14:paraId="5B29FE8E" w14:textId="77777777" w:rsidR="00173376" w:rsidRPr="00173376" w:rsidRDefault="00173376" w:rsidP="00173376">
      <w:pPr>
        <w:spacing w:before="120" w:after="120"/>
        <w:jc w:val="center"/>
        <w:rPr>
          <w:rFonts w:ascii="Calibri Light" w:hAnsi="Calibri Light" w:cs="Calibri Light"/>
        </w:rPr>
      </w:pPr>
      <w:r w:rsidRPr="00D01964">
        <w:rPr>
          <w:rFonts w:ascii="Calibri Light" w:hAnsi="Calibri Light" w:cs="Calibri Light"/>
        </w:rPr>
        <w:t xml:space="preserve">Oui </w:t>
      </w:r>
      <w:r w:rsidRPr="00D01964">
        <w:rPr>
          <w:rFonts w:ascii="Calibri Light" w:hAnsi="Calibri Light" w:cs="Calibri Light"/>
        </w:rPr>
        <w:fldChar w:fldCharType="begin">
          <w:ffData>
            <w:name w:val="Case à cocher1"/>
            <w:enabled/>
            <w:calcOnExit w:val="0"/>
            <w:checkBox>
              <w:sizeAuto/>
              <w:default w:val="0"/>
            </w:checkBox>
          </w:ffData>
        </w:fldChar>
      </w:r>
      <w:r w:rsidRPr="00173376">
        <w:rPr>
          <w:rFonts w:ascii="Calibri Light" w:hAnsi="Calibri Light" w:cs="Calibri Light"/>
        </w:rPr>
        <w:instrText xml:space="preserve"> FORMCHECKBOX </w:instrText>
      </w:r>
      <w:r w:rsidRPr="00D01964">
        <w:rPr>
          <w:rFonts w:ascii="Calibri Light" w:hAnsi="Calibri Light" w:cs="Calibri Light"/>
        </w:rPr>
      </w:r>
      <w:r w:rsidRPr="00D01964">
        <w:rPr>
          <w:rFonts w:ascii="Calibri Light" w:hAnsi="Calibri Light" w:cs="Calibri Light"/>
        </w:rPr>
        <w:fldChar w:fldCharType="separate"/>
      </w:r>
      <w:r w:rsidRPr="00D01964">
        <w:rPr>
          <w:rFonts w:ascii="Calibri Light" w:hAnsi="Calibri Light" w:cs="Calibri Light"/>
        </w:rPr>
        <w:fldChar w:fldCharType="end"/>
      </w:r>
      <w:r w:rsidRPr="00D01964">
        <w:rPr>
          <w:rFonts w:ascii="Calibri Light" w:hAnsi="Calibri Light" w:cs="Calibri Light"/>
        </w:rPr>
        <w:t xml:space="preserve"> Non </w:t>
      </w:r>
      <w:r w:rsidRPr="00D01964">
        <w:rPr>
          <w:rFonts w:ascii="Calibri Light" w:hAnsi="Calibri Light" w:cs="Calibri Light"/>
        </w:rPr>
        <w:fldChar w:fldCharType="begin">
          <w:ffData>
            <w:name w:val="Case à cocher1"/>
            <w:enabled/>
            <w:calcOnExit w:val="0"/>
            <w:checkBox>
              <w:sizeAuto/>
              <w:default w:val="0"/>
            </w:checkBox>
          </w:ffData>
        </w:fldChar>
      </w:r>
      <w:r w:rsidRPr="00D01964">
        <w:rPr>
          <w:rFonts w:ascii="Calibri Light" w:hAnsi="Calibri Light" w:cs="Calibri Light"/>
        </w:rPr>
        <w:instrText xml:space="preserve"> FORMCHECKBOX </w:instrText>
      </w:r>
      <w:r w:rsidRPr="00D01964">
        <w:rPr>
          <w:rFonts w:ascii="Calibri Light" w:hAnsi="Calibri Light" w:cs="Calibri Light"/>
        </w:rPr>
      </w:r>
      <w:r w:rsidRPr="00D01964">
        <w:rPr>
          <w:rFonts w:ascii="Calibri Light" w:hAnsi="Calibri Light" w:cs="Calibri Light"/>
        </w:rPr>
        <w:fldChar w:fldCharType="separate"/>
      </w:r>
      <w:r w:rsidRPr="00D01964">
        <w:rPr>
          <w:rFonts w:ascii="Calibri Light" w:hAnsi="Calibri Light" w:cs="Calibri Light"/>
        </w:rPr>
        <w:fldChar w:fldCharType="end"/>
      </w:r>
    </w:p>
    <w:p w14:paraId="7517706A" w14:textId="77777777" w:rsidR="00206648" w:rsidRPr="00564C67" w:rsidRDefault="00206648" w:rsidP="00173376">
      <w:pPr>
        <w:pStyle w:val="Paragraphedeliste"/>
        <w:spacing w:after="120"/>
        <w:ind w:left="0"/>
        <w:rPr>
          <w:rFonts w:ascii="Calibri Light" w:hAnsi="Calibri Light" w:cs="Calibri Light"/>
        </w:rPr>
      </w:pPr>
      <w:r w:rsidRPr="00564C67">
        <w:rPr>
          <w:rFonts w:ascii="Calibri Light" w:hAnsi="Calibri Light" w:cs="Calibri Light"/>
        </w:rPr>
        <w:t xml:space="preserve">Veuillez spécifier : </w:t>
      </w:r>
    </w:p>
    <w:p w14:paraId="1F4082C1" w14:textId="77777777" w:rsidR="00206648" w:rsidRPr="00206648" w:rsidRDefault="00206648" w:rsidP="00173376">
      <w:pPr>
        <w:pStyle w:val="Paragraphedeliste"/>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spacing w:before="120"/>
        <w:ind w:left="0"/>
        <w:rPr>
          <w:rFonts w:ascii="Calibri Light" w:hAnsi="Calibri Light" w:cs="Calibri Light"/>
          <w:caps/>
        </w:rPr>
      </w:pPr>
      <w:r w:rsidRPr="00206648">
        <w:rPr>
          <w:rFonts w:ascii="Calibri Light" w:hAnsi="Calibri Light" w:cs="Calibri Light"/>
          <w:caps/>
        </w:rPr>
        <w:fldChar w:fldCharType="begin">
          <w:ffData>
            <w:name w:val="Texte2"/>
            <w:enabled/>
            <w:calcOnExit w:val="0"/>
            <w:textInput/>
          </w:ffData>
        </w:fldChar>
      </w:r>
      <w:r w:rsidRPr="00173376">
        <w:rPr>
          <w:rFonts w:ascii="Calibri Light" w:hAnsi="Calibri Light" w:cs="Calibri Light"/>
        </w:rPr>
        <w:instrText xml:space="preserve"> FORMTEXT </w:instrText>
      </w:r>
      <w:r w:rsidRPr="00206648">
        <w:rPr>
          <w:rFonts w:ascii="Calibri Light" w:hAnsi="Calibri Light" w:cs="Calibri Light"/>
          <w:caps/>
        </w:rPr>
      </w:r>
      <w:r w:rsidRPr="00206648">
        <w:rPr>
          <w:rFonts w:ascii="Calibri Light" w:hAnsi="Calibri Light" w:cs="Calibri Light"/>
          <w:caps/>
        </w:rPr>
        <w:fldChar w:fldCharType="separate"/>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caps/>
        </w:rPr>
        <w:fldChar w:fldCharType="end"/>
      </w:r>
    </w:p>
    <w:p w14:paraId="08E4DD57" w14:textId="77777777" w:rsidR="00173376" w:rsidRDefault="00173376" w:rsidP="00173376">
      <w:pPr>
        <w:pStyle w:val="NormalWeb"/>
        <w:jc w:val="both"/>
        <w:rPr>
          <w:rFonts w:ascii="Calibri Light" w:hAnsi="Calibri Light" w:cs="Calibri Light"/>
          <w:color w:val="000000"/>
        </w:rPr>
      </w:pPr>
      <w:r w:rsidRPr="00173376">
        <w:rPr>
          <w:rFonts w:ascii="Calibri Light" w:hAnsi="Calibri Light" w:cs="Calibri Light"/>
          <w:color w:val="000000"/>
        </w:rPr>
        <w:t>Ces mesures envisagées entraînent-elles des modifications aux procédures ou aux documents préalablement approuvés par le CER?</w:t>
      </w:r>
    </w:p>
    <w:p w14:paraId="4F0C010F" w14:textId="24DF22E7" w:rsidR="00173376" w:rsidRDefault="00173376" w:rsidP="00173376">
      <w:pPr>
        <w:spacing w:before="120" w:after="120"/>
        <w:jc w:val="both"/>
        <w:rPr>
          <w:rFonts w:ascii="Calibri Light" w:hAnsi="Calibri Light" w:cs="Calibri Light"/>
        </w:rPr>
      </w:pPr>
      <w:r w:rsidRPr="00D01964">
        <w:rPr>
          <w:rFonts w:ascii="Calibri Light" w:hAnsi="Calibri Light" w:cs="Calibri Light"/>
        </w:rPr>
        <w:t xml:space="preserve">Oui </w:t>
      </w:r>
      <w:r w:rsidRPr="00D01964">
        <w:rPr>
          <w:rFonts w:ascii="Calibri Light" w:hAnsi="Calibri Light" w:cs="Calibri Light"/>
        </w:rPr>
        <w:fldChar w:fldCharType="begin">
          <w:ffData>
            <w:name w:val="Case à cocher1"/>
            <w:enabled/>
            <w:calcOnExit w:val="0"/>
            <w:checkBox>
              <w:sizeAuto/>
              <w:default w:val="0"/>
            </w:checkBox>
          </w:ffData>
        </w:fldChar>
      </w:r>
      <w:r w:rsidRPr="00173376">
        <w:rPr>
          <w:rFonts w:ascii="Calibri Light" w:hAnsi="Calibri Light" w:cs="Calibri Light"/>
        </w:rPr>
        <w:instrText xml:space="preserve"> FORMCHECKBOX </w:instrText>
      </w:r>
      <w:r w:rsidRPr="00D01964">
        <w:rPr>
          <w:rFonts w:ascii="Calibri Light" w:hAnsi="Calibri Light" w:cs="Calibri Light"/>
        </w:rPr>
      </w:r>
      <w:r w:rsidRPr="00D01964">
        <w:rPr>
          <w:rFonts w:ascii="Calibri Light" w:hAnsi="Calibri Light" w:cs="Calibri Light"/>
        </w:rPr>
        <w:fldChar w:fldCharType="separate"/>
      </w:r>
      <w:r w:rsidRPr="00D01964">
        <w:rPr>
          <w:rFonts w:ascii="Calibri Light" w:hAnsi="Calibri Light" w:cs="Calibri Light"/>
        </w:rPr>
        <w:fldChar w:fldCharType="end"/>
      </w:r>
      <w:r>
        <w:rPr>
          <w:rFonts w:ascii="Calibri Light" w:hAnsi="Calibri Light" w:cs="Calibri Light"/>
        </w:rPr>
        <w:t xml:space="preserve">. Veuillez soumettre la </w:t>
      </w:r>
      <w:hyperlink r:id="rId9" w:history="1">
        <w:r w:rsidRPr="000F6040">
          <w:rPr>
            <w:rStyle w:val="Hyperlien"/>
            <w:rFonts w:ascii="Calibri Light" w:hAnsi="Calibri Light" w:cs="Calibri Light"/>
          </w:rPr>
          <w:t>Demande d’amendement</w:t>
        </w:r>
      </w:hyperlink>
      <w:r>
        <w:rPr>
          <w:rFonts w:ascii="Calibri Light" w:hAnsi="Calibri Light" w:cs="Calibri Light"/>
        </w:rPr>
        <w:t xml:space="preserve">. </w:t>
      </w:r>
    </w:p>
    <w:p w14:paraId="1A918DF8" w14:textId="77777777" w:rsidR="00173376" w:rsidRDefault="00173376" w:rsidP="00173376">
      <w:pPr>
        <w:spacing w:before="120" w:after="120"/>
        <w:jc w:val="both"/>
        <w:rPr>
          <w:rFonts w:ascii="Calibri Light" w:hAnsi="Calibri Light" w:cs="Calibri Light"/>
        </w:rPr>
      </w:pPr>
      <w:r w:rsidRPr="00D01964">
        <w:rPr>
          <w:rFonts w:ascii="Calibri Light" w:hAnsi="Calibri Light" w:cs="Calibri Light"/>
        </w:rPr>
        <w:t xml:space="preserve">Non </w:t>
      </w:r>
      <w:r w:rsidRPr="00D01964">
        <w:rPr>
          <w:rFonts w:ascii="Calibri Light" w:hAnsi="Calibri Light" w:cs="Calibri Light"/>
        </w:rPr>
        <w:fldChar w:fldCharType="begin">
          <w:ffData>
            <w:name w:val="Case à cocher1"/>
            <w:enabled/>
            <w:calcOnExit w:val="0"/>
            <w:checkBox>
              <w:sizeAuto/>
              <w:default w:val="0"/>
            </w:checkBox>
          </w:ffData>
        </w:fldChar>
      </w:r>
      <w:r w:rsidRPr="00A5221F">
        <w:rPr>
          <w:rFonts w:ascii="Calibri Light" w:hAnsi="Calibri Light" w:cs="Calibri Light"/>
        </w:rPr>
        <w:instrText xml:space="preserve"> FORMCHECKBOX </w:instrText>
      </w:r>
      <w:r w:rsidRPr="00A5221F">
        <w:rPr>
          <w:rFonts w:ascii="Calibri Light" w:hAnsi="Calibri Light" w:cs="Calibri Light"/>
        </w:rPr>
      </w:r>
      <w:r w:rsidRPr="00D01964">
        <w:rPr>
          <w:rFonts w:ascii="Calibri Light" w:hAnsi="Calibri Light" w:cs="Calibri Light"/>
        </w:rPr>
        <w:fldChar w:fldCharType="separate"/>
      </w:r>
      <w:r w:rsidRPr="00D01964">
        <w:rPr>
          <w:rFonts w:ascii="Calibri Light" w:hAnsi="Calibri Light" w:cs="Calibri Light"/>
        </w:rPr>
        <w:fldChar w:fldCharType="end"/>
      </w:r>
      <w:r>
        <w:rPr>
          <w:rFonts w:ascii="Calibri Light" w:hAnsi="Calibri Light" w:cs="Calibri Light"/>
        </w:rPr>
        <w:t>. Veuillez justifier :</w:t>
      </w:r>
    </w:p>
    <w:p w14:paraId="5D001DB0" w14:textId="77777777" w:rsidR="00173376" w:rsidRPr="00206648" w:rsidRDefault="00173376" w:rsidP="00173376">
      <w:pPr>
        <w:pStyle w:val="Paragraphedeliste"/>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spacing w:before="120"/>
        <w:ind w:left="0"/>
        <w:rPr>
          <w:rFonts w:ascii="Calibri Light" w:hAnsi="Calibri Light" w:cs="Calibri Light"/>
          <w:caps/>
        </w:rPr>
      </w:pPr>
      <w:r w:rsidRPr="00206648">
        <w:rPr>
          <w:rFonts w:ascii="Calibri Light" w:hAnsi="Calibri Light" w:cs="Calibri Light"/>
          <w:caps/>
        </w:rPr>
        <w:fldChar w:fldCharType="begin">
          <w:ffData>
            <w:name w:val="Texte2"/>
            <w:enabled/>
            <w:calcOnExit w:val="0"/>
            <w:textInput/>
          </w:ffData>
        </w:fldChar>
      </w:r>
      <w:r w:rsidRPr="00173376">
        <w:rPr>
          <w:rFonts w:ascii="Calibri Light" w:hAnsi="Calibri Light" w:cs="Calibri Light"/>
        </w:rPr>
        <w:instrText xml:space="preserve"> FORMTEXT </w:instrText>
      </w:r>
      <w:r w:rsidRPr="00206648">
        <w:rPr>
          <w:rFonts w:ascii="Calibri Light" w:hAnsi="Calibri Light" w:cs="Calibri Light"/>
          <w:caps/>
        </w:rPr>
      </w:r>
      <w:r w:rsidRPr="00206648">
        <w:rPr>
          <w:rFonts w:ascii="Calibri Light" w:hAnsi="Calibri Light" w:cs="Calibri Light"/>
          <w:caps/>
        </w:rPr>
        <w:fldChar w:fldCharType="separate"/>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caps/>
        </w:rPr>
        <w:fldChar w:fldCharType="end"/>
      </w:r>
    </w:p>
    <w:p w14:paraId="687FC46C" w14:textId="77777777" w:rsidR="00173376" w:rsidRDefault="00173376" w:rsidP="00173376">
      <w:pPr>
        <w:spacing w:before="120" w:after="120"/>
        <w:jc w:val="both"/>
        <w:rPr>
          <w:rFonts w:ascii="Calibri Light" w:hAnsi="Calibri Light" w:cs="Calibri Light"/>
        </w:rPr>
      </w:pPr>
      <w:r w:rsidRPr="00173376">
        <w:rPr>
          <w:rFonts w:ascii="Calibri Light" w:hAnsi="Calibri Light" w:cs="Calibri Light"/>
          <w:b/>
          <w:bCs/>
        </w:rPr>
        <w:t>Note</w:t>
      </w:r>
      <w:r w:rsidRPr="00173376">
        <w:rPr>
          <w:rFonts w:ascii="Calibri Light" w:hAnsi="Calibri Light" w:cs="Calibri Light"/>
        </w:rPr>
        <w:t xml:space="preserve"> : Toute modification apportée à un projet de recherche approuvé doit faire l’objet d’une demande d’amendement soumise au CER avant sa mise en œuvre, sauf lorsque des mesures temporaires sont nécessaires pour éliminer un risque immédiat pour les personnes participantes.</w:t>
      </w:r>
    </w:p>
    <w:p w14:paraId="089F5B20" w14:textId="77777777" w:rsidR="00173376" w:rsidRPr="00173376" w:rsidRDefault="00173376" w:rsidP="00173376">
      <w:pPr>
        <w:spacing w:before="120" w:after="120"/>
        <w:jc w:val="both"/>
        <w:rPr>
          <w:rFonts w:ascii="Calibri Light" w:hAnsi="Calibri Light" w:cs="Calibri Light"/>
        </w:rPr>
      </w:pPr>
    </w:p>
    <w:p w14:paraId="64777FB6" w14:textId="77777777" w:rsidR="00983A7A" w:rsidRPr="00206648" w:rsidRDefault="00206648" w:rsidP="00206648">
      <w:pPr>
        <w:pStyle w:val="Titre1"/>
      </w:pPr>
      <w:r>
        <w:t xml:space="preserve">Section </w:t>
      </w:r>
      <w:r w:rsidR="00173376">
        <w:t>6</w:t>
      </w:r>
      <w:r>
        <w:t xml:space="preserve"> – D</w:t>
      </w:r>
      <w:r w:rsidRPr="00890E7B">
        <w:t>éclaration de la personne chercheure</w:t>
      </w:r>
    </w:p>
    <w:p w14:paraId="576B65F2" w14:textId="77777777" w:rsidR="00173376" w:rsidRDefault="00173376" w:rsidP="00173376">
      <w:pPr>
        <w:spacing w:after="120"/>
        <w:jc w:val="both"/>
        <w:rPr>
          <w:rFonts w:ascii="Calibri Light" w:hAnsi="Calibri Light" w:cs="Calibri Light"/>
        </w:rPr>
      </w:pPr>
      <w:r w:rsidRPr="00173376">
        <w:rPr>
          <w:rFonts w:ascii="Calibri Light" w:hAnsi="Calibri Light" w:cs="Calibri Light"/>
          <w:b/>
          <w:bCs/>
        </w:rPr>
        <w:t>Note</w:t>
      </w:r>
      <w:r w:rsidRPr="00173376">
        <w:rPr>
          <w:rFonts w:ascii="Calibri Light" w:hAnsi="Calibri Light" w:cs="Calibri Light"/>
        </w:rPr>
        <w:t xml:space="preserve"> : Considérant le niveau de gravité et le nombre de personnes concernées, il est possible que le CER fasse un suivi pour obtenir de plus amples renseignements.</w:t>
      </w:r>
    </w:p>
    <w:p w14:paraId="4E32E648" w14:textId="77777777" w:rsidR="00206648" w:rsidRPr="009F01E8" w:rsidRDefault="007C41DA" w:rsidP="007173BD">
      <w:pPr>
        <w:jc w:val="both"/>
        <w:rPr>
          <w:rFonts w:ascii="Calibri Light" w:hAnsi="Calibri Light" w:cs="Calibri Light"/>
        </w:rPr>
      </w:pPr>
      <w:r w:rsidRPr="009F01E8">
        <w:rPr>
          <w:rFonts w:ascii="Calibri Light" w:hAnsi="Calibri Light" w:cs="Calibri Light"/>
        </w:rPr>
        <w:t>Je certifie que les renseignements fournis dans le présent formulaire sont exacts et complets au meilleur de ma connaissance au moment de la déclaration.</w:t>
      </w:r>
      <w:r w:rsidR="00206648" w:rsidRPr="00206648">
        <w:rPr>
          <w:rFonts w:ascii="Calibri Light" w:hAnsi="Calibri Light" w:cs="Calibri Light"/>
        </w:rPr>
        <w:t xml:space="preserve"> </w:t>
      </w:r>
      <w:r w:rsidR="00206648" w:rsidRPr="009F01E8">
        <w:rPr>
          <w:rFonts w:ascii="Calibri Light" w:hAnsi="Calibri Light" w:cs="Calibri Light"/>
        </w:rPr>
        <w:fldChar w:fldCharType="begin">
          <w:ffData>
            <w:name w:val="Case à cocher42"/>
            <w:enabled/>
            <w:calcOnExit w:val="0"/>
            <w:checkBox>
              <w:sizeAuto/>
              <w:default w:val="0"/>
            </w:checkBox>
          </w:ffData>
        </w:fldChar>
      </w:r>
      <w:r w:rsidR="00206648" w:rsidRPr="007173BD">
        <w:rPr>
          <w:rFonts w:ascii="Calibri Light" w:hAnsi="Calibri Light" w:cs="Calibri Light"/>
        </w:rPr>
        <w:instrText xml:space="preserve"> FORMCHECKBOX </w:instrText>
      </w:r>
      <w:r w:rsidR="00206648" w:rsidRPr="009F01E8">
        <w:rPr>
          <w:rFonts w:ascii="Calibri Light" w:hAnsi="Calibri Light" w:cs="Calibri Light"/>
        </w:rPr>
      </w:r>
      <w:r w:rsidR="00206648" w:rsidRPr="009F01E8">
        <w:rPr>
          <w:rFonts w:ascii="Calibri Light" w:hAnsi="Calibri Light" w:cs="Calibri Light"/>
        </w:rPr>
        <w:fldChar w:fldCharType="separate"/>
      </w:r>
      <w:r w:rsidR="00206648" w:rsidRPr="009F01E8">
        <w:rPr>
          <w:rFonts w:ascii="Calibri Light" w:hAnsi="Calibri Light" w:cs="Calibri Light"/>
        </w:rPr>
        <w:fldChar w:fldCharType="end"/>
      </w:r>
    </w:p>
    <w:p w14:paraId="11B92B2E" w14:textId="77777777" w:rsidR="00206648" w:rsidRPr="00890E7B" w:rsidRDefault="00206648" w:rsidP="00206648">
      <w:pPr>
        <w:pStyle w:val="Titre2"/>
      </w:pPr>
      <w:r>
        <w:t>Signature</w:t>
      </w:r>
    </w:p>
    <w:p w14:paraId="07BA4115" w14:textId="77777777" w:rsidR="005F5FE5" w:rsidRPr="00206648" w:rsidRDefault="00206648" w:rsidP="00206648">
      <w:pPr>
        <w:tabs>
          <w:tab w:val="left" w:pos="7938"/>
        </w:tabs>
        <w:rPr>
          <w:rFonts w:ascii="Calibri Light" w:hAnsi="Calibri Light" w:cs="Calibri Light"/>
          <w:b/>
          <w:bCs/>
        </w:rPr>
      </w:pPr>
      <w:r>
        <w:rPr>
          <w:rFonts w:ascii="Calibri Light" w:hAnsi="Calibri Light" w:cs="Calibri Light"/>
        </w:rPr>
        <w:t>Inscrire votre nom :</w:t>
      </w:r>
      <w:r w:rsidRPr="00750AA4">
        <w:rPr>
          <w:rFonts w:ascii="Calibri Light" w:hAnsi="Calibri Light" w:cs="Calibri Light"/>
        </w:rPr>
        <w:t xml:space="preserve"> </w:t>
      </w:r>
      <w:r w:rsidRPr="00B9491F">
        <w:rPr>
          <w:rFonts w:ascii="Calibri Light" w:hAnsi="Calibri Light" w:cs="Calibri Light"/>
        </w:rPr>
        <w:fldChar w:fldCharType="begin">
          <w:ffData>
            <w:name w:val="Texte10"/>
            <w:enabled/>
            <w:calcOnExit w:val="0"/>
            <w:textInput/>
          </w:ffData>
        </w:fldChar>
      </w:r>
      <w:r w:rsidRPr="00494176">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Pr>
          <w:rFonts w:ascii="Calibri Light" w:hAnsi="Calibri Light" w:cs="Calibri Light"/>
        </w:rPr>
        <w:t>.</w:t>
      </w:r>
      <w:r w:rsidRPr="00890E7B">
        <w:rPr>
          <w:rFonts w:ascii="Calibri Light" w:hAnsi="Calibri Light" w:cs="Calibri Light"/>
        </w:rPr>
        <w:t xml:space="preserve"> </w:t>
      </w:r>
      <w:r>
        <w:rPr>
          <w:rFonts w:ascii="Calibri Light" w:hAnsi="Calibri Light" w:cs="Calibri Light"/>
        </w:rPr>
        <w:tab/>
        <w:t>Date :</w:t>
      </w:r>
      <w:r w:rsidRPr="00750AA4">
        <w:rPr>
          <w:rFonts w:ascii="Calibri Light" w:hAnsi="Calibri Light" w:cs="Calibri Light"/>
        </w:rPr>
        <w:t xml:space="preserve"> </w:t>
      </w:r>
      <w:r w:rsidRPr="00B9491F">
        <w:rPr>
          <w:rFonts w:ascii="Calibri Light" w:hAnsi="Calibri Light" w:cs="Calibri Light"/>
        </w:rPr>
        <w:fldChar w:fldCharType="begin">
          <w:ffData>
            <w:name w:val="Texte10"/>
            <w:enabled/>
            <w:calcOnExit w:val="0"/>
            <w:textInput/>
          </w:ffData>
        </w:fldChar>
      </w:r>
      <w:r w:rsidRPr="00173376">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Pr>
          <w:rFonts w:ascii="Calibri Light" w:hAnsi="Calibri Light" w:cs="Calibri Light"/>
        </w:rPr>
        <w:t>.</w:t>
      </w:r>
    </w:p>
    <w:sectPr w:rsidR="005F5FE5" w:rsidRPr="00206648" w:rsidSect="009F01E8">
      <w:headerReference w:type="even" r:id="rId10"/>
      <w:headerReference w:type="default" r:id="rId11"/>
      <w:footerReference w:type="default" r:id="rId12"/>
      <w:pgSz w:w="12240" w:h="15840"/>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FB0B21C" w14:textId="77777777" w:rsidR="00FA7695" w:rsidRDefault="00FA7695" w:rsidP="00EE10D2">
      <w:r>
        <w:separator/>
      </w:r>
    </w:p>
  </w:endnote>
  <w:endnote w:type="continuationSeparator" w:id="0">
    <w:p w14:paraId="16A8D6C1" w14:textId="77777777" w:rsidR="00FA7695" w:rsidRDefault="00FA7695" w:rsidP="00EE1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urier">
    <w:panose1 w:val="02000500000000000000"/>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B62214F" w14:textId="77777777" w:rsidR="00EE10D2" w:rsidRPr="00EE10D2" w:rsidRDefault="00EE10D2" w:rsidP="00EE10D2">
    <w:pPr>
      <w:pStyle w:val="Pieddepage"/>
      <w:jc w:val="right"/>
      <w:rPr>
        <w:rFonts w:ascii="Calibri Light" w:hAnsi="Calibri Light" w:cs="Calibri Light"/>
        <w:sz w:val="20"/>
        <w:szCs w:val="20"/>
      </w:rPr>
    </w:pPr>
    <w:r w:rsidRPr="00750AA4">
      <w:rPr>
        <w:rFonts w:ascii="Calibri Light" w:hAnsi="Calibri Light" w:cs="Calibri Light"/>
        <w:sz w:val="20"/>
        <w:szCs w:val="20"/>
      </w:rPr>
      <w:t xml:space="preserve">© Université de Saint-Boniface, Comité d’éthique de la recherche, </w:t>
    </w:r>
    <w:r w:rsidR="00173376">
      <w:rPr>
        <w:rFonts w:ascii="Calibri Light" w:hAnsi="Calibri Light" w:cs="Calibri Light"/>
        <w:sz w:val="20"/>
        <w:szCs w:val="20"/>
      </w:rPr>
      <w:t xml:space="preserve">Septembre </w:t>
    </w:r>
    <w:r>
      <w:rPr>
        <w:rFonts w:ascii="Calibri Light" w:hAnsi="Calibri Light" w:cs="Calibri Light"/>
        <w:sz w:val="20"/>
        <w:szCs w:val="20"/>
      </w:rPr>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AE2D9C9" w14:textId="77777777" w:rsidR="00FA7695" w:rsidRDefault="00FA7695" w:rsidP="00EE10D2">
      <w:r>
        <w:separator/>
      </w:r>
    </w:p>
  </w:footnote>
  <w:footnote w:type="continuationSeparator" w:id="0">
    <w:p w14:paraId="3F6B6C48" w14:textId="77777777" w:rsidR="00FA7695" w:rsidRDefault="00FA7695" w:rsidP="00EE10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rodepage"/>
      </w:rPr>
      <w:id w:val="-95488235"/>
      <w:docPartObj>
        <w:docPartGallery w:val="Page Numbers (Top of Page)"/>
        <w:docPartUnique/>
      </w:docPartObj>
    </w:sdtPr>
    <w:sdtContent>
      <w:p w14:paraId="15634249" w14:textId="77777777" w:rsidR="00EE10D2" w:rsidRDefault="00EE10D2" w:rsidP="00FE31EE">
        <w:pPr>
          <w:pStyle w:val="En-tt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rPr>
          <w:fldChar w:fldCharType="end"/>
        </w:r>
      </w:p>
    </w:sdtContent>
  </w:sdt>
  <w:p w14:paraId="1BF29502" w14:textId="77777777" w:rsidR="00EE10D2" w:rsidRDefault="00EE10D2" w:rsidP="00EE10D2">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rodepage"/>
      </w:rPr>
      <w:id w:val="165219181"/>
      <w:docPartObj>
        <w:docPartGallery w:val="Page Numbers (Top of Page)"/>
        <w:docPartUnique/>
      </w:docPartObj>
    </w:sdtPr>
    <w:sdtEndPr>
      <w:rPr>
        <w:rStyle w:val="Numrodepage"/>
        <w:rFonts w:ascii="Calibri Light" w:hAnsi="Calibri Light" w:cs="Calibri Light"/>
        <w:sz w:val="22"/>
        <w:szCs w:val="22"/>
      </w:rPr>
    </w:sdtEndPr>
    <w:sdtContent>
      <w:p w14:paraId="11373A36" w14:textId="77777777" w:rsidR="00EE10D2" w:rsidRPr="00EE10D2" w:rsidRDefault="00EE10D2" w:rsidP="00FE31EE">
        <w:pPr>
          <w:pStyle w:val="En-tte"/>
          <w:framePr w:wrap="none" w:vAnchor="text" w:hAnchor="margin" w:xAlign="right" w:y="1"/>
          <w:rPr>
            <w:rStyle w:val="Numrodepage"/>
            <w:rFonts w:ascii="Calibri Light" w:hAnsi="Calibri Light" w:cs="Calibri Light"/>
            <w:sz w:val="22"/>
            <w:szCs w:val="22"/>
          </w:rPr>
        </w:pPr>
        <w:r w:rsidRPr="00EE10D2">
          <w:rPr>
            <w:rStyle w:val="Numrodepage"/>
            <w:rFonts w:ascii="Calibri Light" w:hAnsi="Calibri Light" w:cs="Calibri Light"/>
            <w:sz w:val="22"/>
            <w:szCs w:val="22"/>
          </w:rPr>
          <w:fldChar w:fldCharType="begin"/>
        </w:r>
        <w:r w:rsidRPr="00EE10D2">
          <w:rPr>
            <w:rStyle w:val="Numrodepage"/>
            <w:rFonts w:ascii="Calibri Light" w:hAnsi="Calibri Light" w:cs="Calibri Light"/>
            <w:sz w:val="22"/>
            <w:szCs w:val="22"/>
          </w:rPr>
          <w:instrText xml:space="preserve"> PAGE </w:instrText>
        </w:r>
        <w:r w:rsidRPr="00EE10D2">
          <w:rPr>
            <w:rStyle w:val="Numrodepage"/>
            <w:rFonts w:ascii="Calibri Light" w:hAnsi="Calibri Light" w:cs="Calibri Light"/>
            <w:sz w:val="22"/>
            <w:szCs w:val="22"/>
          </w:rPr>
          <w:fldChar w:fldCharType="separate"/>
        </w:r>
        <w:r w:rsidRPr="00EE10D2">
          <w:rPr>
            <w:rStyle w:val="Numrodepage"/>
            <w:rFonts w:ascii="Calibri Light" w:hAnsi="Calibri Light" w:cs="Calibri Light"/>
            <w:noProof/>
            <w:sz w:val="22"/>
            <w:szCs w:val="22"/>
          </w:rPr>
          <w:t>1</w:t>
        </w:r>
        <w:r w:rsidRPr="00EE10D2">
          <w:rPr>
            <w:rStyle w:val="Numrodepage"/>
            <w:rFonts w:ascii="Calibri Light" w:hAnsi="Calibri Light" w:cs="Calibri Light"/>
            <w:sz w:val="22"/>
            <w:szCs w:val="22"/>
          </w:rPr>
          <w:fldChar w:fldCharType="end"/>
        </w:r>
      </w:p>
    </w:sdtContent>
  </w:sdt>
  <w:p w14:paraId="0EC0F141" w14:textId="77777777" w:rsidR="00EE10D2" w:rsidRPr="00EE10D2" w:rsidRDefault="00014673" w:rsidP="00EE10D2">
    <w:pPr>
      <w:pStyle w:val="En-tte"/>
      <w:ind w:left="-142" w:right="360"/>
      <w:rPr>
        <w:rFonts w:ascii="Calibri Light" w:hAnsi="Calibri Light" w:cs="Calibri Light"/>
        <w:sz w:val="22"/>
        <w:szCs w:val="22"/>
      </w:rPr>
    </w:pPr>
    <w:r>
      <w:rPr>
        <w:rFonts w:ascii="Calibri Light" w:hAnsi="Calibri Light" w:cs="Calibri Light"/>
        <w:sz w:val="22"/>
        <w:szCs w:val="22"/>
      </w:rPr>
      <w:t>SIGNALEMENT D’ÉVÈNEMENTS IMPRÉVUS OU DE NOUVEAUX RISQUES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puc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puc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puces"/>
      <w:lvlText w:val=""/>
      <w:lvlJc w:val="left"/>
      <w:pPr>
        <w:tabs>
          <w:tab w:val="num" w:pos="360"/>
        </w:tabs>
        <w:ind w:left="360" w:hanging="360"/>
      </w:pPr>
      <w:rPr>
        <w:rFonts w:ascii="Symbol" w:hAnsi="Symbol" w:hint="default"/>
      </w:rPr>
    </w:lvl>
  </w:abstractNum>
  <w:abstractNum w:abstractNumId="9" w15:restartNumberingAfterBreak="0">
    <w:nsid w:val="09471849"/>
    <w:multiLevelType w:val="multilevel"/>
    <w:tmpl w:val="DCB6F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244726"/>
    <w:multiLevelType w:val="hybridMultilevel"/>
    <w:tmpl w:val="645440F4"/>
    <w:lvl w:ilvl="0" w:tplc="BF386724">
      <w:start w:val="1"/>
      <w:numFmt w:val="bullet"/>
      <w:lvlText w:val=""/>
      <w:lvlJc w:val="left"/>
      <w:pPr>
        <w:ind w:left="360" w:hanging="360"/>
      </w:pPr>
      <w:rPr>
        <w:rFonts w:ascii="Symbol" w:hAnsi="Symbol" w:hint="default"/>
        <w:color w:val="000000" w:themeColor="text1"/>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1" w15:restartNumberingAfterBreak="0">
    <w:nsid w:val="145110FC"/>
    <w:multiLevelType w:val="hybridMultilevel"/>
    <w:tmpl w:val="814CC97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20FD4044"/>
    <w:multiLevelType w:val="hybridMultilevel"/>
    <w:tmpl w:val="5B5A044C"/>
    <w:lvl w:ilvl="0" w:tplc="7DF6C454">
      <w:start w:val="3"/>
      <w:numFmt w:val="bullet"/>
      <w:lvlText w:val="-"/>
      <w:lvlJc w:val="left"/>
      <w:pPr>
        <w:ind w:left="420" w:hanging="360"/>
      </w:pPr>
      <w:rPr>
        <w:rFonts w:ascii="Times New Roman" w:eastAsia="Times New Roman" w:hAnsi="Times New Roman" w:cs="Times New Roman" w:hint="default"/>
      </w:rPr>
    </w:lvl>
    <w:lvl w:ilvl="1" w:tplc="0C0C0003" w:tentative="1">
      <w:start w:val="1"/>
      <w:numFmt w:val="bullet"/>
      <w:lvlText w:val="o"/>
      <w:lvlJc w:val="left"/>
      <w:pPr>
        <w:ind w:left="1140" w:hanging="360"/>
      </w:pPr>
      <w:rPr>
        <w:rFonts w:ascii="Courier New" w:hAnsi="Courier New" w:cs="Courier New" w:hint="default"/>
      </w:rPr>
    </w:lvl>
    <w:lvl w:ilvl="2" w:tplc="0C0C0005" w:tentative="1">
      <w:start w:val="1"/>
      <w:numFmt w:val="bullet"/>
      <w:lvlText w:val=""/>
      <w:lvlJc w:val="left"/>
      <w:pPr>
        <w:ind w:left="1860" w:hanging="360"/>
      </w:pPr>
      <w:rPr>
        <w:rFonts w:ascii="Wingdings" w:hAnsi="Wingdings" w:hint="default"/>
      </w:rPr>
    </w:lvl>
    <w:lvl w:ilvl="3" w:tplc="0C0C0001" w:tentative="1">
      <w:start w:val="1"/>
      <w:numFmt w:val="bullet"/>
      <w:lvlText w:val=""/>
      <w:lvlJc w:val="left"/>
      <w:pPr>
        <w:ind w:left="2580" w:hanging="360"/>
      </w:pPr>
      <w:rPr>
        <w:rFonts w:ascii="Symbol" w:hAnsi="Symbol" w:hint="default"/>
      </w:rPr>
    </w:lvl>
    <w:lvl w:ilvl="4" w:tplc="0C0C0003" w:tentative="1">
      <w:start w:val="1"/>
      <w:numFmt w:val="bullet"/>
      <w:lvlText w:val="o"/>
      <w:lvlJc w:val="left"/>
      <w:pPr>
        <w:ind w:left="3300" w:hanging="360"/>
      </w:pPr>
      <w:rPr>
        <w:rFonts w:ascii="Courier New" w:hAnsi="Courier New" w:cs="Courier New" w:hint="default"/>
      </w:rPr>
    </w:lvl>
    <w:lvl w:ilvl="5" w:tplc="0C0C0005" w:tentative="1">
      <w:start w:val="1"/>
      <w:numFmt w:val="bullet"/>
      <w:lvlText w:val=""/>
      <w:lvlJc w:val="left"/>
      <w:pPr>
        <w:ind w:left="4020" w:hanging="360"/>
      </w:pPr>
      <w:rPr>
        <w:rFonts w:ascii="Wingdings" w:hAnsi="Wingdings" w:hint="default"/>
      </w:rPr>
    </w:lvl>
    <w:lvl w:ilvl="6" w:tplc="0C0C0001" w:tentative="1">
      <w:start w:val="1"/>
      <w:numFmt w:val="bullet"/>
      <w:lvlText w:val=""/>
      <w:lvlJc w:val="left"/>
      <w:pPr>
        <w:ind w:left="4740" w:hanging="360"/>
      </w:pPr>
      <w:rPr>
        <w:rFonts w:ascii="Symbol" w:hAnsi="Symbol" w:hint="default"/>
      </w:rPr>
    </w:lvl>
    <w:lvl w:ilvl="7" w:tplc="0C0C0003" w:tentative="1">
      <w:start w:val="1"/>
      <w:numFmt w:val="bullet"/>
      <w:lvlText w:val="o"/>
      <w:lvlJc w:val="left"/>
      <w:pPr>
        <w:ind w:left="5460" w:hanging="360"/>
      </w:pPr>
      <w:rPr>
        <w:rFonts w:ascii="Courier New" w:hAnsi="Courier New" w:cs="Courier New" w:hint="default"/>
      </w:rPr>
    </w:lvl>
    <w:lvl w:ilvl="8" w:tplc="0C0C0005" w:tentative="1">
      <w:start w:val="1"/>
      <w:numFmt w:val="bullet"/>
      <w:lvlText w:val=""/>
      <w:lvlJc w:val="left"/>
      <w:pPr>
        <w:ind w:left="6180" w:hanging="360"/>
      </w:pPr>
      <w:rPr>
        <w:rFonts w:ascii="Wingdings" w:hAnsi="Wingdings" w:hint="default"/>
      </w:rPr>
    </w:lvl>
  </w:abstractNum>
  <w:abstractNum w:abstractNumId="13" w15:restartNumberingAfterBreak="0">
    <w:nsid w:val="22210336"/>
    <w:multiLevelType w:val="hybridMultilevel"/>
    <w:tmpl w:val="A498F89A"/>
    <w:lvl w:ilvl="0" w:tplc="BF386724">
      <w:start w:val="1"/>
      <w:numFmt w:val="bullet"/>
      <w:lvlText w:val=""/>
      <w:lvlJc w:val="left"/>
      <w:pPr>
        <w:ind w:left="360" w:hanging="360"/>
      </w:pPr>
      <w:rPr>
        <w:rFonts w:ascii="Symbol" w:hAnsi="Symbol" w:hint="default"/>
        <w:color w:val="000000" w:themeColor="text1"/>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4" w15:restartNumberingAfterBreak="0">
    <w:nsid w:val="2ADC6FA7"/>
    <w:multiLevelType w:val="multilevel"/>
    <w:tmpl w:val="C680D652"/>
    <w:lvl w:ilvl="0">
      <w:start w:val="1"/>
      <w:numFmt w:val="bullet"/>
      <w:lvlText w:val=""/>
      <w:lvlJc w:val="left"/>
      <w:pPr>
        <w:ind w:left="36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1343D3"/>
    <w:multiLevelType w:val="hybridMultilevel"/>
    <w:tmpl w:val="7CEE1CA2"/>
    <w:lvl w:ilvl="0" w:tplc="BF386724">
      <w:start w:val="1"/>
      <w:numFmt w:val="bullet"/>
      <w:lvlText w:val=""/>
      <w:lvlJc w:val="left"/>
      <w:pPr>
        <w:ind w:left="360" w:hanging="360"/>
      </w:pPr>
      <w:rPr>
        <w:rFonts w:ascii="Symbol" w:hAnsi="Symbol" w:hint="default"/>
        <w:color w:val="000000" w:themeColor="text1"/>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6" w15:restartNumberingAfterBreak="0">
    <w:nsid w:val="3E8B10AE"/>
    <w:multiLevelType w:val="multilevel"/>
    <w:tmpl w:val="12E67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4375DF"/>
    <w:multiLevelType w:val="multilevel"/>
    <w:tmpl w:val="7772E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5C2100"/>
    <w:multiLevelType w:val="multilevel"/>
    <w:tmpl w:val="7C380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631916"/>
    <w:multiLevelType w:val="hybridMultilevel"/>
    <w:tmpl w:val="2A3833A6"/>
    <w:lvl w:ilvl="0" w:tplc="BF386724">
      <w:start w:val="1"/>
      <w:numFmt w:val="bullet"/>
      <w:lvlText w:val=""/>
      <w:lvlJc w:val="left"/>
      <w:pPr>
        <w:ind w:left="720" w:hanging="360"/>
      </w:pPr>
      <w:rPr>
        <w:rFonts w:ascii="Symbol" w:hAnsi="Symbol" w:hint="default"/>
        <w:color w:val="000000" w:themeColor="text1"/>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15:restartNumberingAfterBreak="0">
    <w:nsid w:val="5C197982"/>
    <w:multiLevelType w:val="multilevel"/>
    <w:tmpl w:val="9EF82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A06139"/>
    <w:multiLevelType w:val="hybridMultilevel"/>
    <w:tmpl w:val="A1C46ED0"/>
    <w:lvl w:ilvl="0" w:tplc="79508FDE">
      <w:start w:val="3"/>
      <w:numFmt w:val="bullet"/>
      <w:lvlText w:val="-"/>
      <w:lvlJc w:val="left"/>
      <w:pPr>
        <w:ind w:left="720" w:hanging="360"/>
      </w:pPr>
      <w:rPr>
        <w:rFonts w:ascii="Times New Roman" w:eastAsia="Times New Roman"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15:restartNumberingAfterBreak="0">
    <w:nsid w:val="66CD1953"/>
    <w:multiLevelType w:val="hybridMultilevel"/>
    <w:tmpl w:val="741CE12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3" w15:restartNumberingAfterBreak="0">
    <w:nsid w:val="6B3762C1"/>
    <w:multiLevelType w:val="hybridMultilevel"/>
    <w:tmpl w:val="C9EC198E"/>
    <w:lvl w:ilvl="0" w:tplc="79508FDE">
      <w:start w:val="3"/>
      <w:numFmt w:val="bullet"/>
      <w:lvlText w:val="-"/>
      <w:lvlJc w:val="left"/>
      <w:pPr>
        <w:ind w:left="720" w:hanging="360"/>
      </w:pPr>
      <w:rPr>
        <w:rFonts w:ascii="Times New Roman" w:eastAsia="Times New Roman"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4" w15:restartNumberingAfterBreak="0">
    <w:nsid w:val="75C12F16"/>
    <w:multiLevelType w:val="multilevel"/>
    <w:tmpl w:val="58423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0A6708"/>
    <w:multiLevelType w:val="multilevel"/>
    <w:tmpl w:val="C680D652"/>
    <w:lvl w:ilvl="0">
      <w:start w:val="1"/>
      <w:numFmt w:val="bullet"/>
      <w:lvlText w:val=""/>
      <w:lvlJc w:val="left"/>
      <w:pPr>
        <w:ind w:left="36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545634"/>
    <w:multiLevelType w:val="hybridMultilevel"/>
    <w:tmpl w:val="45AA0D40"/>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16cid:durableId="1400441080">
    <w:abstractNumId w:val="8"/>
  </w:num>
  <w:num w:numId="2" w16cid:durableId="904800533">
    <w:abstractNumId w:val="6"/>
  </w:num>
  <w:num w:numId="3" w16cid:durableId="787312538">
    <w:abstractNumId w:val="5"/>
  </w:num>
  <w:num w:numId="4" w16cid:durableId="1138763949">
    <w:abstractNumId w:val="4"/>
  </w:num>
  <w:num w:numId="5" w16cid:durableId="540171644">
    <w:abstractNumId w:val="7"/>
  </w:num>
  <w:num w:numId="6" w16cid:durableId="696010622">
    <w:abstractNumId w:val="3"/>
  </w:num>
  <w:num w:numId="7" w16cid:durableId="1822427501">
    <w:abstractNumId w:val="2"/>
  </w:num>
  <w:num w:numId="8" w16cid:durableId="1253588527">
    <w:abstractNumId w:val="1"/>
  </w:num>
  <w:num w:numId="9" w16cid:durableId="460615875">
    <w:abstractNumId w:val="0"/>
  </w:num>
  <w:num w:numId="10" w16cid:durableId="1748068068">
    <w:abstractNumId w:val="17"/>
  </w:num>
  <w:num w:numId="11" w16cid:durableId="341468840">
    <w:abstractNumId w:val="24"/>
  </w:num>
  <w:num w:numId="12" w16cid:durableId="408574657">
    <w:abstractNumId w:val="22"/>
  </w:num>
  <w:num w:numId="13" w16cid:durableId="1213804581">
    <w:abstractNumId w:val="18"/>
  </w:num>
  <w:num w:numId="14" w16cid:durableId="843015620">
    <w:abstractNumId w:val="16"/>
  </w:num>
  <w:num w:numId="15" w16cid:durableId="2053385832">
    <w:abstractNumId w:val="11"/>
  </w:num>
  <w:num w:numId="16" w16cid:durableId="856576657">
    <w:abstractNumId w:val="12"/>
  </w:num>
  <w:num w:numId="17" w16cid:durableId="687757272">
    <w:abstractNumId w:val="21"/>
  </w:num>
  <w:num w:numId="18" w16cid:durableId="1816872738">
    <w:abstractNumId w:val="26"/>
  </w:num>
  <w:num w:numId="19" w16cid:durableId="604659624">
    <w:abstractNumId w:val="23"/>
  </w:num>
  <w:num w:numId="20" w16cid:durableId="1173031311">
    <w:abstractNumId w:val="19"/>
  </w:num>
  <w:num w:numId="21" w16cid:durableId="1788885193">
    <w:abstractNumId w:val="15"/>
  </w:num>
  <w:num w:numId="22" w16cid:durableId="1130636313">
    <w:abstractNumId w:val="10"/>
  </w:num>
  <w:num w:numId="23" w16cid:durableId="1276910430">
    <w:abstractNumId w:val="13"/>
  </w:num>
  <w:num w:numId="24" w16cid:durableId="892011508">
    <w:abstractNumId w:val="14"/>
  </w:num>
  <w:num w:numId="25" w16cid:durableId="590431456">
    <w:abstractNumId w:val="25"/>
  </w:num>
  <w:num w:numId="26" w16cid:durableId="1166283670">
    <w:abstractNumId w:val="20"/>
  </w:num>
  <w:num w:numId="27" w16cid:durableId="1859391227">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1"/>
  <w:proofState w:spelling="clean" w:grammar="clean"/>
  <w:documentProtection w:edit="forms" w:enforcement="1"/>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E5D"/>
    <w:rsid w:val="00007C61"/>
    <w:rsid w:val="00014673"/>
    <w:rsid w:val="00015B84"/>
    <w:rsid w:val="00021E8C"/>
    <w:rsid w:val="00031970"/>
    <w:rsid w:val="00034616"/>
    <w:rsid w:val="00034707"/>
    <w:rsid w:val="00035828"/>
    <w:rsid w:val="000414BD"/>
    <w:rsid w:val="00046CE4"/>
    <w:rsid w:val="0006063C"/>
    <w:rsid w:val="000769B2"/>
    <w:rsid w:val="000E429E"/>
    <w:rsid w:val="000F6040"/>
    <w:rsid w:val="00121967"/>
    <w:rsid w:val="00131225"/>
    <w:rsid w:val="0015074B"/>
    <w:rsid w:val="00156869"/>
    <w:rsid w:val="00171691"/>
    <w:rsid w:val="00171CAF"/>
    <w:rsid w:val="00172949"/>
    <w:rsid w:val="00173376"/>
    <w:rsid w:val="001B060F"/>
    <w:rsid w:val="001D23C0"/>
    <w:rsid w:val="00206648"/>
    <w:rsid w:val="002501FF"/>
    <w:rsid w:val="002749A8"/>
    <w:rsid w:val="0029639D"/>
    <w:rsid w:val="002A0684"/>
    <w:rsid w:val="002A379D"/>
    <w:rsid w:val="002A5C56"/>
    <w:rsid w:val="00326F90"/>
    <w:rsid w:val="0034678C"/>
    <w:rsid w:val="00353897"/>
    <w:rsid w:val="00370B01"/>
    <w:rsid w:val="003A14BE"/>
    <w:rsid w:val="003A5EB1"/>
    <w:rsid w:val="003B0E28"/>
    <w:rsid w:val="003B4854"/>
    <w:rsid w:val="003C292C"/>
    <w:rsid w:val="003D0E5D"/>
    <w:rsid w:val="003E0DB2"/>
    <w:rsid w:val="003E3B61"/>
    <w:rsid w:val="0040093D"/>
    <w:rsid w:val="00401BA5"/>
    <w:rsid w:val="004665A3"/>
    <w:rsid w:val="00482F9F"/>
    <w:rsid w:val="00491CE6"/>
    <w:rsid w:val="004B150F"/>
    <w:rsid w:val="004D50EC"/>
    <w:rsid w:val="00503BF4"/>
    <w:rsid w:val="00516617"/>
    <w:rsid w:val="00524185"/>
    <w:rsid w:val="005536F0"/>
    <w:rsid w:val="00564C67"/>
    <w:rsid w:val="005748AF"/>
    <w:rsid w:val="00577714"/>
    <w:rsid w:val="00581D2A"/>
    <w:rsid w:val="00584459"/>
    <w:rsid w:val="005A3ED2"/>
    <w:rsid w:val="005B1E11"/>
    <w:rsid w:val="005D5614"/>
    <w:rsid w:val="005E390E"/>
    <w:rsid w:val="005F5FE5"/>
    <w:rsid w:val="006129B2"/>
    <w:rsid w:val="0061605E"/>
    <w:rsid w:val="0064136F"/>
    <w:rsid w:val="00642F95"/>
    <w:rsid w:val="006A7A79"/>
    <w:rsid w:val="006C35A7"/>
    <w:rsid w:val="006D6E2E"/>
    <w:rsid w:val="00704B36"/>
    <w:rsid w:val="007173BD"/>
    <w:rsid w:val="0072063A"/>
    <w:rsid w:val="0075523C"/>
    <w:rsid w:val="0076060F"/>
    <w:rsid w:val="00774423"/>
    <w:rsid w:val="00775B00"/>
    <w:rsid w:val="00785D16"/>
    <w:rsid w:val="007A62B3"/>
    <w:rsid w:val="007B036B"/>
    <w:rsid w:val="007C41DA"/>
    <w:rsid w:val="007D51F5"/>
    <w:rsid w:val="008011AA"/>
    <w:rsid w:val="00812D0D"/>
    <w:rsid w:val="00826F8C"/>
    <w:rsid w:val="00850AD1"/>
    <w:rsid w:val="00880255"/>
    <w:rsid w:val="008814F5"/>
    <w:rsid w:val="00883375"/>
    <w:rsid w:val="00895505"/>
    <w:rsid w:val="008E46C7"/>
    <w:rsid w:val="008F1751"/>
    <w:rsid w:val="008F294A"/>
    <w:rsid w:val="008F63D9"/>
    <w:rsid w:val="0090149A"/>
    <w:rsid w:val="00920E03"/>
    <w:rsid w:val="00962815"/>
    <w:rsid w:val="00983A7A"/>
    <w:rsid w:val="00983EB0"/>
    <w:rsid w:val="009C62B1"/>
    <w:rsid w:val="009F01E8"/>
    <w:rsid w:val="00A031F3"/>
    <w:rsid w:val="00A41075"/>
    <w:rsid w:val="00A45132"/>
    <w:rsid w:val="00A5221F"/>
    <w:rsid w:val="00A53AB4"/>
    <w:rsid w:val="00A76C62"/>
    <w:rsid w:val="00A83A0E"/>
    <w:rsid w:val="00AA1D8D"/>
    <w:rsid w:val="00AA4D8A"/>
    <w:rsid w:val="00AE6455"/>
    <w:rsid w:val="00AF3F11"/>
    <w:rsid w:val="00B40D2D"/>
    <w:rsid w:val="00B47730"/>
    <w:rsid w:val="00B655D8"/>
    <w:rsid w:val="00B8108D"/>
    <w:rsid w:val="00B97543"/>
    <w:rsid w:val="00BB2348"/>
    <w:rsid w:val="00BC0BB6"/>
    <w:rsid w:val="00BC6F0F"/>
    <w:rsid w:val="00BE08DB"/>
    <w:rsid w:val="00BE384B"/>
    <w:rsid w:val="00BE6B2E"/>
    <w:rsid w:val="00C11F4B"/>
    <w:rsid w:val="00C40BA6"/>
    <w:rsid w:val="00C42F16"/>
    <w:rsid w:val="00C55B00"/>
    <w:rsid w:val="00C87A80"/>
    <w:rsid w:val="00CB0664"/>
    <w:rsid w:val="00CB25BB"/>
    <w:rsid w:val="00CE75F4"/>
    <w:rsid w:val="00CF4D99"/>
    <w:rsid w:val="00D01964"/>
    <w:rsid w:val="00D11665"/>
    <w:rsid w:val="00D3746F"/>
    <w:rsid w:val="00D3749F"/>
    <w:rsid w:val="00D42787"/>
    <w:rsid w:val="00D7664E"/>
    <w:rsid w:val="00D82B2B"/>
    <w:rsid w:val="00D872AF"/>
    <w:rsid w:val="00D93BC2"/>
    <w:rsid w:val="00DB1BE9"/>
    <w:rsid w:val="00DC5E7F"/>
    <w:rsid w:val="00DD3577"/>
    <w:rsid w:val="00DD44F1"/>
    <w:rsid w:val="00E312BE"/>
    <w:rsid w:val="00E432A7"/>
    <w:rsid w:val="00E53517"/>
    <w:rsid w:val="00E60757"/>
    <w:rsid w:val="00E6768A"/>
    <w:rsid w:val="00EB3EC5"/>
    <w:rsid w:val="00EE10D2"/>
    <w:rsid w:val="00EF07DE"/>
    <w:rsid w:val="00F10947"/>
    <w:rsid w:val="00F213FB"/>
    <w:rsid w:val="00F4612A"/>
    <w:rsid w:val="00F51ED1"/>
    <w:rsid w:val="00F52340"/>
    <w:rsid w:val="00F676B8"/>
    <w:rsid w:val="00F80938"/>
    <w:rsid w:val="00FA6771"/>
    <w:rsid w:val="00FA7695"/>
    <w:rsid w:val="00FB6981"/>
    <w:rsid w:val="00FC693F"/>
    <w:rsid w:val="00FC7D08"/>
    <w:rsid w:val="00FF08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D7882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D8A"/>
    <w:pPr>
      <w:spacing w:after="0" w:line="240" w:lineRule="auto"/>
    </w:pPr>
    <w:rPr>
      <w:rFonts w:ascii="Times New Roman" w:eastAsia="Times New Roman" w:hAnsi="Times New Roman" w:cs="Times New Roman"/>
      <w:sz w:val="24"/>
      <w:szCs w:val="24"/>
      <w:lang w:val="fr-CA" w:eastAsia="fr-CA"/>
    </w:rPr>
  </w:style>
  <w:style w:type="paragraph" w:styleId="Titre1">
    <w:name w:val="heading 1"/>
    <w:basedOn w:val="Normal"/>
    <w:next w:val="Normal"/>
    <w:link w:val="Titre1Car"/>
    <w:uiPriority w:val="9"/>
    <w:qFormat/>
    <w:rsid w:val="00206648"/>
    <w:pPr>
      <w:keepNext/>
      <w:keepLines/>
      <w:pBdr>
        <w:top w:val="single" w:sz="4" w:space="1" w:color="auto"/>
        <w:left w:val="single" w:sz="4" w:space="4" w:color="auto"/>
        <w:bottom w:val="single" w:sz="4" w:space="1" w:color="auto"/>
        <w:right w:val="single" w:sz="4" w:space="4" w:color="auto"/>
      </w:pBdr>
      <w:shd w:val="clear" w:color="auto" w:fill="C6D9F1" w:themeFill="text2" w:themeFillTint="33"/>
      <w:spacing w:before="240" w:after="240"/>
      <w:jc w:val="center"/>
      <w:outlineLvl w:val="0"/>
    </w:pPr>
    <w:rPr>
      <w:rFonts w:ascii="Calibri Light" w:eastAsiaTheme="majorEastAsia" w:hAnsi="Calibri Light" w:cs="Calibri Light"/>
      <w:b/>
      <w:bCs/>
      <w:caps/>
      <w:color w:val="365F91" w:themeColor="accent1" w:themeShade="BF"/>
      <w:sz w:val="28"/>
      <w:szCs w:val="28"/>
    </w:rPr>
  </w:style>
  <w:style w:type="paragraph" w:styleId="Titre2">
    <w:name w:val="heading 2"/>
    <w:basedOn w:val="Normal"/>
    <w:next w:val="Normal"/>
    <w:link w:val="Titre2Car"/>
    <w:uiPriority w:val="9"/>
    <w:unhideWhenUsed/>
    <w:qFormat/>
    <w:rsid w:val="00206648"/>
    <w:pPr>
      <w:keepNext/>
      <w:keepLines/>
      <w:spacing w:before="240" w:after="120"/>
      <w:outlineLvl w:val="1"/>
    </w:pPr>
    <w:rPr>
      <w:rFonts w:ascii="Calibri Light" w:eastAsiaTheme="majorEastAsia" w:hAnsi="Calibri Light" w:cs="Calibri Light"/>
      <w:b/>
      <w:bCs/>
      <w:color w:val="003D6A"/>
      <w:sz w:val="28"/>
      <w:szCs w:val="28"/>
    </w:rPr>
  </w:style>
  <w:style w:type="paragraph" w:styleId="Titre3">
    <w:name w:val="heading 3"/>
    <w:basedOn w:val="Normal"/>
    <w:next w:val="Normal"/>
    <w:link w:val="Titre3Car"/>
    <w:uiPriority w:val="9"/>
    <w:unhideWhenUsed/>
    <w:qFormat/>
    <w:rsid w:val="00564C67"/>
    <w:pPr>
      <w:keepNext/>
      <w:keepLines/>
      <w:spacing w:before="240" w:after="120"/>
      <w:outlineLvl w:val="2"/>
    </w:pPr>
    <w:rPr>
      <w:rFonts w:ascii="Calibri Light" w:eastAsiaTheme="majorEastAsia" w:hAnsi="Calibri Light" w:cs="Calibri Light"/>
      <w:i/>
      <w:iCs/>
      <w:color w:val="003D6A"/>
      <w:sz w:val="28"/>
      <w:szCs w:val="28"/>
    </w:rPr>
  </w:style>
  <w:style w:type="paragraph" w:styleId="Titre4">
    <w:name w:val="heading 4"/>
    <w:basedOn w:val="Normal"/>
    <w:next w:val="Normal"/>
    <w:link w:val="Titre4C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18BF"/>
    <w:pPr>
      <w:tabs>
        <w:tab w:val="center" w:pos="4680"/>
        <w:tab w:val="right" w:pos="9360"/>
      </w:tabs>
    </w:pPr>
  </w:style>
  <w:style w:type="character" w:customStyle="1" w:styleId="En-tteCar">
    <w:name w:val="En-tête Car"/>
    <w:basedOn w:val="Policepardfaut"/>
    <w:link w:val="En-tte"/>
    <w:uiPriority w:val="99"/>
    <w:rsid w:val="00E618BF"/>
  </w:style>
  <w:style w:type="paragraph" w:styleId="Pieddepage">
    <w:name w:val="footer"/>
    <w:basedOn w:val="Normal"/>
    <w:link w:val="PieddepageCar"/>
    <w:uiPriority w:val="99"/>
    <w:unhideWhenUsed/>
    <w:rsid w:val="00E618BF"/>
    <w:pPr>
      <w:tabs>
        <w:tab w:val="center" w:pos="4680"/>
        <w:tab w:val="right" w:pos="9360"/>
      </w:tabs>
    </w:pPr>
  </w:style>
  <w:style w:type="character" w:customStyle="1" w:styleId="PieddepageCar">
    <w:name w:val="Pied de page Car"/>
    <w:basedOn w:val="Policepardfaut"/>
    <w:link w:val="Pieddepage"/>
    <w:uiPriority w:val="99"/>
    <w:rsid w:val="00E618BF"/>
  </w:style>
  <w:style w:type="paragraph" w:styleId="Sansinterligne">
    <w:name w:val="No Spacing"/>
    <w:uiPriority w:val="1"/>
    <w:qFormat/>
    <w:rsid w:val="00FC693F"/>
    <w:pPr>
      <w:spacing w:after="0" w:line="240" w:lineRule="auto"/>
    </w:pPr>
  </w:style>
  <w:style w:type="character" w:customStyle="1" w:styleId="Titre1Car">
    <w:name w:val="Titre 1 Car"/>
    <w:basedOn w:val="Policepardfaut"/>
    <w:link w:val="Titre1"/>
    <w:uiPriority w:val="9"/>
    <w:rsid w:val="00206648"/>
    <w:rPr>
      <w:rFonts w:ascii="Calibri Light" w:eastAsiaTheme="majorEastAsia" w:hAnsi="Calibri Light" w:cs="Calibri Light"/>
      <w:b/>
      <w:bCs/>
      <w:caps/>
      <w:color w:val="365F91" w:themeColor="accent1" w:themeShade="BF"/>
      <w:sz w:val="28"/>
      <w:szCs w:val="28"/>
      <w:shd w:val="clear" w:color="auto" w:fill="C6D9F1" w:themeFill="text2" w:themeFillTint="33"/>
      <w:lang w:val="fr-CA" w:eastAsia="fr-CA"/>
    </w:rPr>
  </w:style>
  <w:style w:type="character" w:customStyle="1" w:styleId="Titre2Car">
    <w:name w:val="Titre 2 Car"/>
    <w:basedOn w:val="Policepardfaut"/>
    <w:link w:val="Titre2"/>
    <w:uiPriority w:val="9"/>
    <w:rsid w:val="00206648"/>
    <w:rPr>
      <w:rFonts w:ascii="Calibri Light" w:eastAsiaTheme="majorEastAsia" w:hAnsi="Calibri Light" w:cs="Calibri Light"/>
      <w:b/>
      <w:bCs/>
      <w:color w:val="003D6A"/>
      <w:sz w:val="28"/>
      <w:szCs w:val="28"/>
      <w:lang w:val="fr-CA" w:eastAsia="fr-CA"/>
    </w:rPr>
  </w:style>
  <w:style w:type="character" w:customStyle="1" w:styleId="Titre3Car">
    <w:name w:val="Titre 3 Car"/>
    <w:basedOn w:val="Policepardfaut"/>
    <w:link w:val="Titre3"/>
    <w:uiPriority w:val="9"/>
    <w:rsid w:val="00564C67"/>
    <w:rPr>
      <w:rFonts w:ascii="Calibri Light" w:eastAsiaTheme="majorEastAsia" w:hAnsi="Calibri Light" w:cs="Calibri Light"/>
      <w:i/>
      <w:iCs/>
      <w:color w:val="003D6A"/>
      <w:sz w:val="28"/>
      <w:szCs w:val="28"/>
      <w:lang w:val="fr-CA" w:eastAsia="fr-CA"/>
    </w:rPr>
  </w:style>
  <w:style w:type="paragraph" w:styleId="Titre">
    <w:name w:val="Title"/>
    <w:basedOn w:val="Normal"/>
    <w:next w:val="Normal"/>
    <w:link w:val="TitreC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FC693F"/>
    <w:pPr>
      <w:numPr>
        <w:ilvl w:val="1"/>
      </w:numPr>
    </w:pPr>
    <w:rPr>
      <w:rFonts w:asciiTheme="majorHAnsi" w:eastAsiaTheme="majorEastAsia" w:hAnsiTheme="majorHAnsi" w:cstheme="majorBidi"/>
      <w:i/>
      <w:iCs/>
      <w:color w:val="4F81BD" w:themeColor="accent1"/>
      <w:spacing w:val="15"/>
    </w:rPr>
  </w:style>
  <w:style w:type="character" w:customStyle="1" w:styleId="Sous-titreCar">
    <w:name w:val="Sous-titre Car"/>
    <w:basedOn w:val="Policepardfaut"/>
    <w:link w:val="Sous-titre"/>
    <w:uiPriority w:val="11"/>
    <w:rsid w:val="00FC693F"/>
    <w:rPr>
      <w:rFonts w:asciiTheme="majorHAnsi" w:eastAsiaTheme="majorEastAsia" w:hAnsiTheme="majorHAnsi" w:cstheme="majorBidi"/>
      <w:i/>
      <w:iCs/>
      <w:color w:val="4F81BD" w:themeColor="accent1"/>
      <w:spacing w:val="15"/>
      <w:sz w:val="24"/>
      <w:szCs w:val="24"/>
    </w:rPr>
  </w:style>
  <w:style w:type="paragraph" w:styleId="Paragraphedeliste">
    <w:name w:val="List Paragraph"/>
    <w:basedOn w:val="Normal"/>
    <w:uiPriority w:val="34"/>
    <w:qFormat/>
    <w:rsid w:val="00FC693F"/>
    <w:pPr>
      <w:ind w:left="720"/>
      <w:contextualSpacing/>
    </w:pPr>
  </w:style>
  <w:style w:type="paragraph" w:styleId="Corpsdetexte">
    <w:name w:val="Body Text"/>
    <w:basedOn w:val="Normal"/>
    <w:link w:val="CorpsdetexteCar"/>
    <w:uiPriority w:val="99"/>
    <w:unhideWhenUsed/>
    <w:rsid w:val="00AA1D8D"/>
    <w:pPr>
      <w:spacing w:after="120"/>
    </w:pPr>
  </w:style>
  <w:style w:type="character" w:customStyle="1" w:styleId="CorpsdetexteCar">
    <w:name w:val="Corps de texte Car"/>
    <w:basedOn w:val="Policepardfaut"/>
    <w:link w:val="Corpsdetexte"/>
    <w:uiPriority w:val="99"/>
    <w:rsid w:val="00AA1D8D"/>
  </w:style>
  <w:style w:type="paragraph" w:styleId="Corpsdetexte2">
    <w:name w:val="Body Text 2"/>
    <w:basedOn w:val="Normal"/>
    <w:link w:val="Corpsdetexte2Car"/>
    <w:uiPriority w:val="99"/>
    <w:unhideWhenUsed/>
    <w:rsid w:val="00AA1D8D"/>
    <w:pPr>
      <w:spacing w:after="120" w:line="480" w:lineRule="auto"/>
    </w:pPr>
  </w:style>
  <w:style w:type="character" w:customStyle="1" w:styleId="Corpsdetexte2Car">
    <w:name w:val="Corps de texte 2 Car"/>
    <w:basedOn w:val="Policepardfaut"/>
    <w:link w:val="Corpsdetexte2"/>
    <w:uiPriority w:val="99"/>
    <w:rsid w:val="00AA1D8D"/>
  </w:style>
  <w:style w:type="paragraph" w:styleId="Corpsdetexte3">
    <w:name w:val="Body Text 3"/>
    <w:basedOn w:val="Normal"/>
    <w:link w:val="Corpsdetexte3Car"/>
    <w:uiPriority w:val="99"/>
    <w:unhideWhenUsed/>
    <w:rsid w:val="00AA1D8D"/>
    <w:pPr>
      <w:spacing w:after="120"/>
    </w:pPr>
    <w:rPr>
      <w:sz w:val="16"/>
      <w:szCs w:val="16"/>
    </w:rPr>
  </w:style>
  <w:style w:type="character" w:customStyle="1" w:styleId="Corpsdetexte3Car">
    <w:name w:val="Corps de texte 3 Car"/>
    <w:basedOn w:val="Policepardfaut"/>
    <w:link w:val="Corpsdetexte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puces">
    <w:name w:val="List Bullet"/>
    <w:basedOn w:val="Normal"/>
    <w:uiPriority w:val="99"/>
    <w:unhideWhenUsed/>
    <w:rsid w:val="00326F90"/>
    <w:pPr>
      <w:numPr>
        <w:numId w:val="1"/>
      </w:numPr>
      <w:contextualSpacing/>
    </w:pPr>
  </w:style>
  <w:style w:type="paragraph" w:styleId="Listepuces2">
    <w:name w:val="List Bullet 2"/>
    <w:basedOn w:val="Normal"/>
    <w:uiPriority w:val="99"/>
    <w:unhideWhenUsed/>
    <w:rsid w:val="00326F90"/>
    <w:pPr>
      <w:numPr>
        <w:numId w:val="2"/>
      </w:numPr>
      <w:contextualSpacing/>
    </w:pPr>
  </w:style>
  <w:style w:type="paragraph" w:styleId="Listepuces3">
    <w:name w:val="List Bullet 3"/>
    <w:basedOn w:val="Normal"/>
    <w:uiPriority w:val="99"/>
    <w:unhideWhenUsed/>
    <w:rsid w:val="00326F90"/>
    <w:pPr>
      <w:numPr>
        <w:numId w:val="3"/>
      </w:numPr>
      <w:contextualSpacing/>
    </w:pPr>
  </w:style>
  <w:style w:type="paragraph" w:styleId="Listenumros">
    <w:name w:val="List Number"/>
    <w:basedOn w:val="Normal"/>
    <w:uiPriority w:val="99"/>
    <w:unhideWhenUsed/>
    <w:rsid w:val="00326F90"/>
    <w:pPr>
      <w:numPr>
        <w:numId w:val="5"/>
      </w:numPr>
      <w:contextualSpacing/>
    </w:pPr>
  </w:style>
  <w:style w:type="paragraph" w:styleId="Listenumros2">
    <w:name w:val="List Number 2"/>
    <w:basedOn w:val="Normal"/>
    <w:uiPriority w:val="99"/>
    <w:unhideWhenUsed/>
    <w:rsid w:val="0029639D"/>
    <w:pPr>
      <w:numPr>
        <w:numId w:val="6"/>
      </w:numPr>
      <w:contextualSpacing/>
    </w:pPr>
  </w:style>
  <w:style w:type="paragraph" w:styleId="Listenumros3">
    <w:name w:val="List Number 3"/>
    <w:basedOn w:val="Normal"/>
    <w:uiPriority w:val="99"/>
    <w:unhideWhenUsed/>
    <w:rsid w:val="0029639D"/>
    <w:pPr>
      <w:numPr>
        <w:numId w:val="7"/>
      </w:numPr>
      <w:contextualSpacing/>
    </w:pPr>
  </w:style>
  <w:style w:type="paragraph" w:styleId="Listecontinue">
    <w:name w:val="List Continue"/>
    <w:basedOn w:val="Normal"/>
    <w:uiPriority w:val="99"/>
    <w:unhideWhenUsed/>
    <w:rsid w:val="0029639D"/>
    <w:pPr>
      <w:spacing w:after="120"/>
      <w:ind w:left="360"/>
      <w:contextualSpacing/>
    </w:pPr>
  </w:style>
  <w:style w:type="paragraph" w:styleId="Listecontinue2">
    <w:name w:val="List Continue 2"/>
    <w:basedOn w:val="Normal"/>
    <w:uiPriority w:val="99"/>
    <w:unhideWhenUsed/>
    <w:rsid w:val="0029639D"/>
    <w:pPr>
      <w:spacing w:after="120"/>
      <w:ind w:left="720"/>
      <w:contextualSpacing/>
    </w:pPr>
  </w:style>
  <w:style w:type="paragraph" w:styleId="Listecontinue3">
    <w:name w:val="List Continue 3"/>
    <w:basedOn w:val="Normal"/>
    <w:uiPriority w:val="99"/>
    <w:unhideWhenUsed/>
    <w:rsid w:val="0029639D"/>
    <w:pPr>
      <w:spacing w:after="120"/>
      <w:ind w:left="1080"/>
      <w:contextualSpacing/>
    </w:pPr>
  </w:style>
  <w:style w:type="paragraph" w:styleId="Textedemacro">
    <w:name w:val="macro"/>
    <w:link w:val="Texte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edemacroCar">
    <w:name w:val="Texte de macro Car"/>
    <w:basedOn w:val="Policepardfaut"/>
    <w:link w:val="Textedemacro"/>
    <w:uiPriority w:val="99"/>
    <w:rsid w:val="0029639D"/>
    <w:rPr>
      <w:rFonts w:ascii="Courier" w:hAnsi="Courier"/>
      <w:sz w:val="20"/>
      <w:szCs w:val="20"/>
    </w:rPr>
  </w:style>
  <w:style w:type="paragraph" w:styleId="Citation">
    <w:name w:val="Quote"/>
    <w:basedOn w:val="Normal"/>
    <w:next w:val="Normal"/>
    <w:link w:val="CitationCar"/>
    <w:uiPriority w:val="29"/>
    <w:qFormat/>
    <w:rsid w:val="00FC693F"/>
    <w:rPr>
      <w:i/>
      <w:iCs/>
      <w:color w:val="000000" w:themeColor="text1"/>
    </w:rPr>
  </w:style>
  <w:style w:type="character" w:customStyle="1" w:styleId="CitationCar">
    <w:name w:val="Citation Car"/>
    <w:basedOn w:val="Policepardfaut"/>
    <w:link w:val="Citation"/>
    <w:uiPriority w:val="29"/>
    <w:rsid w:val="00FC693F"/>
    <w:rPr>
      <w:i/>
      <w:iCs/>
      <w:color w:val="000000" w:themeColor="text1"/>
    </w:rPr>
  </w:style>
  <w:style w:type="character" w:customStyle="1" w:styleId="Titre4Car">
    <w:name w:val="Titre 4 Car"/>
    <w:basedOn w:val="Policepardfaut"/>
    <w:link w:val="Titre4"/>
    <w:uiPriority w:val="9"/>
    <w:semiHidden/>
    <w:rsid w:val="00FC693F"/>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FC693F"/>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FC693F"/>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FC693F"/>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FC693F"/>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semiHidden/>
    <w:rsid w:val="00FC693F"/>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FC693F"/>
    <w:rPr>
      <w:b/>
      <w:bCs/>
      <w:color w:val="4F81BD" w:themeColor="accent1"/>
      <w:sz w:val="18"/>
      <w:szCs w:val="18"/>
    </w:rPr>
  </w:style>
  <w:style w:type="character" w:styleId="lev">
    <w:name w:val="Strong"/>
    <w:basedOn w:val="Policepardfaut"/>
    <w:uiPriority w:val="22"/>
    <w:qFormat/>
    <w:rsid w:val="00FC693F"/>
    <w:rPr>
      <w:b/>
      <w:bCs/>
    </w:rPr>
  </w:style>
  <w:style w:type="character" w:styleId="Accentuation">
    <w:name w:val="Emphasis"/>
    <w:basedOn w:val="Policepardfaut"/>
    <w:uiPriority w:val="20"/>
    <w:qFormat/>
    <w:rsid w:val="00FC693F"/>
    <w:rPr>
      <w:i/>
      <w:iCs/>
    </w:rPr>
  </w:style>
  <w:style w:type="paragraph" w:styleId="Citationintense">
    <w:name w:val="Intense Quote"/>
    <w:basedOn w:val="Normal"/>
    <w:next w:val="Normal"/>
    <w:link w:val="Citationintense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FC693F"/>
    <w:rPr>
      <w:b/>
      <w:bCs/>
      <w:i/>
      <w:iCs/>
      <w:color w:val="4F81BD" w:themeColor="accent1"/>
    </w:rPr>
  </w:style>
  <w:style w:type="character" w:styleId="Accentuationlgre">
    <w:name w:val="Subtle Emphasis"/>
    <w:basedOn w:val="Policepardfaut"/>
    <w:uiPriority w:val="19"/>
    <w:qFormat/>
    <w:rsid w:val="00FC693F"/>
    <w:rPr>
      <w:i/>
      <w:iCs/>
      <w:color w:val="808080" w:themeColor="text1" w:themeTint="7F"/>
    </w:rPr>
  </w:style>
  <w:style w:type="character" w:styleId="Accentuationintense">
    <w:name w:val="Intense Emphasis"/>
    <w:basedOn w:val="Policepardfaut"/>
    <w:uiPriority w:val="21"/>
    <w:qFormat/>
    <w:rsid w:val="00FC693F"/>
    <w:rPr>
      <w:b/>
      <w:bCs/>
      <w:i/>
      <w:iCs/>
      <w:color w:val="4F81BD" w:themeColor="accent1"/>
    </w:rPr>
  </w:style>
  <w:style w:type="character" w:styleId="Rfrencelgre">
    <w:name w:val="Subtle Reference"/>
    <w:basedOn w:val="Policepardfaut"/>
    <w:uiPriority w:val="31"/>
    <w:qFormat/>
    <w:rsid w:val="00FC693F"/>
    <w:rPr>
      <w:smallCaps/>
      <w:color w:val="C0504D" w:themeColor="accent2"/>
      <w:u w:val="single"/>
    </w:rPr>
  </w:style>
  <w:style w:type="character" w:styleId="Rfrenceintense">
    <w:name w:val="Intense Reference"/>
    <w:basedOn w:val="Policepardfaut"/>
    <w:uiPriority w:val="32"/>
    <w:qFormat/>
    <w:rsid w:val="00FC693F"/>
    <w:rPr>
      <w:b/>
      <w:bCs/>
      <w:smallCaps/>
      <w:color w:val="C0504D" w:themeColor="accent2"/>
      <w:spacing w:val="5"/>
      <w:u w:val="single"/>
    </w:rPr>
  </w:style>
  <w:style w:type="character" w:styleId="Titredulivre">
    <w:name w:val="Book Title"/>
    <w:basedOn w:val="Policepardfaut"/>
    <w:uiPriority w:val="33"/>
    <w:qFormat/>
    <w:rsid w:val="00FC693F"/>
    <w:rPr>
      <w:b/>
      <w:bCs/>
      <w:smallCaps/>
      <w:spacing w:val="5"/>
    </w:rPr>
  </w:style>
  <w:style w:type="paragraph" w:styleId="En-ttedetabledesmatires">
    <w:name w:val="TOC Heading"/>
    <w:basedOn w:val="Titre1"/>
    <w:next w:val="Normal"/>
    <w:uiPriority w:val="39"/>
    <w:semiHidden/>
    <w:unhideWhenUsed/>
    <w:qFormat/>
    <w:rsid w:val="00FC693F"/>
    <w:pPr>
      <w:outlineLvl w:val="9"/>
    </w:pPr>
  </w:style>
  <w:style w:type="table" w:styleId="Grilledutableau">
    <w:name w:val="Table Grid"/>
    <w:basedOn w:val="Tableau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emoyenne2">
    <w:name w:val="Medium Lis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lemoyenne2">
    <w:name w:val="Medium Grid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880255"/>
    <w:pPr>
      <w:spacing w:before="100" w:beforeAutospacing="1" w:after="100" w:afterAutospacing="1"/>
    </w:pPr>
  </w:style>
  <w:style w:type="character" w:customStyle="1" w:styleId="apple-converted-space">
    <w:name w:val="apple-converted-space"/>
    <w:basedOn w:val="Policepardfaut"/>
    <w:rsid w:val="000769B2"/>
  </w:style>
  <w:style w:type="character" w:styleId="Marquedecommentaire">
    <w:name w:val="annotation reference"/>
    <w:basedOn w:val="Policepardfaut"/>
    <w:uiPriority w:val="99"/>
    <w:semiHidden/>
    <w:unhideWhenUsed/>
    <w:rsid w:val="00D42787"/>
    <w:rPr>
      <w:sz w:val="16"/>
      <w:szCs w:val="16"/>
    </w:rPr>
  </w:style>
  <w:style w:type="paragraph" w:styleId="Commentaire">
    <w:name w:val="annotation text"/>
    <w:basedOn w:val="Normal"/>
    <w:link w:val="CommentaireCar"/>
    <w:uiPriority w:val="99"/>
    <w:unhideWhenUsed/>
    <w:rsid w:val="00D42787"/>
    <w:rPr>
      <w:sz w:val="20"/>
      <w:szCs w:val="20"/>
    </w:rPr>
  </w:style>
  <w:style w:type="character" w:customStyle="1" w:styleId="CommentaireCar">
    <w:name w:val="Commentaire Car"/>
    <w:basedOn w:val="Policepardfaut"/>
    <w:link w:val="Commentaire"/>
    <w:uiPriority w:val="99"/>
    <w:rsid w:val="00D42787"/>
    <w:rPr>
      <w:rFonts w:ascii="Times New Roman" w:eastAsia="Times New Roman" w:hAnsi="Times New Roman" w:cs="Times New Roman"/>
      <w:sz w:val="20"/>
      <w:szCs w:val="20"/>
      <w:lang w:val="fr-CA" w:eastAsia="fr-CA"/>
    </w:rPr>
  </w:style>
  <w:style w:type="paragraph" w:styleId="Objetducommentaire">
    <w:name w:val="annotation subject"/>
    <w:basedOn w:val="Commentaire"/>
    <w:next w:val="Commentaire"/>
    <w:link w:val="ObjetducommentaireCar"/>
    <w:uiPriority w:val="99"/>
    <w:semiHidden/>
    <w:unhideWhenUsed/>
    <w:rsid w:val="00D42787"/>
    <w:rPr>
      <w:b/>
      <w:bCs/>
    </w:rPr>
  </w:style>
  <w:style w:type="character" w:customStyle="1" w:styleId="ObjetducommentaireCar">
    <w:name w:val="Objet du commentaire Car"/>
    <w:basedOn w:val="CommentaireCar"/>
    <w:link w:val="Objetducommentaire"/>
    <w:uiPriority w:val="99"/>
    <w:semiHidden/>
    <w:rsid w:val="00D42787"/>
    <w:rPr>
      <w:rFonts w:ascii="Times New Roman" w:eastAsia="Times New Roman" w:hAnsi="Times New Roman" w:cs="Times New Roman"/>
      <w:b/>
      <w:bCs/>
      <w:sz w:val="20"/>
      <w:szCs w:val="20"/>
      <w:lang w:val="fr-CA" w:eastAsia="fr-CA"/>
    </w:rPr>
  </w:style>
  <w:style w:type="paragraph" w:styleId="Rvision">
    <w:name w:val="Revision"/>
    <w:hidden/>
    <w:uiPriority w:val="99"/>
    <w:semiHidden/>
    <w:rsid w:val="00D42787"/>
    <w:pPr>
      <w:spacing w:after="0" w:line="240" w:lineRule="auto"/>
    </w:pPr>
    <w:rPr>
      <w:rFonts w:ascii="Times New Roman" w:eastAsia="Times New Roman" w:hAnsi="Times New Roman" w:cs="Times New Roman"/>
      <w:sz w:val="24"/>
      <w:szCs w:val="24"/>
      <w:lang w:val="fr-CA" w:eastAsia="fr-CA"/>
    </w:rPr>
  </w:style>
  <w:style w:type="character" w:styleId="Hyperlien">
    <w:name w:val="Hyperlink"/>
    <w:basedOn w:val="Policepardfaut"/>
    <w:uiPriority w:val="99"/>
    <w:unhideWhenUsed/>
    <w:rsid w:val="009F01E8"/>
    <w:rPr>
      <w:color w:val="0000FF" w:themeColor="hyperlink"/>
      <w:u w:val="single"/>
    </w:rPr>
  </w:style>
  <w:style w:type="character" w:styleId="Numrodepage">
    <w:name w:val="page number"/>
    <w:basedOn w:val="Policepardfaut"/>
    <w:uiPriority w:val="99"/>
    <w:semiHidden/>
    <w:unhideWhenUsed/>
    <w:rsid w:val="00EE10D2"/>
  </w:style>
  <w:style w:type="character" w:styleId="Mentionnonrsolue">
    <w:name w:val="Unresolved Mention"/>
    <w:basedOn w:val="Policepardfaut"/>
    <w:uiPriority w:val="99"/>
    <w:semiHidden/>
    <w:unhideWhenUsed/>
    <w:rsid w:val="000F60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stboniface.ca/sites/default/files/2026-09/Formulaire-pour-les-demandes-d-amendement-a-un-certificat-existant.doc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Signalement_Evenements_Imprevus_CER_Septembre2026.dotx</Template>
  <TotalTime>0</TotalTime>
  <Pages>4</Pages>
  <Words>882</Words>
  <Characters>4852</Characters>
  <Application>Microsoft Office Word</Application>
  <DocSecurity>0</DocSecurity>
  <Lines>40</Lines>
  <Paragraphs>11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5723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Marie-Élaine Desmarais</dc:creator>
  <cp:keywords/>
  <dc:description>generated by python-docx</dc:description>
  <cp:lastModifiedBy>Marie-Elaine Desmarais</cp:lastModifiedBy>
  <cp:revision>2</cp:revision>
  <dcterms:created xsi:type="dcterms:W3CDTF">2026-09-23T15:55:00Z</dcterms:created>
  <dcterms:modified xsi:type="dcterms:W3CDTF">2026-09-23T15:55:00Z</dcterms:modified>
  <cp:category/>
</cp:coreProperties>
</file>