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2F5545" w14:textId="6C569CD5" w:rsidR="00C74373" w:rsidRPr="00750AA4" w:rsidRDefault="00C74373" w:rsidP="00C74373">
      <w:pPr>
        <w:spacing w:before="120" w:after="120"/>
        <w:jc w:val="center"/>
        <w:rPr>
          <w:rFonts w:ascii="Calibri Light" w:eastAsiaTheme="minorEastAsia" w:hAnsi="Calibri Light" w:cs="Calibri Light"/>
          <w:b/>
          <w:bCs/>
          <w:caps/>
          <w:color w:val="003E6A"/>
          <w:sz w:val="36"/>
          <w:szCs w:val="36"/>
          <w:lang w:eastAsia="en-US"/>
        </w:rPr>
      </w:pPr>
      <w:r w:rsidRPr="00750AA4">
        <w:rPr>
          <w:rFonts w:ascii="Calibri Light" w:eastAsiaTheme="minorEastAsia" w:hAnsi="Calibri Light" w:cs="Calibri Light"/>
          <w:b/>
          <w:bCs/>
          <w:caps/>
          <w:noProof/>
          <w:color w:val="003E6A"/>
          <w:sz w:val="36"/>
          <w:szCs w:val="36"/>
          <w:lang w:eastAsia="en-US"/>
        </w:rPr>
        <w:drawing>
          <wp:anchor distT="0" distB="0" distL="114300" distR="114300" simplePos="0" relativeHeight="251659264" behindDoc="1" locked="0" layoutInCell="1" allowOverlap="1" wp14:anchorId="370332F2" wp14:editId="47FEB44B">
            <wp:simplePos x="0" y="0"/>
            <wp:positionH relativeFrom="column">
              <wp:posOffset>-49774</wp:posOffset>
            </wp:positionH>
            <wp:positionV relativeFrom="paragraph">
              <wp:posOffset>0</wp:posOffset>
            </wp:positionV>
            <wp:extent cx="1511935" cy="387350"/>
            <wp:effectExtent l="0" t="0" r="0" b="635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511935" cy="387350"/>
                    </a:xfrm>
                    <a:prstGeom prst="rect">
                      <a:avLst/>
                    </a:prstGeom>
                  </pic:spPr>
                </pic:pic>
              </a:graphicData>
            </a:graphic>
            <wp14:sizeRelH relativeFrom="page">
              <wp14:pctWidth>0</wp14:pctWidth>
            </wp14:sizeRelH>
            <wp14:sizeRelV relativeFrom="page">
              <wp14:pctHeight>0</wp14:pctHeight>
            </wp14:sizeRelV>
          </wp:anchor>
        </w:drawing>
      </w:r>
      <w:r w:rsidRPr="00750AA4">
        <w:rPr>
          <w:rFonts w:ascii="Calibri Light" w:eastAsiaTheme="minorEastAsia" w:hAnsi="Calibri Light" w:cs="Calibri Light"/>
          <w:b/>
          <w:bCs/>
          <w:caps/>
          <w:color w:val="003E6A"/>
          <w:sz w:val="36"/>
          <w:szCs w:val="36"/>
          <w:lang w:eastAsia="en-US"/>
        </w:rPr>
        <w:t xml:space="preserve">Rapport </w:t>
      </w:r>
      <w:r>
        <w:rPr>
          <w:rFonts w:ascii="Calibri Light" w:eastAsiaTheme="minorEastAsia" w:hAnsi="Calibri Light" w:cs="Calibri Light"/>
          <w:b/>
          <w:bCs/>
          <w:caps/>
          <w:color w:val="003E6A"/>
          <w:sz w:val="36"/>
          <w:szCs w:val="36"/>
          <w:lang w:eastAsia="en-US"/>
        </w:rPr>
        <w:t>final</w:t>
      </w:r>
    </w:p>
    <w:p w14:paraId="28E73413" w14:textId="06CE6B8F" w:rsidR="00C74373" w:rsidRPr="00C74373" w:rsidRDefault="00C74373" w:rsidP="00C74373">
      <w:pPr>
        <w:pStyle w:val="Titre1"/>
      </w:pPr>
      <w:r w:rsidRPr="00C74373">
        <w:t>Section 1 – Informations du projet</w:t>
      </w:r>
    </w:p>
    <w:p w14:paraId="48C5880E" w14:textId="77777777" w:rsidR="00C74373" w:rsidRPr="00C74373" w:rsidRDefault="00C74373" w:rsidP="00C74373">
      <w:pPr>
        <w:pStyle w:val="Titre2"/>
      </w:pPr>
      <w:r w:rsidRPr="00C74373">
        <w:t>1. 1. Titre du projet de recherche</w:t>
      </w:r>
    </w:p>
    <w:p w14:paraId="5D01620B" w14:textId="77777777" w:rsidR="00C74373" w:rsidRPr="00AE5AC9" w:rsidRDefault="00C74373" w:rsidP="00C74373">
      <w:pPr>
        <w:rPr>
          <w:rFonts w:ascii="Calibri Light" w:hAnsi="Calibri Light" w:cs="Calibri Light"/>
        </w:rPr>
      </w:pPr>
      <w:r w:rsidRPr="00AE5AC9">
        <w:rPr>
          <w:rFonts w:ascii="Calibri Light" w:hAnsi="Calibri Light" w:cs="Calibri Light"/>
        </w:rPr>
        <w:t xml:space="preserve">Inscrire le titre : </w:t>
      </w:r>
    </w:p>
    <w:p w14:paraId="191B1B7C"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bookmarkStart w:id="0" w:name="Texte1"/>
      <w:r w:rsidRPr="002A059F">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bookmarkEnd w:id="0"/>
    </w:p>
    <w:p w14:paraId="3FFA3592" w14:textId="77777777" w:rsidR="00C74373" w:rsidRPr="00AE5AC9" w:rsidRDefault="00C74373" w:rsidP="00C74373">
      <w:pPr>
        <w:spacing w:before="240"/>
        <w:rPr>
          <w:rFonts w:ascii="Calibri Light" w:hAnsi="Calibri Light" w:cs="Calibri Light"/>
        </w:rPr>
      </w:pPr>
      <w:r w:rsidRPr="00AE5AC9">
        <w:rPr>
          <w:rFonts w:ascii="Calibri Light" w:hAnsi="Calibri Light" w:cs="Calibri Light"/>
        </w:rPr>
        <w:t xml:space="preserve">Inscrire le </w:t>
      </w:r>
      <w:r>
        <w:rPr>
          <w:rFonts w:ascii="Calibri Light" w:hAnsi="Calibri Light" w:cs="Calibri Light"/>
        </w:rPr>
        <w:t>numéro de certificat éthique</w:t>
      </w:r>
      <w:r w:rsidRPr="00AE5AC9">
        <w:rPr>
          <w:rFonts w:ascii="Calibri Light" w:hAnsi="Calibri Light" w:cs="Calibri Light"/>
        </w:rPr>
        <w:t xml:space="preserve"> : </w:t>
      </w:r>
    </w:p>
    <w:p w14:paraId="7CE5ED7D"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p>
    <w:p w14:paraId="1BD4D13E" w14:textId="77777777" w:rsidR="00C74373" w:rsidRPr="00C74373" w:rsidRDefault="00C74373" w:rsidP="00C74373">
      <w:pPr>
        <w:pStyle w:val="Titre3"/>
      </w:pPr>
      <w:r w:rsidRPr="00C74373">
        <w:t>1. 1 .1. Type de recherche</w:t>
      </w:r>
    </w:p>
    <w:p w14:paraId="4E6C0287"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Recherche d’</w:t>
      </w:r>
      <w:proofErr w:type="spellStart"/>
      <w:r w:rsidRPr="00AE5AC9">
        <w:rPr>
          <w:rFonts w:ascii="Calibri Light" w:hAnsi="Calibri Light" w:cs="Calibri Light"/>
        </w:rPr>
        <w:t>un·e</w:t>
      </w:r>
      <w:proofErr w:type="spellEnd"/>
      <w:r w:rsidRPr="00AE5AC9">
        <w:rPr>
          <w:rFonts w:ascii="Calibri Light" w:hAnsi="Calibri Light" w:cs="Calibri Light"/>
        </w:rPr>
        <w:t xml:space="preserve"> membre du corps professoral </w:t>
      </w:r>
      <w:r w:rsidRPr="00AE5AC9">
        <w:rPr>
          <w:rFonts w:ascii="Calibri Light" w:hAnsi="Calibri Light" w:cs="Calibri Light"/>
          <w:highlight w:val="lightGray"/>
        </w:rPr>
        <w:fldChar w:fldCharType="begin">
          <w:ffData>
            <w:name w:val="Case à cocher11"/>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20A9C811"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Recherche d’</w:t>
      </w:r>
      <w:proofErr w:type="spellStart"/>
      <w:r w:rsidRPr="00AE5AC9">
        <w:rPr>
          <w:rFonts w:ascii="Calibri Light" w:hAnsi="Calibri Light" w:cs="Calibri Light"/>
        </w:rPr>
        <w:t>un·e</w:t>
      </w:r>
      <w:proofErr w:type="spellEnd"/>
      <w:r w:rsidRPr="00AE5AC9">
        <w:rPr>
          <w:rFonts w:ascii="Calibri Light" w:hAnsi="Calibri Light" w:cs="Calibri Light"/>
        </w:rPr>
        <w:t xml:space="preserve"> </w:t>
      </w:r>
      <w:proofErr w:type="spellStart"/>
      <w:r w:rsidRPr="00AE5AC9">
        <w:rPr>
          <w:rFonts w:ascii="Calibri Light" w:hAnsi="Calibri Light" w:cs="Calibri Light"/>
        </w:rPr>
        <w:t>étudiant·e</w:t>
      </w:r>
      <w:proofErr w:type="spellEnd"/>
      <w:r>
        <w:rPr>
          <w:rFonts w:ascii="Calibri Light" w:hAnsi="Calibri Light" w:cs="Calibri Light"/>
        </w:rPr>
        <w:t xml:space="preserve"> </w:t>
      </w:r>
      <w:r w:rsidRPr="00AE5AC9">
        <w:rPr>
          <w:rFonts w:ascii="Calibri Light" w:hAnsi="Calibri Light" w:cs="Calibri Light"/>
        </w:rPr>
        <w:t xml:space="preserve">de 2e cycle, de 3e cycle ou en stage postdoctoral </w:t>
      </w:r>
      <w:r w:rsidRPr="00AE5AC9">
        <w:rPr>
          <w:rFonts w:ascii="Calibri Light" w:hAnsi="Calibri Light" w:cs="Calibri Light"/>
          <w:highlight w:val="lightGray"/>
        </w:rPr>
        <w:fldChar w:fldCharType="begin">
          <w:ffData>
            <w:name w:val="Case à cocher12"/>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2C6CF18B"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 xml:space="preserve">Projet effectué dans le cadre d’un cours </w:t>
      </w:r>
      <w:r w:rsidRPr="00AE5AC9">
        <w:rPr>
          <w:rFonts w:ascii="Calibri Light" w:hAnsi="Calibri Light" w:cs="Calibri Light"/>
          <w:highlight w:val="lightGray"/>
        </w:rPr>
        <w:fldChar w:fldCharType="begin">
          <w:ffData>
            <w:name w:val="Case à cocher13"/>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6A7B3244" w14:textId="77777777" w:rsidR="00C74373" w:rsidRPr="00AE5AC9" w:rsidRDefault="00C74373" w:rsidP="00C74373">
      <w:pPr>
        <w:ind w:left="851"/>
        <w:rPr>
          <w:rFonts w:ascii="Calibri Light" w:hAnsi="Calibri Light" w:cs="Calibri Light"/>
        </w:rPr>
      </w:pPr>
      <w:r w:rsidRPr="00AE5AC9">
        <w:rPr>
          <w:rFonts w:ascii="Calibri Light" w:hAnsi="Calibri Light" w:cs="Calibri Light"/>
        </w:rPr>
        <w:t xml:space="preserve">Précisez le titre du cours : </w:t>
      </w:r>
    </w:p>
    <w:p w14:paraId="13445391"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ascii="Calibri Light" w:hAnsi="Calibri Light" w:cs="Calibri Light"/>
        </w:rPr>
      </w:pPr>
      <w:r w:rsidRPr="00AE5AC9">
        <w:rPr>
          <w:rFonts w:ascii="Calibri Light" w:hAnsi="Calibri Light" w:cs="Calibri Light"/>
        </w:rPr>
        <w:fldChar w:fldCharType="begin">
          <w:ffData>
            <w:name w:val="Texte2"/>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fldChar w:fldCharType="end"/>
      </w:r>
    </w:p>
    <w:p w14:paraId="3F4694A1" w14:textId="77777777" w:rsidR="00C74373" w:rsidRPr="00AE5AC9"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Recherche communautaire</w:t>
      </w:r>
      <w:r w:rsidRPr="00AE5AC9">
        <w:rPr>
          <w:rFonts w:ascii="Calibri Light" w:hAnsi="Calibri Light" w:cs="Calibri Light"/>
          <w:highlight w:val="lightGray"/>
        </w:rPr>
        <w:fldChar w:fldCharType="begin">
          <w:ffData>
            <w:name w:val="Case à cocher14"/>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11C0ABC0" w14:textId="77777777" w:rsidR="00C74373" w:rsidRDefault="00C74373" w:rsidP="00C74373">
      <w:pPr>
        <w:pStyle w:val="Paragraphedeliste"/>
        <w:numPr>
          <w:ilvl w:val="0"/>
          <w:numId w:val="15"/>
        </w:numPr>
        <w:ind w:left="360"/>
        <w:rPr>
          <w:rFonts w:ascii="Calibri Light" w:hAnsi="Calibri Light" w:cs="Calibri Light"/>
        </w:rPr>
      </w:pPr>
      <w:r w:rsidRPr="00AE5AC9">
        <w:rPr>
          <w:rFonts w:ascii="Calibri Light" w:hAnsi="Calibri Light" w:cs="Calibri Light"/>
        </w:rPr>
        <w:t xml:space="preserve">Autre </w:t>
      </w:r>
      <w:r w:rsidRPr="00AE5AC9">
        <w:rPr>
          <w:rFonts w:ascii="Calibri Light" w:hAnsi="Calibri Light" w:cs="Calibri Light"/>
        </w:rPr>
        <w:fldChar w:fldCharType="begin">
          <w:ffData>
            <w:name w:val="Case à cocher43"/>
            <w:enabled/>
            <w:calcOnExit w:val="0"/>
            <w:checkBox>
              <w:sizeAuto/>
              <w:default w:val="0"/>
            </w:checkBox>
          </w:ffData>
        </w:fldChar>
      </w:r>
      <w:r w:rsidRPr="00AE5AC9">
        <w:rPr>
          <w:rFonts w:ascii="Calibri Light" w:hAnsi="Calibri Light" w:cs="Calibri Light"/>
        </w:rPr>
        <w:instrText xml:space="preserve"> FORMCHECKBOX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fldChar w:fldCharType="end"/>
      </w:r>
    </w:p>
    <w:p w14:paraId="27898E43" w14:textId="77777777" w:rsidR="00C74373" w:rsidRPr="00AE5AC9" w:rsidRDefault="00C74373" w:rsidP="00C74373">
      <w:pPr>
        <w:ind w:left="851"/>
        <w:rPr>
          <w:rFonts w:ascii="Calibri Light" w:hAnsi="Calibri Light" w:cs="Calibri Light"/>
        </w:rPr>
      </w:pPr>
      <w:r w:rsidRPr="00AE5AC9">
        <w:rPr>
          <w:rFonts w:ascii="Calibri Light" w:hAnsi="Calibri Light" w:cs="Calibri Light"/>
        </w:rPr>
        <w:t xml:space="preserve">Veuillez spécifier : </w:t>
      </w:r>
    </w:p>
    <w:p w14:paraId="63236BF1" w14:textId="77777777" w:rsidR="00C74373" w:rsidRPr="00AE5AC9"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cs="Calibri Light"/>
          <w:caps/>
        </w:rPr>
      </w:pPr>
      <w:r w:rsidRPr="00AE5AC9">
        <w:rPr>
          <w:rFonts w:ascii="Calibri Light" w:hAnsi="Calibri Light" w:cs="Calibri Light"/>
          <w:caps/>
        </w:rPr>
        <w:fldChar w:fldCharType="begin">
          <w:ffData>
            <w:name w:val="Texte2"/>
            <w:enabled/>
            <w:calcOnExit w:val="0"/>
            <w:textInput/>
          </w:ffData>
        </w:fldChar>
      </w:r>
      <w:bookmarkStart w:id="1" w:name="Texte2"/>
      <w:r w:rsidRPr="000D1197">
        <w:rPr>
          <w:rFonts w:ascii="Calibri Light" w:hAnsi="Calibri Light" w:cs="Calibri Light"/>
          <w:caps/>
        </w:rPr>
        <w:instrText xml:space="preserve"> FORMTEXT </w:instrText>
      </w:r>
      <w:r w:rsidRPr="00AE5AC9">
        <w:rPr>
          <w:rFonts w:ascii="Calibri Light" w:hAnsi="Calibri Light" w:cs="Calibri Light"/>
          <w:caps/>
        </w:rPr>
      </w:r>
      <w:r w:rsidRPr="00AE5AC9">
        <w:rPr>
          <w:rFonts w:ascii="Calibri Light" w:hAnsi="Calibri Light" w:cs="Calibri Light"/>
          <w:caps/>
        </w:rPr>
        <w:fldChar w:fldCharType="separate"/>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rPr>
        <w:fldChar w:fldCharType="end"/>
      </w:r>
      <w:bookmarkEnd w:id="1"/>
    </w:p>
    <w:p w14:paraId="60F0E0F4" w14:textId="77777777" w:rsidR="00C74373" w:rsidRPr="00AE5AC9" w:rsidRDefault="00C74373" w:rsidP="00C74373">
      <w:pPr>
        <w:pStyle w:val="Titre3"/>
      </w:pPr>
      <w:r w:rsidRPr="00AE5AC9">
        <w:t>1. 1 .</w:t>
      </w:r>
      <w:r>
        <w:t>2</w:t>
      </w:r>
      <w:r w:rsidRPr="00AE5AC9">
        <w:t xml:space="preserve">. </w:t>
      </w:r>
      <w:r>
        <w:t>Niveau de risque</w:t>
      </w:r>
    </w:p>
    <w:p w14:paraId="13F2D9C5" w14:textId="77777777" w:rsidR="00C74373" w:rsidRPr="00750AA4" w:rsidRDefault="00C74373" w:rsidP="00C74373">
      <w:pPr>
        <w:rPr>
          <w:rFonts w:ascii="Calibri Light" w:hAnsi="Calibri Light" w:cs="Calibri Light"/>
        </w:rPr>
      </w:pPr>
      <w:r>
        <w:rPr>
          <w:rFonts w:ascii="Calibri Light" w:hAnsi="Calibri Light" w:cs="Calibri Light"/>
        </w:rPr>
        <w:t>I</w:t>
      </w:r>
      <w:r w:rsidRPr="00AE5AC9">
        <w:rPr>
          <w:rFonts w:ascii="Calibri Light" w:hAnsi="Calibri Light" w:cs="Calibri Light"/>
        </w:rPr>
        <w:t>ndiquer le niveau de risque lié à la participation à cette recherche :</w:t>
      </w:r>
    </w:p>
    <w:p w14:paraId="669907F9" w14:textId="77777777" w:rsidR="00C74373" w:rsidRPr="00AE5AC9" w:rsidRDefault="00C74373" w:rsidP="00C74373">
      <w:pPr>
        <w:pStyle w:val="Paragraphedeliste"/>
        <w:numPr>
          <w:ilvl w:val="0"/>
          <w:numId w:val="16"/>
        </w:numPr>
        <w:rPr>
          <w:rFonts w:ascii="Calibri Light" w:hAnsi="Calibri Light" w:cs="Calibri Light"/>
        </w:rPr>
      </w:pPr>
      <w:r w:rsidRPr="00AE5AC9">
        <w:rPr>
          <w:rFonts w:ascii="Calibri Light" w:hAnsi="Calibri Light" w:cs="Calibri Light"/>
        </w:rPr>
        <w:t xml:space="preserve">Niveau 1 – Risque minimal </w:t>
      </w:r>
      <w:r w:rsidRPr="00AE5AC9">
        <w:rPr>
          <w:rFonts w:ascii="Calibri Light" w:hAnsi="Calibri Light" w:cs="Calibri Light"/>
          <w:highlight w:val="lightGray"/>
        </w:rPr>
        <w:fldChar w:fldCharType="begin">
          <w:ffData>
            <w:name w:val="Case à cocher15"/>
            <w:enabled/>
            <w:calcOnExit w:val="0"/>
            <w:checkBox>
              <w:sizeAuto/>
              <w:default w:val="0"/>
            </w:checkBox>
          </w:ffData>
        </w:fldChar>
      </w:r>
      <w:r w:rsidRPr="00606B2F">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17D3B825" w14:textId="77777777" w:rsidR="00C74373" w:rsidRPr="00AE5AC9" w:rsidRDefault="00C74373" w:rsidP="00C74373">
      <w:pPr>
        <w:pStyle w:val="Paragraphedeliste"/>
        <w:numPr>
          <w:ilvl w:val="0"/>
          <w:numId w:val="16"/>
        </w:numPr>
        <w:rPr>
          <w:rFonts w:ascii="Calibri Light" w:hAnsi="Calibri Light" w:cs="Calibri Light"/>
        </w:rPr>
      </w:pPr>
      <w:r w:rsidRPr="00AE5AC9">
        <w:rPr>
          <w:rFonts w:ascii="Calibri Light" w:hAnsi="Calibri Light" w:cs="Calibri Light"/>
        </w:rPr>
        <w:t xml:space="preserve">Niveau 2 – Risque plus élevé que minimal </w:t>
      </w:r>
      <w:r w:rsidRPr="00AE5AC9">
        <w:rPr>
          <w:rFonts w:ascii="Calibri Light" w:hAnsi="Calibri Light" w:cs="Calibri Light"/>
          <w:highlight w:val="lightGray"/>
        </w:rPr>
        <w:fldChar w:fldCharType="begin">
          <w:ffData>
            <w:name w:val="Case à cocher16"/>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304C315E" w14:textId="77777777" w:rsidR="00C74373" w:rsidRPr="00AE5AC9" w:rsidRDefault="00C74373" w:rsidP="00C74373">
      <w:pPr>
        <w:pStyle w:val="Titre2"/>
      </w:pPr>
      <w:r w:rsidRPr="00AE5AC9">
        <w:t xml:space="preserve">1. </w:t>
      </w:r>
      <w:r>
        <w:t>2</w:t>
      </w:r>
      <w:r w:rsidRPr="00AE5AC9">
        <w:t xml:space="preserve">. </w:t>
      </w:r>
      <w:r>
        <w:t xml:space="preserve">Équipe </w:t>
      </w:r>
      <w:r w:rsidRPr="00AE5AC9">
        <w:t>de recherche</w:t>
      </w:r>
    </w:p>
    <w:p w14:paraId="760EB963" w14:textId="77777777" w:rsidR="00C74373" w:rsidRPr="00B22DBA" w:rsidRDefault="00C74373" w:rsidP="00C74373">
      <w:pPr>
        <w:pStyle w:val="Titre3"/>
      </w:pPr>
      <w:r w:rsidRPr="005D1205">
        <w:t>1. 2. 1</w:t>
      </w:r>
      <w:r>
        <w:t xml:space="preserve"> </w:t>
      </w:r>
      <w:proofErr w:type="spellStart"/>
      <w:r>
        <w:t>C</w:t>
      </w:r>
      <w:r w:rsidRPr="00B22DBA">
        <w:t>hercheur·e</w:t>
      </w:r>
      <w:proofErr w:type="spellEnd"/>
      <w:r w:rsidRPr="00B22DBA">
        <w:t xml:space="preserve"> </w:t>
      </w:r>
      <w:proofErr w:type="spellStart"/>
      <w:r w:rsidRPr="00B22DBA">
        <w:t>principal·e</w:t>
      </w:r>
      <w:proofErr w:type="spellEnd"/>
      <w:r w:rsidRPr="00B22DBA">
        <w:t> </w:t>
      </w:r>
    </w:p>
    <w:p w14:paraId="2DEB0DCB" w14:textId="77777777" w:rsidR="00C74373" w:rsidRPr="001D002F" w:rsidRDefault="00C74373" w:rsidP="00C74373">
      <w:pPr>
        <w:rPr>
          <w:rFonts w:ascii="Calibri Light" w:hAnsi="Calibri Light" w:cs="Calibri Light"/>
        </w:rPr>
      </w:pPr>
      <w:r w:rsidRPr="001D002F">
        <w:rPr>
          <w:rFonts w:ascii="Calibri Light" w:hAnsi="Calibri Light" w:cs="Calibri Light"/>
        </w:rPr>
        <w:t xml:space="preserve">Inscrire le nom : </w:t>
      </w:r>
    </w:p>
    <w:p w14:paraId="2D7CDDC5" w14:textId="77777777" w:rsidR="00C74373" w:rsidRPr="001D002F"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bookmarkStart w:id="2" w:name="Texte6"/>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bookmarkEnd w:id="2"/>
    </w:p>
    <w:p w14:paraId="2A548ACF" w14:textId="77777777" w:rsidR="00C74373" w:rsidRPr="00B22DBA" w:rsidRDefault="00C74373" w:rsidP="00C74373">
      <w:pPr>
        <w:pStyle w:val="Titre3"/>
      </w:pPr>
      <w:r w:rsidRPr="005D1205">
        <w:t xml:space="preserve">1. 2. </w:t>
      </w:r>
      <w:r>
        <w:t xml:space="preserve">2 </w:t>
      </w:r>
      <w:proofErr w:type="spellStart"/>
      <w:r>
        <w:t>Co-chercheur·e·s</w:t>
      </w:r>
      <w:proofErr w:type="spellEnd"/>
    </w:p>
    <w:p w14:paraId="085E028A" w14:textId="77777777" w:rsidR="00C74373" w:rsidRPr="002E0795" w:rsidRDefault="00C74373" w:rsidP="00C74373">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sz w:val="22"/>
        </w:rPr>
        <w:fldChar w:fldCharType="begin">
          <w:ffData>
            <w:name w:val="Case à cocher1"/>
            <w:enabled/>
            <w:calcOnExit w:val="0"/>
            <w:checkBox>
              <w:sizeAuto/>
              <w:default w:val="0"/>
            </w:checkBox>
          </w:ffData>
        </w:fldChar>
      </w:r>
      <w:r w:rsidRPr="002E0795">
        <w:rPr>
          <w:rFonts w:ascii="Calibri Light" w:hAnsi="Calibri Light" w:cs="Calibri Light"/>
          <w:sz w:val="22"/>
        </w:rPr>
        <w:instrText xml:space="preserve"> FORMCHECKBOX </w:instrText>
      </w:r>
      <w:r w:rsidRPr="002E0795">
        <w:rPr>
          <w:rFonts w:ascii="Calibri Light" w:hAnsi="Calibri Light" w:cs="Calibri Light"/>
          <w:sz w:val="22"/>
        </w:rPr>
      </w:r>
      <w:r w:rsidRPr="002E0795">
        <w:rPr>
          <w:rFonts w:ascii="Calibri Light" w:hAnsi="Calibri Light" w:cs="Calibri Light"/>
          <w:sz w:val="22"/>
        </w:rPr>
        <w:fldChar w:fldCharType="separate"/>
      </w:r>
      <w:r w:rsidRPr="002E0795">
        <w:rPr>
          <w:rFonts w:ascii="Calibri Light" w:hAnsi="Calibri Light" w:cs="Calibri Light"/>
          <w:sz w:val="22"/>
        </w:rPr>
        <w:fldChar w:fldCharType="end"/>
      </w:r>
    </w:p>
    <w:p w14:paraId="19942BB9" w14:textId="77777777" w:rsidR="00C74373" w:rsidRPr="001D002F" w:rsidRDefault="00C74373" w:rsidP="00C74373">
      <w:pPr>
        <w:rPr>
          <w:rFonts w:ascii="Calibri Light" w:hAnsi="Calibri Light" w:cs="Calibri Light"/>
        </w:rPr>
      </w:pPr>
      <w:r w:rsidRPr="001D002F">
        <w:rPr>
          <w:rFonts w:ascii="Calibri Light" w:hAnsi="Calibri Light" w:cs="Calibri Light"/>
        </w:rPr>
        <w:t xml:space="preserve">Inscrire le nom : </w:t>
      </w:r>
    </w:p>
    <w:p w14:paraId="645E0589" w14:textId="77777777" w:rsidR="00C74373" w:rsidRPr="001D002F"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p>
    <w:p w14:paraId="060754DB" w14:textId="77777777" w:rsidR="00C74373" w:rsidRPr="006257BA" w:rsidRDefault="00C74373" w:rsidP="00C74373">
      <w:pPr>
        <w:pStyle w:val="Titre3"/>
      </w:pPr>
      <w:r w:rsidRPr="006257BA">
        <w:lastRenderedPageBreak/>
        <w:t>1. 2</w:t>
      </w:r>
      <w:r w:rsidRPr="005D1205">
        <w:t xml:space="preserve">. </w:t>
      </w:r>
      <w:r>
        <w:t>3</w:t>
      </w:r>
      <w:r w:rsidRPr="005D1205">
        <w:t>. Recherche</w:t>
      </w:r>
      <w:r w:rsidRPr="006257BA">
        <w:t xml:space="preserve"> réalisée par </w:t>
      </w:r>
      <w:proofErr w:type="spellStart"/>
      <w:r w:rsidRPr="006257BA">
        <w:t>un·e</w:t>
      </w:r>
      <w:proofErr w:type="spellEnd"/>
      <w:r w:rsidRPr="006257BA">
        <w:t xml:space="preserve"> </w:t>
      </w:r>
      <w:proofErr w:type="spellStart"/>
      <w:r w:rsidRPr="006257BA">
        <w:t>étudiant·e</w:t>
      </w:r>
      <w:proofErr w:type="spellEnd"/>
      <w:r w:rsidRPr="006257BA">
        <w:t xml:space="preserve"> </w:t>
      </w:r>
    </w:p>
    <w:p w14:paraId="624F013D" w14:textId="77777777" w:rsidR="00C74373" w:rsidRPr="002E0795" w:rsidRDefault="00C74373" w:rsidP="00C74373">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0BEF7D65" w14:textId="77777777" w:rsidR="00C74373" w:rsidRPr="002E0795" w:rsidRDefault="00C74373" w:rsidP="00C74373">
      <w:pPr>
        <w:rPr>
          <w:rFonts w:ascii="Calibri Light" w:hAnsi="Calibri Light" w:cs="Calibri Light"/>
        </w:rPr>
      </w:pPr>
      <w:r w:rsidRPr="002E0795">
        <w:rPr>
          <w:rFonts w:ascii="Calibri Light" w:hAnsi="Calibri Light" w:cs="Calibri Light"/>
        </w:rPr>
        <w:t>Inscrire le nom de la personne qui dirige les travaux de l’</w:t>
      </w:r>
      <w:proofErr w:type="spellStart"/>
      <w:r w:rsidRPr="002E0795">
        <w:rPr>
          <w:rFonts w:ascii="Calibri Light" w:hAnsi="Calibri Light" w:cs="Calibri Light"/>
        </w:rPr>
        <w:t>étudiant·e</w:t>
      </w:r>
      <w:proofErr w:type="spellEnd"/>
      <w:r w:rsidRPr="002E0795">
        <w:rPr>
          <w:rFonts w:ascii="Calibri Light" w:hAnsi="Calibri Light" w:cs="Calibri Light"/>
        </w:rPr>
        <w:t xml:space="preserve"> : </w:t>
      </w:r>
    </w:p>
    <w:p w14:paraId="7DAA454F"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bookmarkStart w:id="3" w:name="Texte9"/>
      <w:r w:rsidRPr="002E0795">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bookmarkEnd w:id="3"/>
    </w:p>
    <w:p w14:paraId="0831DBB1" w14:textId="14EF3056" w:rsidR="00C74373" w:rsidRPr="00DD3E4D" w:rsidRDefault="00C74373" w:rsidP="00C74373">
      <w:pPr>
        <w:pStyle w:val="Titre2"/>
      </w:pPr>
      <w:r w:rsidRPr="00DD3E4D">
        <w:t xml:space="preserve">1. </w:t>
      </w:r>
      <w:r w:rsidR="00612E8C">
        <w:t>3</w:t>
      </w:r>
      <w:r w:rsidRPr="00DD3E4D">
        <w:t xml:space="preserve">. </w:t>
      </w:r>
      <w:r>
        <w:t>C</w:t>
      </w:r>
      <w:r w:rsidRPr="00DD3E4D">
        <w:t>onditions de réalisation</w:t>
      </w:r>
    </w:p>
    <w:p w14:paraId="7BC5CFAB" w14:textId="19E2A541" w:rsidR="00C74373" w:rsidRPr="00606B2F" w:rsidRDefault="00C74373" w:rsidP="00C74373">
      <w:pPr>
        <w:pStyle w:val="Titre3"/>
      </w:pPr>
      <w:r w:rsidRPr="00DD3E4D">
        <w:t xml:space="preserve">1. </w:t>
      </w:r>
      <w:r w:rsidR="00612E8C">
        <w:t>3</w:t>
      </w:r>
      <w:r w:rsidRPr="00DD3E4D">
        <w:t xml:space="preserve">. 1. Financement par un organisme subventionnaire </w:t>
      </w:r>
    </w:p>
    <w:p w14:paraId="6EBCC010" w14:textId="77777777" w:rsidR="00C74373" w:rsidRPr="002E0795" w:rsidRDefault="00C74373" w:rsidP="00C74373">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5A212A0F" w14:textId="77777777" w:rsidR="00C74373" w:rsidRPr="002E0795" w:rsidRDefault="00C74373" w:rsidP="00C74373">
      <w:pPr>
        <w:rPr>
          <w:rFonts w:ascii="Calibri Light" w:hAnsi="Calibri Light" w:cs="Calibri Light"/>
        </w:rPr>
      </w:pPr>
      <w:r w:rsidRPr="002E0795">
        <w:rPr>
          <w:rFonts w:ascii="Calibri Light" w:hAnsi="Calibri Light" w:cs="Calibri Light"/>
        </w:rPr>
        <w:t xml:space="preserve">Inscrire le nom de </w:t>
      </w:r>
      <w:r>
        <w:rPr>
          <w:rFonts w:ascii="Calibri Light" w:hAnsi="Calibri Light" w:cs="Calibri Light"/>
        </w:rPr>
        <w:t>l’organisme subventionnaire</w:t>
      </w:r>
      <w:r w:rsidRPr="002E0795">
        <w:rPr>
          <w:rFonts w:ascii="Calibri Light" w:hAnsi="Calibri Light" w:cs="Calibri Light"/>
        </w:rPr>
        <w:t xml:space="preserve"> : </w:t>
      </w:r>
    </w:p>
    <w:p w14:paraId="45577237"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46C58FFB" w14:textId="0B00C42A" w:rsidR="00C74373" w:rsidRPr="00606B2F" w:rsidRDefault="00C74373" w:rsidP="00C74373">
      <w:pPr>
        <w:pStyle w:val="Titre3"/>
      </w:pPr>
      <w:r w:rsidRPr="00DD3E4D">
        <w:t xml:space="preserve">1. </w:t>
      </w:r>
      <w:r w:rsidR="00612E8C">
        <w:t>3</w:t>
      </w:r>
      <w:r w:rsidRPr="00DD3E4D">
        <w:t xml:space="preserve">. </w:t>
      </w:r>
      <w:r>
        <w:t>2</w:t>
      </w:r>
      <w:r w:rsidRPr="00DD3E4D">
        <w:t xml:space="preserve">. </w:t>
      </w:r>
      <w:r>
        <w:t>Calendrier d’avancement du projet</w:t>
      </w:r>
      <w:r w:rsidRPr="00DD3E4D">
        <w:t xml:space="preserve"> </w:t>
      </w:r>
    </w:p>
    <w:p w14:paraId="24316E85" w14:textId="77777777" w:rsidR="00C74373" w:rsidRPr="002E0795" w:rsidRDefault="00C74373" w:rsidP="00C74373">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d’approbation initiale par le CER</w:t>
      </w:r>
      <w:r w:rsidRPr="002E0795">
        <w:rPr>
          <w:rFonts w:ascii="Calibri Light" w:hAnsi="Calibri Light" w:cs="Calibri Light"/>
        </w:rPr>
        <w:t xml:space="preserve"> : </w:t>
      </w:r>
    </w:p>
    <w:p w14:paraId="1769B218"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4CE20B06" w14:textId="16EFB974" w:rsidR="00C74373" w:rsidRPr="002E0795" w:rsidRDefault="00C74373" w:rsidP="00C74373">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du dernier renouvellement du Certificat d’éthique</w:t>
      </w:r>
      <w:r w:rsidR="00612E8C">
        <w:rPr>
          <w:rFonts w:ascii="Calibri Light" w:hAnsi="Calibri Light" w:cs="Calibri Light"/>
        </w:rPr>
        <w:t xml:space="preserve"> (s’il y a lieu)</w:t>
      </w:r>
      <w:r w:rsidRPr="002E0795">
        <w:rPr>
          <w:rFonts w:ascii="Calibri Light" w:hAnsi="Calibri Light" w:cs="Calibri Light"/>
        </w:rPr>
        <w:t xml:space="preserve"> : </w:t>
      </w:r>
    </w:p>
    <w:p w14:paraId="16CDC9E3" w14:textId="77777777" w:rsidR="00C74373" w:rsidRPr="002E0795" w:rsidRDefault="00C74373" w:rsidP="00C743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5CCD5B6" w14:textId="35B5180E" w:rsidR="00C74373" w:rsidRDefault="00C74373" w:rsidP="00612E8C">
      <w:pPr>
        <w:pStyle w:val="Titre1"/>
      </w:pPr>
      <w:r w:rsidRPr="00606B2F">
        <w:t xml:space="preserve">section 2 – </w:t>
      </w:r>
      <w:r w:rsidR="00612E8C" w:rsidRPr="0054798D">
        <w:t>Bilan de la collecte des données</w:t>
      </w:r>
    </w:p>
    <w:p w14:paraId="5AB837EC" w14:textId="1A54893D" w:rsidR="008F0568" w:rsidRPr="00612E8C" w:rsidRDefault="00612E8C" w:rsidP="00612E8C">
      <w:pPr>
        <w:pStyle w:val="Titre2"/>
      </w:pPr>
      <w:r>
        <w:t>2. 1</w:t>
      </w:r>
      <w:r w:rsidRPr="00DD3E4D">
        <w:t xml:space="preserve">. </w:t>
      </w:r>
      <w:r>
        <w:t xml:space="preserve">Bilan concernant </w:t>
      </w:r>
      <w:proofErr w:type="gramStart"/>
      <w:r>
        <w:t xml:space="preserve">les </w:t>
      </w:r>
      <w:proofErr w:type="spellStart"/>
      <w:r>
        <w:t>participant</w:t>
      </w:r>
      <w:proofErr w:type="gramEnd"/>
      <w:r>
        <w:t>·e·s</w:t>
      </w:r>
      <w:proofErr w:type="spellEnd"/>
    </w:p>
    <w:p w14:paraId="37889AD9"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prévu</w:t>
      </w:r>
      <w:r w:rsidRPr="00B9491F">
        <w:rPr>
          <w:rFonts w:ascii="Calibri Light" w:hAnsi="Calibri Light" w:cs="Calibri Light"/>
        </w:rPr>
        <w:t xml:space="preserve"> initialement : </w:t>
      </w:r>
      <w:r w:rsidRPr="00B9491F">
        <w:rPr>
          <w:rFonts w:ascii="Calibri Light" w:hAnsi="Calibri Light" w:cs="Calibri Light"/>
        </w:rPr>
        <w:fldChar w:fldCharType="begin">
          <w:ffData>
            <w:name w:val="Texte10"/>
            <w:enabled/>
            <w:calcOnExit w:val="0"/>
            <w:textInput/>
          </w:ffData>
        </w:fldChar>
      </w:r>
      <w:bookmarkStart w:id="4" w:name="Texte10"/>
      <w:r w:rsidRPr="00A702A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bookmarkEnd w:id="4"/>
      <w:r w:rsidRPr="00B9491F">
        <w:rPr>
          <w:rFonts w:ascii="Calibri Light" w:hAnsi="Calibri Light" w:cs="Calibri Light"/>
        </w:rPr>
        <w:t>.</w:t>
      </w:r>
    </w:p>
    <w:p w14:paraId="0EA93F37"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w:t>
      </w:r>
      <w:proofErr w:type="spellStart"/>
      <w:r w:rsidRPr="00B9491F">
        <w:rPr>
          <w:rFonts w:ascii="Calibri Light" w:hAnsi="Calibri Light" w:cs="Calibri Light"/>
          <w:b/>
          <w:bCs/>
        </w:rPr>
        <w:t>recruté·e·s</w:t>
      </w:r>
      <w:proofErr w:type="spellEnd"/>
      <w:r w:rsidRPr="00B9491F">
        <w:rPr>
          <w:rFonts w:ascii="Calibri Light" w:hAnsi="Calibri Light" w:cs="Calibri Light"/>
        </w:rPr>
        <w:t xml:space="preserve"> à ce jour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0DEAE64B"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qui se sont </w:t>
      </w:r>
      <w:proofErr w:type="spellStart"/>
      <w:r w:rsidRPr="00B9491F">
        <w:rPr>
          <w:rFonts w:ascii="Calibri Light" w:hAnsi="Calibri Light" w:cs="Calibri Light"/>
          <w:b/>
          <w:bCs/>
        </w:rPr>
        <w:t>retiré·e·s</w:t>
      </w:r>
      <w:proofErr w:type="spellEnd"/>
      <w:r w:rsidRPr="00B9491F">
        <w:rPr>
          <w:rFonts w:ascii="Calibri Light" w:hAnsi="Calibri Light" w:cs="Calibri Light"/>
          <w:b/>
          <w:bCs/>
        </w:rPr>
        <w:t xml:space="preserve"> </w:t>
      </w:r>
      <w:r w:rsidRPr="00B9491F">
        <w:rPr>
          <w:rFonts w:ascii="Calibri Light" w:hAnsi="Calibri Light" w:cs="Calibri Light"/>
        </w:rPr>
        <w:t xml:space="preserve">de la recherche (le cas échéant)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07917F66" w14:textId="77777777" w:rsidR="00612E8C" w:rsidRPr="00B9491F"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ayant complété</w:t>
      </w:r>
      <w:r w:rsidRPr="00B9491F">
        <w:rPr>
          <w:rFonts w:ascii="Calibri Light" w:hAnsi="Calibri Light" w:cs="Calibri Light"/>
        </w:rPr>
        <w:t xml:space="preserve"> l’étude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73D12FB6" w14:textId="77777777" w:rsidR="00612E8C" w:rsidRDefault="00612E8C" w:rsidP="00A702A4">
      <w:pPr>
        <w:pStyle w:val="Paragraphedeliste"/>
        <w:numPr>
          <w:ilvl w:val="0"/>
          <w:numId w:val="17"/>
        </w:numPr>
        <w:jc w:val="both"/>
        <w:rPr>
          <w:rFonts w:ascii="Calibri Light" w:hAnsi="Calibri Light" w:cs="Calibri Light"/>
        </w:rPr>
      </w:pPr>
      <w:r w:rsidRPr="00B9491F">
        <w:rPr>
          <w:rFonts w:ascii="Calibri Light" w:hAnsi="Calibri Light" w:cs="Calibri Light"/>
        </w:rPr>
        <w:t xml:space="preserve">Inscrire le nombre de </w:t>
      </w:r>
      <w:proofErr w:type="spellStart"/>
      <w:r w:rsidRPr="00B9491F">
        <w:rPr>
          <w:rFonts w:ascii="Calibri Light" w:hAnsi="Calibri Light" w:cs="Calibri Light"/>
          <w:b/>
          <w:bCs/>
        </w:rPr>
        <w:t>participant·e·s</w:t>
      </w:r>
      <w:proofErr w:type="spellEnd"/>
      <w:r w:rsidRPr="00B9491F">
        <w:rPr>
          <w:rFonts w:ascii="Calibri Light" w:hAnsi="Calibri Light" w:cs="Calibri Light"/>
          <w:b/>
          <w:bCs/>
        </w:rPr>
        <w:t xml:space="preserve"> supplémentaires requis</w:t>
      </w:r>
      <w:r w:rsidRPr="00B9491F">
        <w:rPr>
          <w:rFonts w:ascii="Calibri Light" w:hAnsi="Calibri Light" w:cs="Calibri Light"/>
        </w:rPr>
        <w:t xml:space="preserve"> pour l’étude : </w:t>
      </w:r>
      <w:r w:rsidRPr="00B9491F">
        <w:rPr>
          <w:rFonts w:ascii="Calibri Light" w:hAnsi="Calibri Light" w:cs="Calibri Light"/>
        </w:rPr>
        <w:fldChar w:fldCharType="begin">
          <w:ffData>
            <w:name w:val="Texte10"/>
            <w:enabled/>
            <w:calcOnExit w:val="0"/>
            <w:textInput/>
          </w:ffData>
        </w:fldChar>
      </w:r>
      <w:r w:rsidRPr="00B9491F">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sidRPr="00B9491F">
        <w:rPr>
          <w:rFonts w:ascii="Calibri Light" w:hAnsi="Calibri Light" w:cs="Calibri Light"/>
        </w:rPr>
        <w:t>.</w:t>
      </w:r>
    </w:p>
    <w:p w14:paraId="3D57864A" w14:textId="48526910" w:rsidR="00612E8C" w:rsidRPr="00612E8C" w:rsidRDefault="00612E8C" w:rsidP="00612E8C">
      <w:pPr>
        <w:pStyle w:val="Titre2"/>
      </w:pPr>
      <w:r>
        <w:t>2. 2</w:t>
      </w:r>
      <w:r w:rsidRPr="00DD3E4D">
        <w:t xml:space="preserve">. </w:t>
      </w:r>
      <w:r>
        <w:t>Bilan concernant les difficultés rencontrées</w:t>
      </w:r>
    </w:p>
    <w:p w14:paraId="51BD86CB" w14:textId="47C8A010" w:rsidR="00612E8C" w:rsidRDefault="00612E8C" w:rsidP="00612E8C">
      <w:pPr>
        <w:pStyle w:val="Titre3"/>
      </w:pPr>
      <w:r>
        <w:t>2</w:t>
      </w:r>
      <w:r w:rsidRPr="00DD3E4D">
        <w:t xml:space="preserve">. </w:t>
      </w:r>
      <w:r>
        <w:t>2</w:t>
      </w:r>
      <w:r w:rsidRPr="00DD3E4D">
        <w:t xml:space="preserve">. </w:t>
      </w:r>
      <w:r>
        <w:t>1</w:t>
      </w:r>
      <w:r w:rsidRPr="00DD3E4D">
        <w:t xml:space="preserve">. </w:t>
      </w:r>
      <w:r>
        <w:t>Difficultés rencontrées lors du recrutement</w:t>
      </w:r>
    </w:p>
    <w:p w14:paraId="6EE9062A" w14:textId="77777777" w:rsidR="00612E8C" w:rsidRPr="00B9491F" w:rsidRDefault="00612E8C" w:rsidP="00612E8C">
      <w:pPr>
        <w:rPr>
          <w:rFonts w:ascii="Calibri Light" w:hAnsi="Calibri Light" w:cs="Calibri Light"/>
          <w:color w:val="003E6A"/>
          <w:sz w:val="28"/>
          <w:szCs w:val="28"/>
        </w:rPr>
      </w:pPr>
      <w:r w:rsidRPr="00B9491F">
        <w:rPr>
          <w:rFonts w:ascii="Calibri Light" w:hAnsi="Calibri Light" w:cs="Calibri Light"/>
        </w:rPr>
        <w:t>Avez-vous rencontré des difficultés lors du recrutement ?</w:t>
      </w:r>
    </w:p>
    <w:p w14:paraId="7C9E7316"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32434A">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65B22088"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7D96DFE3" w14:textId="77777777" w:rsidR="00612E8C" w:rsidRPr="00B9491F"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2018098B" w14:textId="77777777" w:rsidR="00612E8C" w:rsidRDefault="00612E8C" w:rsidP="00612E8C">
      <w:pPr>
        <w:pStyle w:val="Titre3"/>
      </w:pPr>
      <w:r>
        <w:t>3</w:t>
      </w:r>
      <w:r w:rsidRPr="00DD3E4D">
        <w:t xml:space="preserve">. </w:t>
      </w:r>
      <w:r>
        <w:t>2</w:t>
      </w:r>
      <w:r w:rsidRPr="00DD3E4D">
        <w:t xml:space="preserve">. </w:t>
      </w:r>
      <w:r>
        <w:t>2</w:t>
      </w:r>
      <w:r w:rsidRPr="00DD3E4D">
        <w:t xml:space="preserve">. </w:t>
      </w:r>
      <w:r>
        <w:t>Difficultés rencontrées lors de la collecte de données</w:t>
      </w:r>
    </w:p>
    <w:p w14:paraId="5532D98F" w14:textId="77777777" w:rsidR="00612E8C" w:rsidRPr="00B9491F" w:rsidRDefault="00612E8C" w:rsidP="00612E8C">
      <w:pPr>
        <w:rPr>
          <w:rFonts w:ascii="Calibri Light" w:hAnsi="Calibri Light" w:cs="Calibri Light"/>
          <w:color w:val="003E6A"/>
          <w:sz w:val="28"/>
          <w:szCs w:val="28"/>
        </w:rPr>
      </w:pPr>
      <w:r w:rsidRPr="00B9491F">
        <w:rPr>
          <w:rFonts w:ascii="Calibri Light" w:hAnsi="Calibri Light" w:cs="Calibri Light"/>
        </w:rPr>
        <w:t xml:space="preserve">Avez-vous rencontré des difficultés lors </w:t>
      </w:r>
      <w:r>
        <w:rPr>
          <w:rFonts w:ascii="Calibri Light" w:hAnsi="Calibri Light" w:cs="Calibri Light"/>
        </w:rPr>
        <w:t>de la collecte de données</w:t>
      </w:r>
      <w:r w:rsidRPr="00B9491F">
        <w:rPr>
          <w:rFonts w:ascii="Calibri Light" w:hAnsi="Calibri Light" w:cs="Calibri Light"/>
        </w:rPr>
        <w:t xml:space="preserve"> ?</w:t>
      </w:r>
    </w:p>
    <w:p w14:paraId="1AD12868"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lastRenderedPageBreak/>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6507CF02"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décrire les difficultés rencontrées : </w:t>
      </w:r>
    </w:p>
    <w:p w14:paraId="779D6686" w14:textId="77777777" w:rsidR="00612E8C" w:rsidRPr="002E0795"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6C732AF9" w14:textId="77777777" w:rsidR="00612E8C" w:rsidRDefault="00612E8C" w:rsidP="00612E8C">
      <w:pPr>
        <w:rPr>
          <w:rFonts w:ascii="Calibri Light" w:hAnsi="Calibri Light" w:cs="Calibri Light"/>
        </w:rPr>
      </w:pPr>
    </w:p>
    <w:p w14:paraId="19447BE2" w14:textId="77777777" w:rsidR="00612E8C" w:rsidRPr="00B9491F" w:rsidRDefault="00612E8C" w:rsidP="00612E8C">
      <w:pPr>
        <w:rPr>
          <w:rFonts w:ascii="Calibri Light" w:hAnsi="Calibri Light" w:cs="Calibri Light"/>
          <w:color w:val="003E6A"/>
          <w:sz w:val="28"/>
          <w:szCs w:val="28"/>
        </w:rPr>
      </w:pPr>
      <w:r w:rsidRPr="00750AA4">
        <w:rPr>
          <w:rFonts w:ascii="Calibri Light" w:hAnsi="Calibri Light" w:cs="Calibri Light"/>
          <w:color w:val="000000"/>
        </w:rPr>
        <w:t xml:space="preserve">Y a-t-il eu des retraits de </w:t>
      </w:r>
      <w:proofErr w:type="spellStart"/>
      <w:r w:rsidRPr="00750AA4">
        <w:rPr>
          <w:rFonts w:ascii="Calibri Light" w:hAnsi="Calibri Light" w:cs="Calibri Light"/>
          <w:color w:val="000000"/>
        </w:rPr>
        <w:t>participant·e·s</w:t>
      </w:r>
      <w:proofErr w:type="spellEnd"/>
      <w:r w:rsidRPr="00B9491F">
        <w:rPr>
          <w:rFonts w:ascii="Calibri Light" w:hAnsi="Calibri Light" w:cs="Calibri Light"/>
        </w:rPr>
        <w:t xml:space="preserve"> ?</w:t>
      </w:r>
    </w:p>
    <w:p w14:paraId="73515674"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B9491F">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126E99AD"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les circonstances de ces retraits : </w:t>
      </w:r>
    </w:p>
    <w:p w14:paraId="380A4D27" w14:textId="77777777" w:rsidR="00612E8C" w:rsidRPr="002E0795"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7E3E99B2" w14:textId="0B8B2C8B" w:rsidR="00612E8C" w:rsidRPr="00B9491F" w:rsidRDefault="00612E8C" w:rsidP="00612E8C">
      <w:pPr>
        <w:pStyle w:val="Titre2"/>
      </w:pPr>
      <w:r>
        <w:t>2. 3</w:t>
      </w:r>
      <w:r w:rsidRPr="00DD3E4D">
        <w:t xml:space="preserve">. </w:t>
      </w:r>
      <w:r>
        <w:t>Autres éléments pertinents</w:t>
      </w:r>
    </w:p>
    <w:p w14:paraId="429B3B46" w14:textId="77777777" w:rsidR="00612E8C" w:rsidRPr="00B9491F" w:rsidRDefault="00612E8C" w:rsidP="00612E8C">
      <w:pPr>
        <w:rPr>
          <w:rFonts w:ascii="Calibri Light" w:hAnsi="Calibri Light" w:cs="Calibri Light"/>
        </w:rPr>
      </w:pPr>
      <w:r w:rsidRPr="00B9491F">
        <w:rPr>
          <w:rFonts w:ascii="Calibri Light" w:hAnsi="Calibri Light" w:cs="Calibri Light"/>
        </w:rPr>
        <w:t>Souhaitez-vous signaler tout autre élément pertinent concernant le déroulement du projet ?</w:t>
      </w:r>
    </w:p>
    <w:p w14:paraId="583DBEC6" w14:textId="77777777" w:rsidR="00612E8C" w:rsidRDefault="00612E8C" w:rsidP="00612E8C">
      <w:pPr>
        <w:pStyle w:val="NormalWeb"/>
        <w:jc w:val="center"/>
        <w:rPr>
          <w:rFonts w:ascii="Calibri Light" w:hAnsi="Calibri Light" w:cs="Calibri Light"/>
          <w:color w:val="000000"/>
        </w:rPr>
      </w:pPr>
      <w:r>
        <w:rPr>
          <w:rFonts w:ascii="Calibri Light" w:hAnsi="Calibri Light" w:cs="Calibri Light"/>
          <w:color w:val="000000"/>
        </w:rPr>
        <w:t xml:space="preserve">Oui </w:t>
      </w:r>
      <w:r w:rsidRPr="00750AA4">
        <w:rPr>
          <w:rFonts w:ascii="Calibri Light" w:hAnsi="Calibri Light" w:cs="Calibri Light"/>
          <w:color w:val="000000"/>
        </w:rPr>
        <w:fldChar w:fldCharType="begin">
          <w:ffData>
            <w:name w:val="Case à cocher17"/>
            <w:enabled/>
            <w:calcOnExit w:val="0"/>
            <w:checkBox>
              <w:sizeAuto/>
              <w:default w:val="0"/>
            </w:checkBox>
          </w:ffData>
        </w:fldChar>
      </w:r>
      <w:r w:rsidRPr="00A702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r w:rsidRPr="00750AA4">
        <w:rPr>
          <w:rFonts w:ascii="Calibri Light" w:hAnsi="Calibri Light" w:cs="Calibri Light"/>
          <w:color w:val="000000"/>
        </w:rPr>
        <w:t xml:space="preserve"> Non</w:t>
      </w:r>
      <w:r>
        <w:rPr>
          <w:rFonts w:ascii="Calibri Light" w:hAnsi="Calibri Light" w:cs="Calibri Light"/>
          <w:color w:val="000000"/>
        </w:rPr>
        <w:t xml:space="preserve"> </w:t>
      </w:r>
      <w:r w:rsidRPr="00750AA4">
        <w:rPr>
          <w:rFonts w:ascii="Calibri Light" w:hAnsi="Calibri Light" w:cs="Calibri Light"/>
          <w:color w:val="000000"/>
        </w:rPr>
        <w:fldChar w:fldCharType="begin">
          <w:ffData>
            <w:name w:val="Case à cocher18"/>
            <w:enabled/>
            <w:calcOnExit w:val="0"/>
            <w:checkBox>
              <w:sizeAuto/>
              <w:default w:val="0"/>
            </w:checkBox>
          </w:ffData>
        </w:fldChar>
      </w:r>
      <w:r w:rsidRPr="00750AA4">
        <w:rPr>
          <w:rFonts w:ascii="Calibri Light" w:hAnsi="Calibri Light" w:cs="Calibri Light"/>
          <w:color w:val="000000"/>
        </w:rPr>
        <w:instrText xml:space="preserve"> FORMCHECKBOX </w:instrText>
      </w:r>
      <w:r w:rsidRPr="00750AA4">
        <w:rPr>
          <w:rFonts w:ascii="Calibri Light" w:hAnsi="Calibri Light" w:cs="Calibri Light"/>
          <w:color w:val="000000"/>
        </w:rPr>
      </w:r>
      <w:r w:rsidRPr="00750AA4">
        <w:rPr>
          <w:rFonts w:ascii="Calibri Light" w:hAnsi="Calibri Light" w:cs="Calibri Light"/>
          <w:color w:val="000000"/>
        </w:rPr>
        <w:fldChar w:fldCharType="separate"/>
      </w:r>
      <w:r w:rsidRPr="00750AA4">
        <w:rPr>
          <w:rFonts w:ascii="Calibri Light" w:hAnsi="Calibri Light" w:cs="Calibri Light"/>
          <w:color w:val="000000"/>
        </w:rPr>
        <w:fldChar w:fldCharType="end"/>
      </w:r>
    </w:p>
    <w:p w14:paraId="53CCA3AC" w14:textId="77777777" w:rsidR="00612E8C" w:rsidRDefault="00612E8C" w:rsidP="00612E8C">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Dans l’affirmative, veuillez préciser : </w:t>
      </w:r>
    </w:p>
    <w:p w14:paraId="5A65AC8E" w14:textId="64DEC2E0" w:rsidR="00612E8C" w:rsidRPr="00612E8C" w:rsidRDefault="00612E8C" w:rsidP="00612E8C">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7181C330" w14:textId="1EE0D7BF" w:rsidR="00047A00" w:rsidRPr="00612E8C" w:rsidRDefault="00612E8C" w:rsidP="00612E8C">
      <w:pPr>
        <w:pStyle w:val="Titre1"/>
      </w:pPr>
      <w:r w:rsidRPr="00612E8C">
        <w:t xml:space="preserve">SECTION </w:t>
      </w:r>
      <w:r w:rsidR="00B45414" w:rsidRPr="00612E8C">
        <w:t>3</w:t>
      </w:r>
      <w:r w:rsidRPr="00612E8C">
        <w:t xml:space="preserve"> – S</w:t>
      </w:r>
      <w:r w:rsidR="00047A00" w:rsidRPr="00612E8C">
        <w:t>ignalement d’événements imprévus ou de nouveaux risques</w:t>
      </w:r>
    </w:p>
    <w:p w14:paraId="59C84B41" w14:textId="7EB0AFAC" w:rsidR="00047A00" w:rsidRPr="0054798D" w:rsidRDefault="00047A00" w:rsidP="00A702A4">
      <w:pPr>
        <w:jc w:val="both"/>
        <w:rPr>
          <w:rFonts w:ascii="Calibri Light" w:hAnsi="Calibri Light" w:cs="Calibri Light"/>
        </w:rPr>
      </w:pPr>
      <w:r w:rsidRPr="0054798D">
        <w:rPr>
          <w:rFonts w:ascii="Calibri Light" w:hAnsi="Calibri Light" w:cs="Calibri Light"/>
        </w:rPr>
        <w:t xml:space="preserve">Depuis la dernière approbation éthique, avez-vous pris connaissance d'événements imprévus ou de nouveaux risques </w:t>
      </w:r>
      <w:r w:rsidR="00525EE3" w:rsidRPr="0054798D">
        <w:rPr>
          <w:rFonts w:ascii="Calibri Light" w:hAnsi="Calibri Light" w:cs="Calibri Light"/>
        </w:rPr>
        <w:t>qui auraient pu avoir une incidence sur les personnes participantes, sur leur sécurité ou leur bien-être, ou sur la conduite éthique du projet ?</w:t>
      </w:r>
    </w:p>
    <w:p w14:paraId="33CCEF46" w14:textId="77777777" w:rsidR="00525EE3" w:rsidRPr="0054798D" w:rsidRDefault="00525EE3" w:rsidP="00047A00">
      <w:pPr>
        <w:rPr>
          <w:rFonts w:ascii="Calibri Light" w:hAnsi="Calibri Light" w:cs="Calibri Light"/>
        </w:rPr>
      </w:pPr>
    </w:p>
    <w:p w14:paraId="5CEA1EBF" w14:textId="33FF90DF" w:rsidR="00612E8C" w:rsidRPr="0054798D" w:rsidRDefault="00612E8C" w:rsidP="00612E8C">
      <w:pPr>
        <w:jc w:val="center"/>
        <w:rPr>
          <w:rFonts w:ascii="Calibri Light" w:hAnsi="Calibri Light" w:cs="Calibri Light"/>
          <w:color w:val="1F497D" w:themeColor="text2"/>
        </w:rPr>
      </w:pPr>
      <w:r w:rsidRPr="0054798D">
        <w:rPr>
          <w:rFonts w:ascii="Calibri Light" w:hAnsi="Calibri Light" w:cs="Calibri Light"/>
        </w:rPr>
        <w:t>Oui</w:t>
      </w:r>
      <w:r>
        <w:rPr>
          <w:rFonts w:ascii="Calibri Light" w:hAnsi="Calibri Light" w:cs="Calibri Light"/>
        </w:rPr>
        <w:t xml:space="preserve"> </w:t>
      </w:r>
      <w:r w:rsidRPr="0054798D">
        <w:rPr>
          <w:rFonts w:ascii="Calibri Light" w:hAnsi="Calibri Light" w:cs="Calibri Light"/>
        </w:rPr>
        <w:fldChar w:fldCharType="begin">
          <w:ffData>
            <w:name w:val="Case à cocher25"/>
            <w:enabled/>
            <w:calcOnExit w:val="0"/>
            <w:checkBox>
              <w:sizeAuto/>
              <w:default w:val="0"/>
            </w:checkBox>
          </w:ffData>
        </w:fldChar>
      </w:r>
      <w:r w:rsidRPr="00A702A4">
        <w:rPr>
          <w:rFonts w:ascii="Calibri Light" w:hAnsi="Calibri Light" w:cs="Calibri Light"/>
        </w:rPr>
        <w:instrText xml:space="preserve"> FORMCHECKBOX </w:instrText>
      </w:r>
      <w:r w:rsidRPr="0054798D">
        <w:rPr>
          <w:rFonts w:ascii="Calibri Light" w:hAnsi="Calibri Light" w:cs="Calibri Light"/>
        </w:rPr>
      </w:r>
      <w:r w:rsidRPr="0054798D">
        <w:rPr>
          <w:rFonts w:ascii="Calibri Light" w:hAnsi="Calibri Light" w:cs="Calibri Light"/>
        </w:rPr>
        <w:fldChar w:fldCharType="separate"/>
      </w:r>
      <w:r w:rsidRPr="0054798D">
        <w:rPr>
          <w:rFonts w:ascii="Calibri Light" w:hAnsi="Calibri Light" w:cs="Calibri Light"/>
        </w:rPr>
        <w:fldChar w:fldCharType="end"/>
      </w:r>
      <w:r w:rsidRPr="0054798D">
        <w:rPr>
          <w:rFonts w:ascii="Calibri Light" w:hAnsi="Calibri Light" w:cs="Calibri Light"/>
        </w:rPr>
        <w:t xml:space="preserve"> </w:t>
      </w:r>
      <w:r>
        <w:rPr>
          <w:rFonts w:ascii="Calibri Light" w:hAnsi="Calibri Light" w:cs="Calibri Light"/>
          <w:color w:val="000000"/>
        </w:rPr>
        <w:t>V</w:t>
      </w:r>
      <w:r w:rsidRPr="0054798D">
        <w:rPr>
          <w:rFonts w:ascii="Calibri Light" w:hAnsi="Calibri Light" w:cs="Calibri Light"/>
          <w:color w:val="000000"/>
        </w:rPr>
        <w:t xml:space="preserve">euillez soumettre le </w:t>
      </w:r>
      <w:hyperlink r:id="rId9" w:history="1">
        <w:r w:rsidRPr="006137EE">
          <w:rPr>
            <w:rStyle w:val="Hyperlien"/>
            <w:rFonts w:ascii="Calibri Light" w:hAnsi="Calibri Light" w:cs="Calibri Light"/>
          </w:rPr>
          <w:t>formulaire de signalement d’événements imprévus ou de nouveaux risques</w:t>
        </w:r>
      </w:hyperlink>
      <w:r>
        <w:rPr>
          <w:rFonts w:ascii="Calibri Light" w:hAnsi="Calibri Light" w:cs="Calibri Light"/>
          <w:color w:val="1F497D" w:themeColor="text2"/>
        </w:rPr>
        <w:t>.</w:t>
      </w:r>
    </w:p>
    <w:p w14:paraId="73FBE7C2" w14:textId="4B3AF3C8" w:rsidR="00047A00" w:rsidRPr="0054798D" w:rsidRDefault="00047A00" w:rsidP="00612E8C">
      <w:pPr>
        <w:jc w:val="center"/>
        <w:rPr>
          <w:rFonts w:ascii="Calibri Light" w:hAnsi="Calibri Light" w:cs="Calibri Light"/>
        </w:rPr>
      </w:pPr>
      <w:r w:rsidRPr="0054798D">
        <w:rPr>
          <w:rFonts w:ascii="Calibri Light" w:hAnsi="Calibri Light" w:cs="Calibri Light"/>
        </w:rPr>
        <w:t>Non</w:t>
      </w:r>
      <w:r w:rsidR="00612E8C">
        <w:rPr>
          <w:rFonts w:ascii="Calibri Light" w:hAnsi="Calibri Light" w:cs="Calibri Light"/>
        </w:rPr>
        <w:t xml:space="preserve"> </w:t>
      </w:r>
      <w:r w:rsidR="00612E8C" w:rsidRPr="0054798D">
        <w:rPr>
          <w:rFonts w:ascii="Calibri Light" w:hAnsi="Calibri Light" w:cs="Calibri Light"/>
        </w:rPr>
        <w:fldChar w:fldCharType="begin">
          <w:ffData>
            <w:name w:val="Case à cocher24"/>
            <w:enabled/>
            <w:calcOnExit w:val="0"/>
            <w:checkBox>
              <w:sizeAuto/>
              <w:default w:val="0"/>
            </w:checkBox>
          </w:ffData>
        </w:fldChar>
      </w:r>
      <w:r w:rsidR="00612E8C" w:rsidRPr="003852FC">
        <w:rPr>
          <w:rFonts w:ascii="Calibri Light" w:hAnsi="Calibri Light" w:cs="Calibri Light"/>
        </w:rPr>
        <w:instrText xml:space="preserve"> FORMCHECKBOX </w:instrText>
      </w:r>
      <w:r w:rsidR="00612E8C" w:rsidRPr="003852FC">
        <w:rPr>
          <w:rFonts w:ascii="Calibri Light" w:hAnsi="Calibri Light" w:cs="Calibri Light"/>
        </w:rPr>
      </w:r>
      <w:r w:rsidR="00612E8C" w:rsidRPr="0054798D">
        <w:rPr>
          <w:rFonts w:ascii="Calibri Light" w:hAnsi="Calibri Light" w:cs="Calibri Light"/>
        </w:rPr>
        <w:fldChar w:fldCharType="separate"/>
      </w:r>
      <w:r w:rsidR="00612E8C" w:rsidRPr="0054798D">
        <w:rPr>
          <w:rFonts w:ascii="Calibri Light" w:hAnsi="Calibri Light" w:cs="Calibri Light"/>
        </w:rPr>
        <w:fldChar w:fldCharType="end"/>
      </w:r>
      <w:r w:rsidR="00612E8C" w:rsidRPr="0054798D">
        <w:rPr>
          <w:rFonts w:ascii="Calibri Light" w:hAnsi="Calibri Light" w:cs="Calibri Light"/>
        </w:rPr>
        <w:t xml:space="preserve"> </w:t>
      </w:r>
      <w:r w:rsidR="00612E8C">
        <w:rPr>
          <w:rFonts w:ascii="Calibri Light" w:hAnsi="Calibri Light" w:cs="Calibri Light"/>
        </w:rPr>
        <w:t>V</w:t>
      </w:r>
      <w:r w:rsidRPr="0054798D">
        <w:rPr>
          <w:rFonts w:ascii="Calibri Light" w:hAnsi="Calibri Light" w:cs="Calibri Light"/>
          <w:color w:val="000000"/>
        </w:rPr>
        <w:t xml:space="preserve">euillez passer à la </w:t>
      </w:r>
      <w:hyperlink w:anchor="_SECTION_4_–" w:history="1">
        <w:r w:rsidRPr="00A702A4">
          <w:rPr>
            <w:rStyle w:val="Hyperlien"/>
            <w:rFonts w:ascii="Calibri Light" w:hAnsi="Calibri Light" w:cs="Calibri Light"/>
          </w:rPr>
          <w:t>section 4</w:t>
        </w:r>
      </w:hyperlink>
      <w:r w:rsidR="00612E8C">
        <w:rPr>
          <w:rFonts w:ascii="Calibri Light" w:hAnsi="Calibri Light" w:cs="Calibri Light"/>
          <w:color w:val="000000"/>
        </w:rPr>
        <w:t>.</w:t>
      </w:r>
    </w:p>
    <w:p w14:paraId="41198EFA" w14:textId="7554DDCD" w:rsidR="00BE08DB" w:rsidRPr="00612E8C" w:rsidRDefault="00612E8C" w:rsidP="00612E8C">
      <w:pPr>
        <w:pStyle w:val="Titre1"/>
      </w:pPr>
      <w:bookmarkStart w:id="5" w:name="_SECTION_4_–"/>
      <w:bookmarkEnd w:id="5"/>
      <w:r>
        <w:t>SECTION 4 – D</w:t>
      </w:r>
      <w:r w:rsidR="00C11F4B" w:rsidRPr="0054798D">
        <w:t>issémination des résultats aux participant</w:t>
      </w:r>
      <w:r w:rsidR="00391995" w:rsidRPr="0054798D">
        <w:t>·</w:t>
      </w:r>
      <w:r w:rsidR="000F2601" w:rsidRPr="0054798D">
        <w:t>e·</w:t>
      </w:r>
      <w:r w:rsidR="00C11F4B" w:rsidRPr="0054798D">
        <w:t xml:space="preserve">s </w:t>
      </w:r>
    </w:p>
    <w:p w14:paraId="4A525478" w14:textId="30B05CE0" w:rsidR="00D97B6D" w:rsidRPr="0054798D" w:rsidRDefault="00BE08DB" w:rsidP="00A702A4">
      <w:pPr>
        <w:spacing w:after="120"/>
        <w:jc w:val="both"/>
        <w:rPr>
          <w:rFonts w:ascii="Calibri Light" w:hAnsi="Calibri Light" w:cs="Calibri Light"/>
        </w:rPr>
      </w:pPr>
      <w:r w:rsidRPr="0054798D">
        <w:rPr>
          <w:rFonts w:ascii="Calibri Light" w:hAnsi="Calibri Light" w:cs="Calibri Light"/>
        </w:rPr>
        <w:t>Les participant</w:t>
      </w:r>
      <w:r w:rsidR="00391995" w:rsidRPr="0054798D">
        <w:rPr>
          <w:rFonts w:ascii="Calibri Light" w:hAnsi="Calibri Light" w:cs="Calibri Light"/>
        </w:rPr>
        <w:t>·</w:t>
      </w:r>
      <w:r w:rsidR="000F2601" w:rsidRPr="0054798D">
        <w:rPr>
          <w:rFonts w:ascii="Calibri Light" w:hAnsi="Calibri Light" w:cs="Calibri Light"/>
        </w:rPr>
        <w:t>e·</w:t>
      </w:r>
      <w:r w:rsidRPr="0054798D">
        <w:rPr>
          <w:rFonts w:ascii="Calibri Light" w:hAnsi="Calibri Light" w:cs="Calibri Light"/>
        </w:rPr>
        <w:t>s ont-ils été informé</w:t>
      </w:r>
      <w:r w:rsidR="00391995" w:rsidRPr="0054798D">
        <w:rPr>
          <w:rFonts w:ascii="Calibri Light" w:hAnsi="Calibri Light" w:cs="Calibri Light"/>
        </w:rPr>
        <w:t>·</w:t>
      </w:r>
      <w:r w:rsidR="000F2601" w:rsidRPr="0054798D">
        <w:rPr>
          <w:rFonts w:ascii="Calibri Light" w:hAnsi="Calibri Light" w:cs="Calibri Light"/>
        </w:rPr>
        <w:t>e·</w:t>
      </w:r>
      <w:r w:rsidRPr="0054798D">
        <w:rPr>
          <w:rFonts w:ascii="Calibri Light" w:hAnsi="Calibri Light" w:cs="Calibri Light"/>
        </w:rPr>
        <w:t>s des résultats de la recherche selon la procédure décrite dans le formulaire de proposition</w:t>
      </w:r>
      <w:r w:rsidR="00B6114D" w:rsidRPr="0054798D">
        <w:rPr>
          <w:rFonts w:ascii="Calibri Light" w:hAnsi="Calibri Light" w:cs="Calibri Light"/>
        </w:rPr>
        <w:t xml:space="preserve"> tel qu’approuvé par le CER </w:t>
      </w:r>
      <w:r w:rsidRPr="0054798D">
        <w:rPr>
          <w:rFonts w:ascii="Calibri Light" w:hAnsi="Calibri Light" w:cs="Calibri Light"/>
        </w:rPr>
        <w:t>?</w:t>
      </w:r>
    </w:p>
    <w:p w14:paraId="425E0417" w14:textId="0D3FB1D1" w:rsidR="00A702A4" w:rsidRPr="00A702A4" w:rsidRDefault="00D97B6D" w:rsidP="00A702A4">
      <w:pPr>
        <w:pStyle w:val="NormalWeb"/>
        <w:jc w:val="center"/>
        <w:rPr>
          <w:rFonts w:ascii="Calibri Light" w:hAnsi="Calibri Light" w:cs="Calibri Light"/>
          <w:color w:val="000000"/>
        </w:rPr>
      </w:pPr>
      <w:r w:rsidRPr="00A702A4">
        <w:rPr>
          <w:rFonts w:ascii="Calibri Light" w:hAnsi="Calibri Light" w:cs="Calibri Light"/>
          <w:color w:val="000000"/>
        </w:rPr>
        <w:fldChar w:fldCharType="begin">
          <w:ffData>
            <w:name w:val="Case à cocher21"/>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w:t>
      </w:r>
      <w:r w:rsidR="00F10947" w:rsidRPr="00A702A4">
        <w:rPr>
          <w:rFonts w:ascii="Calibri Light" w:hAnsi="Calibri Light" w:cs="Calibri Light"/>
          <w:color w:val="000000"/>
        </w:rPr>
        <w:t>Oui</w:t>
      </w:r>
      <w:r w:rsidR="00A702A4" w:rsidRPr="00A702A4">
        <w:rPr>
          <w:rFonts w:ascii="Calibri Light" w:hAnsi="Calibri Light" w:cs="Calibri Light"/>
          <w:color w:val="000000"/>
        </w:rPr>
        <w:t xml:space="preserve">. </w:t>
      </w:r>
      <w:r w:rsidRPr="00A702A4">
        <w:rPr>
          <w:rFonts w:ascii="Calibri Light" w:hAnsi="Calibri Light" w:cs="Calibri Light"/>
          <w:color w:val="000000"/>
        </w:rPr>
        <w:fldChar w:fldCharType="begin">
          <w:ffData>
            <w:name w:val="Case à cocher22"/>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w:t>
      </w:r>
      <w:r w:rsidR="00F10947" w:rsidRPr="00A702A4">
        <w:rPr>
          <w:rFonts w:ascii="Calibri Light" w:hAnsi="Calibri Light" w:cs="Calibri Light"/>
          <w:color w:val="000000"/>
        </w:rPr>
        <w:t>Non</w:t>
      </w:r>
      <w:r w:rsidR="00A702A4" w:rsidRPr="00A702A4">
        <w:rPr>
          <w:rFonts w:ascii="Calibri Light" w:hAnsi="Calibri Light" w:cs="Calibri Light"/>
          <w:color w:val="000000"/>
        </w:rPr>
        <w:t>.</w:t>
      </w:r>
    </w:p>
    <w:p w14:paraId="51AAC335" w14:textId="5EEF1BC5" w:rsidR="00B6114D" w:rsidRPr="0054798D" w:rsidRDefault="00A702A4" w:rsidP="00F10947">
      <w:pPr>
        <w:rPr>
          <w:rFonts w:ascii="Calibri Light" w:hAnsi="Calibri Light" w:cs="Calibri Light"/>
        </w:rPr>
      </w:pPr>
      <w:r>
        <w:rPr>
          <w:rFonts w:ascii="Calibri Light" w:hAnsi="Calibri Light" w:cs="Calibri Light"/>
        </w:rPr>
        <w:t>Dans la négative, v</w:t>
      </w:r>
      <w:r w:rsidR="00285434" w:rsidRPr="0054798D">
        <w:rPr>
          <w:rFonts w:ascii="Calibri Light" w:hAnsi="Calibri Light" w:cs="Calibri Light"/>
          <w:color w:val="000000"/>
        </w:rPr>
        <w:t>euillez justifier :</w:t>
      </w:r>
    </w:p>
    <w:p w14:paraId="7D8D4C2D" w14:textId="77777777" w:rsidR="00A702A4" w:rsidRPr="00612E8C" w:rsidRDefault="00A702A4" w:rsidP="00A702A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D8C0CC3" w14:textId="3894B9DA" w:rsidR="00C55B00" w:rsidRPr="00A702A4" w:rsidRDefault="00A702A4" w:rsidP="00A702A4">
      <w:pPr>
        <w:pStyle w:val="Titre1"/>
      </w:pPr>
      <w:r>
        <w:lastRenderedPageBreak/>
        <w:t>SECTION 5 – C</w:t>
      </w:r>
      <w:r w:rsidR="00172949" w:rsidRPr="0054798D">
        <w:t>onformité</w:t>
      </w:r>
      <w:r w:rsidR="009C62B1" w:rsidRPr="0054798D">
        <w:t xml:space="preserve"> </w:t>
      </w:r>
      <w:r w:rsidR="00C55B00" w:rsidRPr="0054798D">
        <w:t>aux procédures approuvées par le CER</w:t>
      </w:r>
    </w:p>
    <w:p w14:paraId="78DB890A" w14:textId="75A1E432" w:rsidR="00A702A4" w:rsidRPr="00B9491F" w:rsidRDefault="00A702A4" w:rsidP="00A702A4">
      <w:pPr>
        <w:pStyle w:val="Titre2"/>
      </w:pPr>
      <w:r>
        <w:t>5. 1</w:t>
      </w:r>
      <w:r w:rsidRPr="00DD3E4D">
        <w:t xml:space="preserve">. </w:t>
      </w:r>
      <w:r>
        <w:t>Collecte de données</w:t>
      </w:r>
    </w:p>
    <w:p w14:paraId="7CE3BD37" w14:textId="5EBC4CAC" w:rsidR="00555033" w:rsidRPr="0054798D" w:rsidRDefault="00C55B00" w:rsidP="00A702A4">
      <w:pPr>
        <w:jc w:val="both"/>
        <w:rPr>
          <w:rFonts w:ascii="Calibri Light" w:hAnsi="Calibri Light" w:cs="Calibri Light"/>
        </w:rPr>
      </w:pPr>
      <w:r w:rsidRPr="0054798D">
        <w:rPr>
          <w:rFonts w:ascii="Calibri Light" w:hAnsi="Calibri Light" w:cs="Calibri Light"/>
        </w:rPr>
        <w:t>Le processus de collecte de données, incluant le recrutement</w:t>
      </w:r>
      <w:r w:rsidR="00883375" w:rsidRPr="0054798D">
        <w:rPr>
          <w:rFonts w:ascii="Calibri Light" w:hAnsi="Calibri Light" w:cs="Calibri Light"/>
        </w:rPr>
        <w:t xml:space="preserve"> et le consentement, a-t-il été mené conformément aux procédures et documents </w:t>
      </w:r>
      <w:r w:rsidR="00875B67" w:rsidRPr="0054798D">
        <w:rPr>
          <w:rFonts w:ascii="Calibri Light" w:hAnsi="Calibri Light" w:cs="Calibri Light"/>
        </w:rPr>
        <w:t xml:space="preserve">tels que soumis et </w:t>
      </w:r>
      <w:r w:rsidR="00883375" w:rsidRPr="0054798D">
        <w:rPr>
          <w:rFonts w:ascii="Calibri Light" w:hAnsi="Calibri Light" w:cs="Calibri Light"/>
        </w:rPr>
        <w:t>approuvés par le CER</w:t>
      </w:r>
      <w:r w:rsidR="00B97543" w:rsidRPr="0054798D">
        <w:rPr>
          <w:rFonts w:ascii="Calibri Light" w:hAnsi="Calibri Light" w:cs="Calibri Light"/>
        </w:rPr>
        <w:t xml:space="preserve"> ?</w:t>
      </w:r>
    </w:p>
    <w:p w14:paraId="2C3B5B1E" w14:textId="77777777" w:rsidR="00A702A4" w:rsidRPr="00A702A4" w:rsidRDefault="00A702A4" w:rsidP="00A702A4">
      <w:pPr>
        <w:pStyle w:val="NormalWeb"/>
        <w:jc w:val="center"/>
        <w:rPr>
          <w:rFonts w:ascii="Calibri Light" w:hAnsi="Calibri Light" w:cs="Calibri Light"/>
          <w:color w:val="000000"/>
        </w:rPr>
      </w:pPr>
      <w:r w:rsidRPr="00A702A4">
        <w:rPr>
          <w:rFonts w:ascii="Calibri Light" w:hAnsi="Calibri Light" w:cs="Calibri Light"/>
          <w:color w:val="000000"/>
        </w:rPr>
        <w:fldChar w:fldCharType="begin">
          <w:ffData>
            <w:name w:val="Case à cocher21"/>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Oui. </w:t>
      </w:r>
      <w:r w:rsidRPr="00A702A4">
        <w:rPr>
          <w:rFonts w:ascii="Calibri Light" w:hAnsi="Calibri Light" w:cs="Calibri Light"/>
          <w:color w:val="000000"/>
        </w:rPr>
        <w:fldChar w:fldCharType="begin">
          <w:ffData>
            <w:name w:val="Case à cocher22"/>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Non.</w:t>
      </w:r>
    </w:p>
    <w:p w14:paraId="7C2355D4" w14:textId="77777777" w:rsidR="00A702A4" w:rsidRPr="0054798D" w:rsidRDefault="00A702A4" w:rsidP="00A702A4">
      <w:pPr>
        <w:rPr>
          <w:rFonts w:ascii="Calibri Light" w:hAnsi="Calibri Light" w:cs="Calibri Light"/>
        </w:rPr>
      </w:pPr>
      <w:r>
        <w:rPr>
          <w:rFonts w:ascii="Calibri Light" w:hAnsi="Calibri Light" w:cs="Calibri Light"/>
        </w:rPr>
        <w:t>Dans la négative, v</w:t>
      </w:r>
      <w:r w:rsidRPr="0054798D">
        <w:rPr>
          <w:rFonts w:ascii="Calibri Light" w:hAnsi="Calibri Light" w:cs="Calibri Light"/>
          <w:color w:val="000000"/>
        </w:rPr>
        <w:t>euillez justifier :</w:t>
      </w:r>
    </w:p>
    <w:p w14:paraId="72A08E3D" w14:textId="77777777" w:rsidR="00A702A4" w:rsidRPr="00612E8C" w:rsidRDefault="00A702A4" w:rsidP="00A702A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3474E9C7" w14:textId="1B864883" w:rsidR="00A702A4" w:rsidRPr="00B9491F" w:rsidRDefault="00A702A4" w:rsidP="00A702A4">
      <w:pPr>
        <w:pStyle w:val="Titre2"/>
      </w:pPr>
      <w:r>
        <w:t>5. 2</w:t>
      </w:r>
      <w:r w:rsidRPr="00DD3E4D">
        <w:t xml:space="preserve">. </w:t>
      </w:r>
      <w:r>
        <w:t>Gestion des données</w:t>
      </w:r>
    </w:p>
    <w:p w14:paraId="3222E24C" w14:textId="45492DA4" w:rsidR="00172949" w:rsidRPr="0054798D" w:rsidRDefault="00883375" w:rsidP="00A702A4">
      <w:pPr>
        <w:jc w:val="both"/>
        <w:rPr>
          <w:rFonts w:ascii="Calibri Light" w:hAnsi="Calibri Light" w:cs="Calibri Light"/>
        </w:rPr>
      </w:pPr>
      <w:r w:rsidRPr="0054798D">
        <w:rPr>
          <w:rFonts w:ascii="Calibri Light" w:hAnsi="Calibri Light" w:cs="Calibri Light"/>
        </w:rPr>
        <w:t>Le processus de gestion des données</w:t>
      </w:r>
      <w:r w:rsidR="00B97543" w:rsidRPr="0054798D">
        <w:rPr>
          <w:rFonts w:ascii="Calibri Light" w:hAnsi="Calibri Light" w:cs="Calibri Light"/>
        </w:rPr>
        <w:t>, et ce pour toute la durée de vie des données (incluant l</w:t>
      </w:r>
      <w:r w:rsidR="00524185" w:rsidRPr="0054798D">
        <w:rPr>
          <w:rFonts w:ascii="Calibri Light" w:hAnsi="Calibri Light" w:cs="Calibri Light"/>
        </w:rPr>
        <w:t>a sauvegarde, la conservation, le partage, et le dépôt, le cas échéant)</w:t>
      </w:r>
      <w:r w:rsidR="00B97543" w:rsidRPr="0054798D">
        <w:rPr>
          <w:rFonts w:ascii="Calibri Light" w:hAnsi="Calibri Light" w:cs="Calibri Light"/>
        </w:rPr>
        <w:t xml:space="preserve"> respecte-t-il les procédures </w:t>
      </w:r>
      <w:r w:rsidR="00E72914" w:rsidRPr="0054798D">
        <w:rPr>
          <w:rFonts w:ascii="Calibri Light" w:hAnsi="Calibri Light" w:cs="Calibri Light"/>
        </w:rPr>
        <w:t xml:space="preserve">telles que soumises et </w:t>
      </w:r>
      <w:r w:rsidR="00B97543" w:rsidRPr="0054798D">
        <w:rPr>
          <w:rFonts w:ascii="Calibri Light" w:hAnsi="Calibri Light" w:cs="Calibri Light"/>
        </w:rPr>
        <w:t>approuvées par le CER</w:t>
      </w:r>
      <w:r w:rsidR="00172949" w:rsidRPr="0054798D">
        <w:rPr>
          <w:rFonts w:ascii="Calibri Light" w:hAnsi="Calibri Light" w:cs="Calibri Light"/>
        </w:rPr>
        <w:t xml:space="preserve"> </w:t>
      </w:r>
      <w:r w:rsidR="00B97543" w:rsidRPr="0054798D">
        <w:rPr>
          <w:rFonts w:ascii="Calibri Light" w:hAnsi="Calibri Light" w:cs="Calibri Light"/>
        </w:rPr>
        <w:t>?</w:t>
      </w:r>
    </w:p>
    <w:p w14:paraId="37815704" w14:textId="77777777" w:rsidR="00A702A4" w:rsidRPr="00A702A4" w:rsidRDefault="00A702A4" w:rsidP="00A702A4">
      <w:pPr>
        <w:pStyle w:val="NormalWeb"/>
        <w:jc w:val="center"/>
        <w:rPr>
          <w:rFonts w:ascii="Calibri Light" w:hAnsi="Calibri Light" w:cs="Calibri Light"/>
          <w:color w:val="000000"/>
        </w:rPr>
      </w:pPr>
      <w:r w:rsidRPr="00A702A4">
        <w:rPr>
          <w:rFonts w:ascii="Calibri Light" w:hAnsi="Calibri Light" w:cs="Calibri Light"/>
          <w:color w:val="000000"/>
        </w:rPr>
        <w:fldChar w:fldCharType="begin">
          <w:ffData>
            <w:name w:val="Case à cocher21"/>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Oui. </w:t>
      </w:r>
      <w:r w:rsidRPr="00A702A4">
        <w:rPr>
          <w:rFonts w:ascii="Calibri Light" w:hAnsi="Calibri Light" w:cs="Calibri Light"/>
          <w:color w:val="000000"/>
        </w:rPr>
        <w:fldChar w:fldCharType="begin">
          <w:ffData>
            <w:name w:val="Case à cocher22"/>
            <w:enabled/>
            <w:calcOnExit w:val="0"/>
            <w:checkBox>
              <w:sizeAuto/>
              <w:default w:val="0"/>
            </w:checkBox>
          </w:ffData>
        </w:fldChar>
      </w:r>
      <w:r w:rsidRPr="00A702A4">
        <w:rPr>
          <w:rFonts w:ascii="Calibri Light" w:hAnsi="Calibri Light" w:cs="Calibri Light"/>
          <w:color w:val="000000"/>
        </w:rPr>
        <w:instrText xml:space="preserve"> FORMCHECKBOX </w:instrText>
      </w:r>
      <w:r w:rsidRPr="00A702A4">
        <w:rPr>
          <w:rFonts w:ascii="Calibri Light" w:hAnsi="Calibri Light" w:cs="Calibri Light"/>
          <w:color w:val="000000"/>
        </w:rPr>
      </w:r>
      <w:r w:rsidRPr="00A702A4">
        <w:rPr>
          <w:rFonts w:ascii="Calibri Light" w:hAnsi="Calibri Light" w:cs="Calibri Light"/>
          <w:color w:val="000000"/>
        </w:rPr>
        <w:fldChar w:fldCharType="separate"/>
      </w:r>
      <w:r w:rsidRPr="00A702A4">
        <w:rPr>
          <w:rFonts w:ascii="Calibri Light" w:hAnsi="Calibri Light" w:cs="Calibri Light"/>
          <w:color w:val="000000"/>
        </w:rPr>
        <w:fldChar w:fldCharType="end"/>
      </w:r>
      <w:r w:rsidRPr="00A702A4">
        <w:rPr>
          <w:rFonts w:ascii="Calibri Light" w:hAnsi="Calibri Light" w:cs="Calibri Light"/>
          <w:color w:val="000000"/>
        </w:rPr>
        <w:t xml:space="preserve"> Non.</w:t>
      </w:r>
    </w:p>
    <w:p w14:paraId="77F40CCA" w14:textId="77777777" w:rsidR="00A702A4" w:rsidRPr="0054798D" w:rsidRDefault="00A702A4" w:rsidP="00A702A4">
      <w:pPr>
        <w:rPr>
          <w:rFonts w:ascii="Calibri Light" w:hAnsi="Calibri Light" w:cs="Calibri Light"/>
        </w:rPr>
      </w:pPr>
      <w:r>
        <w:rPr>
          <w:rFonts w:ascii="Calibri Light" w:hAnsi="Calibri Light" w:cs="Calibri Light"/>
        </w:rPr>
        <w:t>Dans la négative, v</w:t>
      </w:r>
      <w:r w:rsidRPr="0054798D">
        <w:rPr>
          <w:rFonts w:ascii="Calibri Light" w:hAnsi="Calibri Light" w:cs="Calibri Light"/>
          <w:color w:val="000000"/>
        </w:rPr>
        <w:t>euillez justifier :</w:t>
      </w:r>
    </w:p>
    <w:p w14:paraId="689BA781" w14:textId="77777777" w:rsidR="00A702A4" w:rsidRPr="00612E8C" w:rsidRDefault="00A702A4" w:rsidP="00A702A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A702A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1B4DC654" w14:textId="22D9BA7B" w:rsidR="00E72914" w:rsidRPr="0054798D" w:rsidRDefault="00A702A4" w:rsidP="00C74373">
      <w:pPr>
        <w:pStyle w:val="Titre1"/>
      </w:pPr>
      <w:r>
        <w:t xml:space="preserve">SECTION 6 – </w:t>
      </w:r>
      <w:r w:rsidR="00E72914" w:rsidRPr="0054798D">
        <w:t>Confirmation de fin de projet</w:t>
      </w:r>
    </w:p>
    <w:p w14:paraId="15F58231" w14:textId="12311CE4" w:rsidR="00047A00" w:rsidRPr="0054798D" w:rsidRDefault="00391995" w:rsidP="00A702A4">
      <w:pPr>
        <w:pStyle w:val="isselectedend"/>
        <w:jc w:val="both"/>
        <w:rPr>
          <w:rFonts w:ascii="Calibri Light" w:hAnsi="Calibri Light" w:cs="Calibri Light"/>
          <w:color w:val="000000"/>
        </w:rPr>
      </w:pPr>
      <w:r w:rsidRPr="0054798D">
        <w:rPr>
          <w:rFonts w:ascii="Calibri Light" w:hAnsi="Calibri Light" w:cs="Calibri Light"/>
        </w:rPr>
        <w:fldChar w:fldCharType="begin">
          <w:ffData>
            <w:name w:val="Case à cocher23"/>
            <w:enabled/>
            <w:calcOnExit w:val="0"/>
            <w:checkBox>
              <w:sizeAuto/>
              <w:default w:val="0"/>
            </w:checkBox>
          </w:ffData>
        </w:fldChar>
      </w:r>
      <w:r w:rsidRPr="00A702A4">
        <w:rPr>
          <w:rFonts w:ascii="Calibri Light" w:hAnsi="Calibri Light" w:cs="Calibri Light"/>
        </w:rPr>
        <w:instrText xml:space="preserve"> FORMCHECKBOX </w:instrText>
      </w:r>
      <w:r w:rsidRPr="0054798D">
        <w:rPr>
          <w:rFonts w:ascii="Calibri Light" w:hAnsi="Calibri Light" w:cs="Calibri Light"/>
        </w:rPr>
      </w:r>
      <w:r w:rsidRPr="0054798D">
        <w:rPr>
          <w:rFonts w:ascii="Calibri Light" w:hAnsi="Calibri Light" w:cs="Calibri Light"/>
        </w:rPr>
        <w:fldChar w:fldCharType="separate"/>
      </w:r>
      <w:r w:rsidRPr="0054798D">
        <w:rPr>
          <w:rFonts w:ascii="Calibri Light" w:hAnsi="Calibri Light" w:cs="Calibri Light"/>
        </w:rPr>
        <w:fldChar w:fldCharType="end"/>
      </w:r>
      <w:r w:rsidRPr="0054798D">
        <w:rPr>
          <w:rFonts w:ascii="Calibri Light" w:hAnsi="Calibri Light" w:cs="Calibri Light"/>
        </w:rPr>
        <w:t xml:space="preserve"> </w:t>
      </w:r>
      <w:r w:rsidR="00047A00" w:rsidRPr="0054798D">
        <w:rPr>
          <w:rFonts w:ascii="Calibri Light" w:hAnsi="Calibri Light" w:cs="Calibri Light"/>
          <w:color w:val="000000"/>
        </w:rPr>
        <w:t>Je confirme que toutes les activités de recherche impliquant une interaction avec des personnes participantes sont terminées et qu’aucune autre activité de ce type n’est prévue dans le cadre de ce projet.</w:t>
      </w:r>
    </w:p>
    <w:p w14:paraId="4370082C" w14:textId="77777777" w:rsidR="00A702A4" w:rsidRDefault="00047A00" w:rsidP="00A702A4">
      <w:pPr>
        <w:pStyle w:val="isselectedend"/>
        <w:spacing w:after="0" w:afterAutospacing="0"/>
        <w:jc w:val="both"/>
        <w:rPr>
          <w:rFonts w:ascii="Calibri Light" w:hAnsi="Calibri Light" w:cs="Calibri Light"/>
          <w:color w:val="000000"/>
        </w:rPr>
      </w:pPr>
      <w:r w:rsidRPr="0054798D">
        <w:rPr>
          <w:rFonts w:ascii="Calibri Light" w:hAnsi="Calibri Light" w:cs="Calibri Light"/>
          <w:color w:val="000000"/>
        </w:rPr>
        <w:t>Note</w:t>
      </w:r>
      <w:r w:rsidR="00A702A4">
        <w:rPr>
          <w:rFonts w:ascii="Calibri Light" w:hAnsi="Calibri Light" w:cs="Calibri Light"/>
          <w:color w:val="000000"/>
        </w:rPr>
        <w:t>s</w:t>
      </w:r>
      <w:r w:rsidRPr="0054798D">
        <w:rPr>
          <w:rFonts w:ascii="Calibri Light" w:hAnsi="Calibri Light" w:cs="Calibri Light"/>
          <w:color w:val="000000"/>
        </w:rPr>
        <w:t xml:space="preserve"> : </w:t>
      </w:r>
    </w:p>
    <w:p w14:paraId="0FB28B67" w14:textId="77777777" w:rsidR="00A702A4" w:rsidRDefault="00047A00" w:rsidP="00A702A4">
      <w:pPr>
        <w:pStyle w:val="isselectedend"/>
        <w:numPr>
          <w:ilvl w:val="0"/>
          <w:numId w:val="18"/>
        </w:numPr>
        <w:jc w:val="both"/>
        <w:rPr>
          <w:rFonts w:ascii="Calibri Light" w:hAnsi="Calibri Light" w:cs="Calibri Light"/>
          <w:color w:val="000000"/>
        </w:rPr>
      </w:pPr>
      <w:r w:rsidRPr="0054798D">
        <w:rPr>
          <w:rFonts w:ascii="Calibri Light" w:hAnsi="Calibri Light" w:cs="Calibri Light"/>
          <w:color w:val="000000"/>
        </w:rPr>
        <w:t>Les activités de recherche impliquant une interaction avec les personnes participantes comprennent</w:t>
      </w:r>
      <w:r w:rsidR="003F0FCD" w:rsidRPr="0054798D">
        <w:rPr>
          <w:rFonts w:ascii="Calibri Light" w:hAnsi="Calibri Light" w:cs="Calibri Light"/>
          <w:color w:val="000000"/>
        </w:rPr>
        <w:t>,</w:t>
      </w:r>
      <w:r w:rsidRPr="0054798D">
        <w:rPr>
          <w:rFonts w:ascii="Calibri Light" w:hAnsi="Calibri Light" w:cs="Calibri Light"/>
          <w:color w:val="000000"/>
        </w:rPr>
        <w:t xml:space="preserve"> notamment</w:t>
      </w:r>
      <w:r w:rsidR="003F0FCD" w:rsidRPr="0054798D">
        <w:rPr>
          <w:rFonts w:ascii="Calibri Light" w:hAnsi="Calibri Light" w:cs="Calibri Light"/>
          <w:color w:val="000000"/>
        </w:rPr>
        <w:t>,</w:t>
      </w:r>
      <w:r w:rsidRPr="0054798D">
        <w:rPr>
          <w:rFonts w:ascii="Calibri Light" w:hAnsi="Calibri Light" w:cs="Calibri Light"/>
          <w:color w:val="000000"/>
        </w:rPr>
        <w:t xml:space="preserve"> le recrutement, la collecte de données, les activités de suivi ainsi que la transmission directe d’un rapport sommaire ou de toute autre information aux personnes participantes (p. ex., par courriel, téléphone ou autre moyen de communication).</w:t>
      </w:r>
    </w:p>
    <w:p w14:paraId="2A0E2D67" w14:textId="499FBA15" w:rsidR="001551D4" w:rsidRPr="00A702A4" w:rsidRDefault="00047A00" w:rsidP="00A702A4">
      <w:pPr>
        <w:pStyle w:val="isselectedend"/>
        <w:numPr>
          <w:ilvl w:val="0"/>
          <w:numId w:val="18"/>
        </w:numPr>
        <w:jc w:val="both"/>
        <w:rPr>
          <w:rFonts w:ascii="Calibri Light" w:hAnsi="Calibri Light" w:cs="Calibri Light"/>
          <w:color w:val="000000"/>
        </w:rPr>
      </w:pPr>
      <w:r w:rsidRPr="00A702A4">
        <w:rPr>
          <w:rFonts w:ascii="Calibri Light" w:hAnsi="Calibri Light" w:cs="Calibri Light"/>
          <w:color w:val="000000"/>
        </w:rPr>
        <w:t>Dans l’éventualité où de nouvelles activités nécessitant le recrutement ou la participation de personnes seraient envisagées dans le cadre de ce projet, une nouvelle demande d’évaluation éthique devra être soumise au CER.</w:t>
      </w:r>
    </w:p>
    <w:p w14:paraId="3D787A83" w14:textId="3AFF7642" w:rsidR="00152628" w:rsidRPr="00A702A4" w:rsidRDefault="00A702A4" w:rsidP="00A702A4">
      <w:pPr>
        <w:pStyle w:val="Titre1"/>
      </w:pPr>
      <w:r>
        <w:t>Section 7 – D</w:t>
      </w:r>
      <w:r w:rsidR="00047A00" w:rsidRPr="0054798D">
        <w:t>é</w:t>
      </w:r>
      <w:r w:rsidR="006A7A79" w:rsidRPr="0054798D">
        <w:t>claration d</w:t>
      </w:r>
      <w:r w:rsidR="00047A00" w:rsidRPr="0054798D">
        <w:t>e la personne</w:t>
      </w:r>
      <w:r w:rsidR="006A7A79" w:rsidRPr="0054798D">
        <w:t xml:space="preserve"> chercheur</w:t>
      </w:r>
      <w:r w:rsidR="00047A00" w:rsidRPr="0054798D">
        <w:t>e</w:t>
      </w:r>
    </w:p>
    <w:p w14:paraId="7331D731" w14:textId="7568A627" w:rsidR="00047A00" w:rsidRPr="0054798D" w:rsidRDefault="00152628" w:rsidP="00A702A4">
      <w:pPr>
        <w:jc w:val="both"/>
        <w:rPr>
          <w:rFonts w:ascii="Calibri Light" w:hAnsi="Calibri Light" w:cs="Calibri Light"/>
        </w:rPr>
      </w:pPr>
      <w:r w:rsidRPr="0054798D">
        <w:rPr>
          <w:rFonts w:ascii="Calibri Light" w:hAnsi="Calibri Light" w:cs="Calibri Light"/>
        </w:rPr>
        <w:fldChar w:fldCharType="begin">
          <w:ffData>
            <w:name w:val="Case à cocher24"/>
            <w:enabled/>
            <w:calcOnExit w:val="0"/>
            <w:checkBox>
              <w:sizeAuto/>
              <w:default w:val="0"/>
            </w:checkBox>
          </w:ffData>
        </w:fldChar>
      </w:r>
      <w:r w:rsidRPr="00A702A4">
        <w:rPr>
          <w:rFonts w:ascii="Calibri Light" w:hAnsi="Calibri Light" w:cs="Calibri Light"/>
        </w:rPr>
        <w:instrText xml:space="preserve"> FORMCHECKBOX </w:instrText>
      </w:r>
      <w:r w:rsidRPr="0054798D">
        <w:rPr>
          <w:rFonts w:ascii="Calibri Light" w:hAnsi="Calibri Light" w:cs="Calibri Light"/>
        </w:rPr>
      </w:r>
      <w:r w:rsidRPr="0054798D">
        <w:rPr>
          <w:rFonts w:ascii="Calibri Light" w:hAnsi="Calibri Light" w:cs="Calibri Light"/>
        </w:rPr>
        <w:fldChar w:fldCharType="separate"/>
      </w:r>
      <w:r w:rsidRPr="0054798D">
        <w:rPr>
          <w:rFonts w:ascii="Calibri Light" w:hAnsi="Calibri Light" w:cs="Calibri Light"/>
        </w:rPr>
        <w:fldChar w:fldCharType="end"/>
      </w:r>
      <w:r w:rsidRPr="0054798D">
        <w:rPr>
          <w:rFonts w:ascii="Calibri Light" w:hAnsi="Calibri Light" w:cs="Calibri Light"/>
        </w:rPr>
        <w:t xml:space="preserve"> </w:t>
      </w:r>
      <w:r w:rsidR="00047A00" w:rsidRPr="0054798D">
        <w:rPr>
          <w:rFonts w:ascii="Calibri Light" w:hAnsi="Calibri Light" w:cs="Calibri Light"/>
        </w:rPr>
        <w:t>Je certifie que les renseignements fournis dans le présent formulaire sont exacts et complets au meilleur de ma connaissance au moment de la déclaration.</w:t>
      </w:r>
    </w:p>
    <w:p w14:paraId="511EE949" w14:textId="77777777" w:rsidR="00A702A4" w:rsidRPr="00890E7B" w:rsidRDefault="00A702A4" w:rsidP="00A702A4">
      <w:pPr>
        <w:pStyle w:val="Titre2"/>
      </w:pPr>
      <w:r>
        <w:lastRenderedPageBreak/>
        <w:t>Signature</w:t>
      </w:r>
    </w:p>
    <w:p w14:paraId="273FB59E" w14:textId="34D0AE6A" w:rsidR="005F5FE5" w:rsidRPr="00A702A4" w:rsidRDefault="00A702A4" w:rsidP="00A702A4">
      <w:pPr>
        <w:tabs>
          <w:tab w:val="left" w:pos="7938"/>
        </w:tabs>
        <w:rPr>
          <w:rFonts w:ascii="Calibri Light" w:hAnsi="Calibri Light" w:cs="Calibri Light"/>
          <w:b/>
          <w:bCs/>
        </w:rPr>
      </w:pPr>
      <w:r>
        <w:rPr>
          <w:rFonts w:ascii="Calibri Light" w:hAnsi="Calibri Light" w:cs="Calibri Light"/>
        </w:rPr>
        <w:t>Inscrire votre nom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B519F4">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r w:rsidRPr="00890E7B">
        <w:rPr>
          <w:rFonts w:ascii="Calibri Light" w:hAnsi="Calibri Light" w:cs="Calibri Light"/>
        </w:rPr>
        <w:t xml:space="preserve"> </w:t>
      </w:r>
      <w:r>
        <w:rPr>
          <w:rFonts w:ascii="Calibri Light" w:hAnsi="Calibri Light" w:cs="Calibri Light"/>
        </w:rPr>
        <w:tab/>
        <w:t>Date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890E7B">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p>
    <w:sectPr w:rsidR="005F5FE5" w:rsidRPr="00A702A4" w:rsidSect="0054798D">
      <w:headerReference w:type="even" r:id="rId10"/>
      <w:headerReference w:type="default" r:id="rId11"/>
      <w:footerReference w:type="default" r:id="rId12"/>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9E38E4" w14:textId="77777777" w:rsidR="00AD75F3" w:rsidRDefault="00AD75F3" w:rsidP="00FC597B">
      <w:r>
        <w:separator/>
      </w:r>
    </w:p>
  </w:endnote>
  <w:endnote w:type="continuationSeparator" w:id="0">
    <w:p w14:paraId="4663D8CF" w14:textId="77777777" w:rsidR="00AD75F3" w:rsidRDefault="00AD75F3" w:rsidP="00FC5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AC5914" w14:textId="7325EE0A" w:rsidR="00527E29" w:rsidRPr="00527E29" w:rsidRDefault="00527E29" w:rsidP="00527E29">
    <w:pPr>
      <w:pStyle w:val="Pieddepage"/>
      <w:jc w:val="right"/>
      <w:rPr>
        <w:rFonts w:ascii="Calibri Light" w:hAnsi="Calibri Light" w:cs="Calibri Light"/>
        <w:sz w:val="20"/>
        <w:szCs w:val="20"/>
      </w:rPr>
    </w:pPr>
    <w:r w:rsidRPr="00750AA4">
      <w:rPr>
        <w:rFonts w:ascii="Calibri Light" w:hAnsi="Calibri Light" w:cs="Calibri Light"/>
        <w:sz w:val="20"/>
        <w:szCs w:val="20"/>
      </w:rPr>
      <w:t xml:space="preserve">© Université de Saint-Boniface, Comité d’éthique de la recherche, </w:t>
    </w:r>
    <w:r>
      <w:rPr>
        <w:rFonts w:ascii="Calibri Light" w:hAnsi="Calibri Light" w:cs="Calibri Light"/>
        <w:sz w:val="20"/>
        <w:szCs w:val="20"/>
      </w:rPr>
      <w:t>Août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BE7CE5" w14:textId="77777777" w:rsidR="00AD75F3" w:rsidRDefault="00AD75F3" w:rsidP="00FC597B">
      <w:r>
        <w:separator/>
      </w:r>
    </w:p>
  </w:footnote>
  <w:footnote w:type="continuationSeparator" w:id="0">
    <w:p w14:paraId="633DB91C" w14:textId="77777777" w:rsidR="00AD75F3" w:rsidRDefault="00AD75F3" w:rsidP="00FC5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598956107"/>
      <w:docPartObj>
        <w:docPartGallery w:val="Page Numbers (Top of Page)"/>
        <w:docPartUnique/>
      </w:docPartObj>
    </w:sdtPr>
    <w:sdtContent>
      <w:p w14:paraId="69E4C567" w14:textId="2E3CD0E3" w:rsidR="00C74373" w:rsidRDefault="00C74373" w:rsidP="00FE31E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4FE0104B" w14:textId="77777777" w:rsidR="00C74373" w:rsidRDefault="00C74373" w:rsidP="00C74373">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Fonts w:ascii="Calibri Light" w:hAnsi="Calibri Light" w:cs="Calibri Light"/>
      </w:rPr>
      <w:id w:val="1870175808"/>
      <w:docPartObj>
        <w:docPartGallery w:val="Page Numbers (Top of Page)"/>
        <w:docPartUnique/>
      </w:docPartObj>
    </w:sdtPr>
    <w:sdtContent>
      <w:p w14:paraId="1B301D87" w14:textId="34B3AA93" w:rsidR="00C74373" w:rsidRPr="00C74373" w:rsidRDefault="00C74373" w:rsidP="00C74373">
        <w:pPr>
          <w:pStyle w:val="En-tte"/>
          <w:framePr w:wrap="none" w:vAnchor="text" w:hAnchor="margin" w:xAlign="right" w:y="1"/>
          <w:rPr>
            <w:rStyle w:val="Numrodepage"/>
            <w:rFonts w:ascii="Calibri Light" w:hAnsi="Calibri Light" w:cs="Calibri Light"/>
          </w:rPr>
        </w:pPr>
        <w:r w:rsidRPr="00C74373">
          <w:rPr>
            <w:rStyle w:val="Numrodepage"/>
            <w:rFonts w:ascii="Calibri Light" w:hAnsi="Calibri Light" w:cs="Calibri Light"/>
          </w:rPr>
          <w:fldChar w:fldCharType="begin"/>
        </w:r>
        <w:r w:rsidRPr="00C74373">
          <w:rPr>
            <w:rStyle w:val="Numrodepage"/>
            <w:rFonts w:ascii="Calibri Light" w:hAnsi="Calibri Light" w:cs="Calibri Light"/>
          </w:rPr>
          <w:instrText xml:space="preserve"> PAGE </w:instrText>
        </w:r>
        <w:r w:rsidRPr="00C74373">
          <w:rPr>
            <w:rStyle w:val="Numrodepage"/>
            <w:rFonts w:ascii="Calibri Light" w:hAnsi="Calibri Light" w:cs="Calibri Light"/>
          </w:rPr>
          <w:fldChar w:fldCharType="separate"/>
        </w:r>
        <w:r w:rsidRPr="00C74373">
          <w:rPr>
            <w:rStyle w:val="Numrodepage"/>
            <w:rFonts w:ascii="Calibri Light" w:hAnsi="Calibri Light" w:cs="Calibri Light"/>
            <w:noProof/>
          </w:rPr>
          <w:t>1</w:t>
        </w:r>
        <w:r w:rsidRPr="00C74373">
          <w:rPr>
            <w:rStyle w:val="Numrodepage"/>
            <w:rFonts w:ascii="Calibri Light" w:hAnsi="Calibri Light" w:cs="Calibri Light"/>
          </w:rPr>
          <w:fldChar w:fldCharType="end"/>
        </w:r>
      </w:p>
    </w:sdtContent>
  </w:sdt>
  <w:p w14:paraId="1BDF872C" w14:textId="677FD57E" w:rsidR="00C74373" w:rsidRPr="00C74373" w:rsidRDefault="00C74373" w:rsidP="00C74373">
    <w:pPr>
      <w:pStyle w:val="En-tte"/>
      <w:ind w:right="360"/>
      <w:rPr>
        <w:rFonts w:ascii="Calibri Light" w:hAnsi="Calibri Light" w:cs="Calibri Light"/>
      </w:rPr>
    </w:pPr>
    <w:r w:rsidRPr="00C74373">
      <w:rPr>
        <w:rFonts w:ascii="Calibri Light" w:hAnsi="Calibri Light" w:cs="Calibri Light"/>
      </w:rPr>
      <w:t>RAPPORT 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2B1343D3"/>
    <w:multiLevelType w:val="hybridMultilevel"/>
    <w:tmpl w:val="7CEE1CA2"/>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0" w15:restartNumberingAfterBreak="0">
    <w:nsid w:val="574375DF"/>
    <w:multiLevelType w:val="multilevel"/>
    <w:tmpl w:val="7772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495775"/>
    <w:multiLevelType w:val="hybridMultilevel"/>
    <w:tmpl w:val="EE56E470"/>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2" w15:restartNumberingAfterBreak="0">
    <w:nsid w:val="58631916"/>
    <w:multiLevelType w:val="hybridMultilevel"/>
    <w:tmpl w:val="2A3833A6"/>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66CD1953"/>
    <w:multiLevelType w:val="hybridMultilevel"/>
    <w:tmpl w:val="741CE1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6B3762C1"/>
    <w:multiLevelType w:val="hybridMultilevel"/>
    <w:tmpl w:val="C9EC198E"/>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75C12F16"/>
    <w:multiLevelType w:val="multilevel"/>
    <w:tmpl w:val="5842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BD050C"/>
    <w:multiLevelType w:val="hybridMultilevel"/>
    <w:tmpl w:val="A1D2A5AA"/>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15:restartNumberingAfterBreak="0">
    <w:nsid w:val="7D545634"/>
    <w:multiLevelType w:val="hybridMultilevel"/>
    <w:tmpl w:val="45AA0D4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400441080">
    <w:abstractNumId w:val="8"/>
  </w:num>
  <w:num w:numId="2" w16cid:durableId="904800533">
    <w:abstractNumId w:val="6"/>
  </w:num>
  <w:num w:numId="3" w16cid:durableId="787312538">
    <w:abstractNumId w:val="5"/>
  </w:num>
  <w:num w:numId="4" w16cid:durableId="1138763949">
    <w:abstractNumId w:val="4"/>
  </w:num>
  <w:num w:numId="5" w16cid:durableId="540171644">
    <w:abstractNumId w:val="7"/>
  </w:num>
  <w:num w:numId="6" w16cid:durableId="696010622">
    <w:abstractNumId w:val="3"/>
  </w:num>
  <w:num w:numId="7" w16cid:durableId="1822427501">
    <w:abstractNumId w:val="2"/>
  </w:num>
  <w:num w:numId="8" w16cid:durableId="1253588527">
    <w:abstractNumId w:val="1"/>
  </w:num>
  <w:num w:numId="9" w16cid:durableId="460615875">
    <w:abstractNumId w:val="0"/>
  </w:num>
  <w:num w:numId="10" w16cid:durableId="1748068068">
    <w:abstractNumId w:val="10"/>
  </w:num>
  <w:num w:numId="11" w16cid:durableId="341468840">
    <w:abstractNumId w:val="15"/>
  </w:num>
  <w:num w:numId="12" w16cid:durableId="408574657">
    <w:abstractNumId w:val="13"/>
  </w:num>
  <w:num w:numId="13" w16cid:durableId="1816872738">
    <w:abstractNumId w:val="17"/>
  </w:num>
  <w:num w:numId="14" w16cid:durableId="604659624">
    <w:abstractNumId w:val="14"/>
  </w:num>
  <w:num w:numId="15" w16cid:durableId="1173031311">
    <w:abstractNumId w:val="12"/>
  </w:num>
  <w:num w:numId="16" w16cid:durableId="1788885193">
    <w:abstractNumId w:val="9"/>
  </w:num>
  <w:num w:numId="17" w16cid:durableId="714546900">
    <w:abstractNumId w:val="11"/>
  </w:num>
  <w:num w:numId="18" w16cid:durableId="1363507244">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ocumentProtection w:edit="forms" w:enforcement="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B84"/>
    <w:rsid w:val="00021E8C"/>
    <w:rsid w:val="00034616"/>
    <w:rsid w:val="00035828"/>
    <w:rsid w:val="00047A00"/>
    <w:rsid w:val="0006063C"/>
    <w:rsid w:val="00066163"/>
    <w:rsid w:val="000769B2"/>
    <w:rsid w:val="000E429E"/>
    <w:rsid w:val="000F2601"/>
    <w:rsid w:val="0015074B"/>
    <w:rsid w:val="00152628"/>
    <w:rsid w:val="001551D4"/>
    <w:rsid w:val="00156869"/>
    <w:rsid w:val="00156B97"/>
    <w:rsid w:val="00171691"/>
    <w:rsid w:val="00172949"/>
    <w:rsid w:val="001B2D13"/>
    <w:rsid w:val="001D23C0"/>
    <w:rsid w:val="00213EC5"/>
    <w:rsid w:val="002339CC"/>
    <w:rsid w:val="00250845"/>
    <w:rsid w:val="00285434"/>
    <w:rsid w:val="0029639D"/>
    <w:rsid w:val="002A4CCC"/>
    <w:rsid w:val="002B385D"/>
    <w:rsid w:val="002E5808"/>
    <w:rsid w:val="00326B1A"/>
    <w:rsid w:val="00326F90"/>
    <w:rsid w:val="003806D2"/>
    <w:rsid w:val="003852FC"/>
    <w:rsid w:val="00391995"/>
    <w:rsid w:val="003A5EB1"/>
    <w:rsid w:val="003C1B5A"/>
    <w:rsid w:val="003C292C"/>
    <w:rsid w:val="003C6FB6"/>
    <w:rsid w:val="003D3A30"/>
    <w:rsid w:val="003E0DB2"/>
    <w:rsid w:val="003E3B61"/>
    <w:rsid w:val="003F0FCD"/>
    <w:rsid w:val="003F77B4"/>
    <w:rsid w:val="00401BA5"/>
    <w:rsid w:val="0046442E"/>
    <w:rsid w:val="004665A3"/>
    <w:rsid w:val="00516617"/>
    <w:rsid w:val="00524185"/>
    <w:rsid w:val="00525EE3"/>
    <w:rsid w:val="00527E29"/>
    <w:rsid w:val="0054798D"/>
    <w:rsid w:val="00555033"/>
    <w:rsid w:val="00574246"/>
    <w:rsid w:val="005748AF"/>
    <w:rsid w:val="00581D2A"/>
    <w:rsid w:val="005A3ED2"/>
    <w:rsid w:val="005C386E"/>
    <w:rsid w:val="005F32E7"/>
    <w:rsid w:val="005F5FE5"/>
    <w:rsid w:val="00612E8C"/>
    <w:rsid w:val="006137EE"/>
    <w:rsid w:val="0061605E"/>
    <w:rsid w:val="0064136F"/>
    <w:rsid w:val="00656D11"/>
    <w:rsid w:val="006A7A79"/>
    <w:rsid w:val="006B1EDD"/>
    <w:rsid w:val="006B5366"/>
    <w:rsid w:val="006D6E2E"/>
    <w:rsid w:val="00704B36"/>
    <w:rsid w:val="0072063A"/>
    <w:rsid w:val="00741867"/>
    <w:rsid w:val="0074491A"/>
    <w:rsid w:val="0075523C"/>
    <w:rsid w:val="00775B00"/>
    <w:rsid w:val="008011AA"/>
    <w:rsid w:val="00812EEF"/>
    <w:rsid w:val="00826F8C"/>
    <w:rsid w:val="00850AD1"/>
    <w:rsid w:val="00875B67"/>
    <w:rsid w:val="00880255"/>
    <w:rsid w:val="008814F5"/>
    <w:rsid w:val="00883375"/>
    <w:rsid w:val="00895505"/>
    <w:rsid w:val="008E46C7"/>
    <w:rsid w:val="008F0568"/>
    <w:rsid w:val="008F1751"/>
    <w:rsid w:val="008F63D9"/>
    <w:rsid w:val="00940D12"/>
    <w:rsid w:val="00962815"/>
    <w:rsid w:val="00972177"/>
    <w:rsid w:val="009836FC"/>
    <w:rsid w:val="00983EB0"/>
    <w:rsid w:val="009C52DB"/>
    <w:rsid w:val="009C62B1"/>
    <w:rsid w:val="00A45132"/>
    <w:rsid w:val="00A702A4"/>
    <w:rsid w:val="00AA1D8D"/>
    <w:rsid w:val="00AA4D8A"/>
    <w:rsid w:val="00AD75F3"/>
    <w:rsid w:val="00B4234F"/>
    <w:rsid w:val="00B45414"/>
    <w:rsid w:val="00B46264"/>
    <w:rsid w:val="00B47730"/>
    <w:rsid w:val="00B6114D"/>
    <w:rsid w:val="00B8108D"/>
    <w:rsid w:val="00B97543"/>
    <w:rsid w:val="00BC0BB6"/>
    <w:rsid w:val="00BE08DB"/>
    <w:rsid w:val="00BE6B2E"/>
    <w:rsid w:val="00C11F4B"/>
    <w:rsid w:val="00C40BA6"/>
    <w:rsid w:val="00C55B00"/>
    <w:rsid w:val="00C74373"/>
    <w:rsid w:val="00CB0664"/>
    <w:rsid w:val="00CD0E64"/>
    <w:rsid w:val="00CE2F34"/>
    <w:rsid w:val="00CE345E"/>
    <w:rsid w:val="00CE75F4"/>
    <w:rsid w:val="00D11665"/>
    <w:rsid w:val="00D642A9"/>
    <w:rsid w:val="00D95AAC"/>
    <w:rsid w:val="00D97B6D"/>
    <w:rsid w:val="00DA04D4"/>
    <w:rsid w:val="00DD3577"/>
    <w:rsid w:val="00DD44F1"/>
    <w:rsid w:val="00E15A74"/>
    <w:rsid w:val="00E312BE"/>
    <w:rsid w:val="00E623B9"/>
    <w:rsid w:val="00E625AD"/>
    <w:rsid w:val="00E72914"/>
    <w:rsid w:val="00EF7985"/>
    <w:rsid w:val="00F07035"/>
    <w:rsid w:val="00F10947"/>
    <w:rsid w:val="00F4612A"/>
    <w:rsid w:val="00F51ED1"/>
    <w:rsid w:val="00F56DAC"/>
    <w:rsid w:val="00F80938"/>
    <w:rsid w:val="00FC597B"/>
    <w:rsid w:val="00FC693F"/>
    <w:rsid w:val="00FF08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6F9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8A"/>
    <w:pPr>
      <w:spacing w:after="0" w:line="240" w:lineRule="auto"/>
    </w:pPr>
    <w:rPr>
      <w:rFonts w:ascii="Times New Roman" w:eastAsia="Times New Roman" w:hAnsi="Times New Roman" w:cs="Times New Roman"/>
      <w:sz w:val="24"/>
      <w:szCs w:val="24"/>
      <w:lang w:val="fr-CA" w:eastAsia="fr-CA"/>
    </w:rPr>
  </w:style>
  <w:style w:type="paragraph" w:styleId="Titre1">
    <w:name w:val="heading 1"/>
    <w:basedOn w:val="Normal"/>
    <w:next w:val="Normal"/>
    <w:link w:val="Titre1Car"/>
    <w:uiPriority w:val="9"/>
    <w:qFormat/>
    <w:rsid w:val="00C74373"/>
    <w:pPr>
      <w:keepNext/>
      <w:keepLines/>
      <w:pBdr>
        <w:top w:val="single" w:sz="4" w:space="1" w:color="auto"/>
        <w:left w:val="single" w:sz="4" w:space="4" w:color="auto"/>
        <w:bottom w:val="single" w:sz="4" w:space="1" w:color="auto"/>
        <w:right w:val="single" w:sz="4" w:space="4" w:color="auto"/>
      </w:pBdr>
      <w:shd w:val="clear" w:color="auto" w:fill="C6D9F1" w:themeFill="text2" w:themeFillTint="33"/>
      <w:spacing w:before="240" w:after="240"/>
      <w:jc w:val="center"/>
      <w:outlineLvl w:val="0"/>
    </w:pPr>
    <w:rPr>
      <w:rFonts w:ascii="Calibri Light" w:eastAsiaTheme="majorEastAsia" w:hAnsi="Calibri Light" w:cs="Calibri Light"/>
      <w:b/>
      <w:bCs/>
      <w:caps/>
      <w:color w:val="365F91" w:themeColor="accent1" w:themeShade="BF"/>
      <w:sz w:val="32"/>
      <w:szCs w:val="32"/>
    </w:rPr>
  </w:style>
  <w:style w:type="paragraph" w:styleId="Titre2">
    <w:name w:val="heading 2"/>
    <w:basedOn w:val="Normal"/>
    <w:next w:val="Normal"/>
    <w:link w:val="Titre2Car"/>
    <w:uiPriority w:val="9"/>
    <w:unhideWhenUsed/>
    <w:qFormat/>
    <w:rsid w:val="00C74373"/>
    <w:pPr>
      <w:keepNext/>
      <w:keepLines/>
      <w:spacing w:before="120" w:after="120"/>
      <w:outlineLvl w:val="1"/>
    </w:pPr>
    <w:rPr>
      <w:rFonts w:ascii="Calibri Light" w:eastAsiaTheme="majorEastAsia" w:hAnsi="Calibri Light" w:cs="Calibri Light"/>
      <w:b/>
      <w:bCs/>
      <w:color w:val="003D6A"/>
      <w:sz w:val="28"/>
      <w:szCs w:val="28"/>
    </w:rPr>
  </w:style>
  <w:style w:type="paragraph" w:styleId="Titre3">
    <w:name w:val="heading 3"/>
    <w:basedOn w:val="Normal"/>
    <w:next w:val="Normal"/>
    <w:link w:val="Titre3Car"/>
    <w:uiPriority w:val="9"/>
    <w:unhideWhenUsed/>
    <w:qFormat/>
    <w:rsid w:val="00C74373"/>
    <w:pPr>
      <w:keepNext/>
      <w:keepLines/>
      <w:spacing w:before="120" w:after="120"/>
      <w:outlineLvl w:val="2"/>
    </w:pPr>
    <w:rPr>
      <w:rFonts w:ascii="Calibri Light" w:eastAsiaTheme="majorEastAsia" w:hAnsi="Calibri Light" w:cs="Calibri Light"/>
      <w:i/>
      <w:iCs/>
      <w:color w:val="003D6A"/>
      <w:sz w:val="28"/>
      <w:szCs w:val="28"/>
    </w:rPr>
  </w:style>
  <w:style w:type="paragraph" w:styleId="Titre4">
    <w:name w:val="heading 4"/>
    <w:basedOn w:val="Normal"/>
    <w:next w:val="Normal"/>
    <w:link w:val="Titre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C74373"/>
    <w:rPr>
      <w:rFonts w:ascii="Calibri Light" w:eastAsiaTheme="majorEastAsia" w:hAnsi="Calibri Light" w:cs="Calibri Light"/>
      <w:b/>
      <w:bCs/>
      <w:caps/>
      <w:color w:val="365F91" w:themeColor="accent1" w:themeShade="BF"/>
      <w:sz w:val="32"/>
      <w:szCs w:val="32"/>
      <w:shd w:val="clear" w:color="auto" w:fill="C6D9F1" w:themeFill="text2" w:themeFillTint="33"/>
      <w:lang w:val="fr-CA" w:eastAsia="fr-CA"/>
    </w:rPr>
  </w:style>
  <w:style w:type="character" w:customStyle="1" w:styleId="Titre2Car">
    <w:name w:val="Titre 2 Car"/>
    <w:basedOn w:val="Policepardfaut"/>
    <w:link w:val="Titre2"/>
    <w:uiPriority w:val="9"/>
    <w:rsid w:val="00C74373"/>
    <w:rPr>
      <w:rFonts w:ascii="Calibri Light" w:eastAsiaTheme="majorEastAsia" w:hAnsi="Calibri Light" w:cs="Calibri Light"/>
      <w:b/>
      <w:bCs/>
      <w:color w:val="003D6A"/>
      <w:sz w:val="28"/>
      <w:szCs w:val="28"/>
      <w:lang w:val="fr-CA" w:eastAsia="fr-CA"/>
    </w:rPr>
  </w:style>
  <w:style w:type="character" w:customStyle="1" w:styleId="Titre3Car">
    <w:name w:val="Titre 3 Car"/>
    <w:basedOn w:val="Policepardfaut"/>
    <w:link w:val="Titre3"/>
    <w:uiPriority w:val="9"/>
    <w:rsid w:val="00C74373"/>
    <w:rPr>
      <w:rFonts w:ascii="Calibri Light" w:eastAsiaTheme="majorEastAsia" w:hAnsi="Calibri Light" w:cs="Calibri Light"/>
      <w:i/>
      <w:iCs/>
      <w:color w:val="003D6A"/>
      <w:sz w:val="28"/>
      <w:szCs w:val="28"/>
      <w:lang w:val="fr-CA" w:eastAsia="fr-CA"/>
    </w:rPr>
  </w:style>
  <w:style w:type="paragraph" w:styleId="Titre">
    <w:name w:val="Title"/>
    <w:basedOn w:val="Normal"/>
    <w:next w:val="Normal"/>
    <w:link w:val="Titre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80255"/>
    <w:pPr>
      <w:spacing w:before="100" w:beforeAutospacing="1" w:after="100" w:afterAutospacing="1"/>
    </w:pPr>
  </w:style>
  <w:style w:type="character" w:customStyle="1" w:styleId="apple-converted-space">
    <w:name w:val="apple-converted-space"/>
    <w:basedOn w:val="Policepardfaut"/>
    <w:rsid w:val="000769B2"/>
  </w:style>
  <w:style w:type="character" w:styleId="Marquedecommentaire">
    <w:name w:val="annotation reference"/>
    <w:basedOn w:val="Policepardfaut"/>
    <w:uiPriority w:val="99"/>
    <w:semiHidden/>
    <w:unhideWhenUsed/>
    <w:rsid w:val="00E623B9"/>
    <w:rPr>
      <w:sz w:val="16"/>
      <w:szCs w:val="16"/>
    </w:rPr>
  </w:style>
  <w:style w:type="paragraph" w:styleId="Commentaire">
    <w:name w:val="annotation text"/>
    <w:basedOn w:val="Normal"/>
    <w:link w:val="CommentaireCar"/>
    <w:uiPriority w:val="99"/>
    <w:unhideWhenUsed/>
    <w:rsid w:val="00E623B9"/>
    <w:rPr>
      <w:sz w:val="20"/>
      <w:szCs w:val="20"/>
    </w:rPr>
  </w:style>
  <w:style w:type="character" w:customStyle="1" w:styleId="CommentaireCar">
    <w:name w:val="Commentaire Car"/>
    <w:basedOn w:val="Policepardfaut"/>
    <w:link w:val="Commentaire"/>
    <w:uiPriority w:val="99"/>
    <w:rsid w:val="00E623B9"/>
    <w:rPr>
      <w:rFonts w:ascii="Times New Roman" w:eastAsia="Times New Roman" w:hAnsi="Times New Roman" w:cs="Times New Roman"/>
      <w:sz w:val="20"/>
      <w:szCs w:val="20"/>
      <w:lang w:val="fr-CA" w:eastAsia="fr-CA"/>
    </w:rPr>
  </w:style>
  <w:style w:type="paragraph" w:styleId="Objetducommentaire">
    <w:name w:val="annotation subject"/>
    <w:basedOn w:val="Commentaire"/>
    <w:next w:val="Commentaire"/>
    <w:link w:val="ObjetducommentaireCar"/>
    <w:uiPriority w:val="99"/>
    <w:semiHidden/>
    <w:unhideWhenUsed/>
    <w:rsid w:val="00E623B9"/>
    <w:rPr>
      <w:b/>
      <w:bCs/>
    </w:rPr>
  </w:style>
  <w:style w:type="character" w:customStyle="1" w:styleId="ObjetducommentaireCar">
    <w:name w:val="Objet du commentaire Car"/>
    <w:basedOn w:val="CommentaireCar"/>
    <w:link w:val="Objetducommentaire"/>
    <w:uiPriority w:val="99"/>
    <w:semiHidden/>
    <w:rsid w:val="00E623B9"/>
    <w:rPr>
      <w:rFonts w:ascii="Times New Roman" w:eastAsia="Times New Roman" w:hAnsi="Times New Roman" w:cs="Times New Roman"/>
      <w:b/>
      <w:bCs/>
      <w:sz w:val="20"/>
      <w:szCs w:val="20"/>
      <w:lang w:val="fr-CA" w:eastAsia="fr-CA"/>
    </w:rPr>
  </w:style>
  <w:style w:type="paragraph" w:styleId="Rvision">
    <w:name w:val="Revision"/>
    <w:hidden/>
    <w:uiPriority w:val="99"/>
    <w:semiHidden/>
    <w:rsid w:val="00E623B9"/>
    <w:pPr>
      <w:spacing w:after="0" w:line="240" w:lineRule="auto"/>
    </w:pPr>
    <w:rPr>
      <w:rFonts w:ascii="Times New Roman" w:eastAsia="Times New Roman" w:hAnsi="Times New Roman" w:cs="Times New Roman"/>
      <w:sz w:val="24"/>
      <w:szCs w:val="24"/>
      <w:lang w:val="fr-CA" w:eastAsia="fr-CA"/>
    </w:rPr>
  </w:style>
  <w:style w:type="paragraph" w:customStyle="1" w:styleId="isselectedend">
    <w:name w:val="isselectedend"/>
    <w:basedOn w:val="Normal"/>
    <w:rsid w:val="00047A00"/>
    <w:pPr>
      <w:spacing w:before="100" w:beforeAutospacing="1" w:after="100" w:afterAutospacing="1"/>
    </w:pPr>
  </w:style>
  <w:style w:type="character" w:styleId="Numrodepage">
    <w:name w:val="page number"/>
    <w:basedOn w:val="Policepardfaut"/>
    <w:uiPriority w:val="99"/>
    <w:semiHidden/>
    <w:unhideWhenUsed/>
    <w:rsid w:val="00C74373"/>
  </w:style>
  <w:style w:type="character" w:styleId="Hyperlien">
    <w:name w:val="Hyperlink"/>
    <w:basedOn w:val="Policepardfaut"/>
    <w:uiPriority w:val="99"/>
    <w:unhideWhenUsed/>
    <w:rsid w:val="00A702A4"/>
    <w:rPr>
      <w:color w:val="0000FF" w:themeColor="hyperlink"/>
      <w:u w:val="single"/>
    </w:rPr>
  </w:style>
  <w:style w:type="character" w:styleId="Mentionnonrsolue">
    <w:name w:val="Unresolved Mention"/>
    <w:basedOn w:val="Policepardfaut"/>
    <w:uiPriority w:val="99"/>
    <w:semiHidden/>
    <w:unhideWhenUsed/>
    <w:rsid w:val="00A70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tboniface.ca/sites/default/files/2026-09/Formulaire-pour-signaler-des-evenements-imprevus-ou-de-nouveaux-risques.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Rapport_final_CER_Aout2026.dotx</Template>
  <TotalTime>0</TotalTime>
  <Pages>5</Pages>
  <Words>925</Words>
  <Characters>5090</Characters>
  <Application>Microsoft Office Word</Application>
  <DocSecurity>0</DocSecurity>
  <Lines>42</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6003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Marie-Elaine Desmarais</cp:lastModifiedBy>
  <cp:revision>2</cp:revision>
  <dcterms:created xsi:type="dcterms:W3CDTF">2026-09-23T15:56:00Z</dcterms:created>
  <dcterms:modified xsi:type="dcterms:W3CDTF">2026-09-23T15:56:00Z</dcterms:modified>
  <cp:category/>
</cp:coreProperties>
</file>