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0A8AF3" w14:textId="72816105" w:rsidR="009F01E8" w:rsidRDefault="009F01E8" w:rsidP="009F01E8">
      <w:pPr>
        <w:spacing w:before="120" w:after="120"/>
        <w:jc w:val="center"/>
        <w:rPr>
          <w:rFonts w:ascii="Calibri Light" w:hAnsi="Calibri Light" w:cs="Calibri Light"/>
          <w:color w:val="000000"/>
        </w:rPr>
      </w:pPr>
      <w:r w:rsidRPr="00750AA4">
        <w:rPr>
          <w:rFonts w:ascii="Calibri Light" w:eastAsiaTheme="minorEastAsia" w:hAnsi="Calibri Light" w:cs="Calibri Light"/>
          <w:b/>
          <w:bCs/>
          <w:caps/>
          <w:noProof/>
          <w:color w:val="003E6A"/>
          <w:sz w:val="36"/>
          <w:szCs w:val="36"/>
          <w:lang w:eastAsia="en-US"/>
        </w:rPr>
        <w:drawing>
          <wp:anchor distT="0" distB="0" distL="114300" distR="114300" simplePos="0" relativeHeight="251659264" behindDoc="1" locked="0" layoutInCell="1" allowOverlap="1" wp14:anchorId="6236E1CB" wp14:editId="5560F29F">
            <wp:simplePos x="0" y="0"/>
            <wp:positionH relativeFrom="column">
              <wp:posOffset>-197485</wp:posOffset>
            </wp:positionH>
            <wp:positionV relativeFrom="paragraph">
              <wp:posOffset>98</wp:posOffset>
            </wp:positionV>
            <wp:extent cx="1511935" cy="387350"/>
            <wp:effectExtent l="0" t="0" r="0" b="6350"/>
            <wp:wrapTopAndBottom/>
            <wp:docPr id="1" name="Image 1" descr="Logo de l’Université de Saint-Boni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de l’Université de Saint-Boniface"/>
                    <pic:cNvPicPr/>
                  </pic:nvPicPr>
                  <pic:blipFill>
                    <a:blip r:embed="rId8"/>
                    <a:stretch>
                      <a:fillRect/>
                    </a:stretch>
                  </pic:blipFill>
                  <pic:spPr>
                    <a:xfrm>
                      <a:off x="0" y="0"/>
                      <a:ext cx="1511935" cy="387350"/>
                    </a:xfrm>
                    <a:prstGeom prst="rect">
                      <a:avLst/>
                    </a:prstGeom>
                  </pic:spPr>
                </pic:pic>
              </a:graphicData>
            </a:graphic>
            <wp14:sizeRelH relativeFrom="page">
              <wp14:pctWidth>0</wp14:pctWidth>
            </wp14:sizeRelH>
            <wp14:sizeRelV relativeFrom="page">
              <wp14:pctHeight>0</wp14:pctHeight>
            </wp14:sizeRelV>
          </wp:anchor>
        </w:drawing>
      </w:r>
      <w:r>
        <w:rPr>
          <w:rFonts w:ascii="Calibri Light" w:eastAsiaTheme="minorEastAsia" w:hAnsi="Calibri Light" w:cs="Calibri Light"/>
          <w:b/>
          <w:bCs/>
          <w:caps/>
          <w:color w:val="003E6A"/>
          <w:sz w:val="36"/>
          <w:szCs w:val="36"/>
          <w:lang w:eastAsia="en-US"/>
        </w:rPr>
        <w:t>Demande D’amendement</w:t>
      </w:r>
    </w:p>
    <w:p w14:paraId="70BE9F03" w14:textId="33034212" w:rsidR="009F01E8" w:rsidRPr="009F01E8" w:rsidRDefault="009F01E8" w:rsidP="009F01E8">
      <w:pPr>
        <w:spacing w:before="120" w:after="120"/>
        <w:jc w:val="both"/>
        <w:rPr>
          <w:rFonts w:ascii="Calibri Light" w:eastAsiaTheme="minorEastAsia" w:hAnsi="Calibri Light" w:cs="Calibri Light"/>
          <w:caps/>
          <w:color w:val="003E6A"/>
          <w:lang w:eastAsia="en-US"/>
        </w:rPr>
      </w:pPr>
      <w:r w:rsidRPr="009F01E8">
        <w:rPr>
          <w:rFonts w:ascii="Calibri Light" w:hAnsi="Calibri Light" w:cs="Calibri Light"/>
          <w:color w:val="000000"/>
        </w:rPr>
        <w:t xml:space="preserve">Toute modification au protocole de recherche approuvé doit être soumise au Comité d’éthique de la recherche (CER) et approuvée avant sa mise en œuvre, sauf si un changement immédiat est nécessaire pour assurer la sécurité ou le bien-être des </w:t>
      </w:r>
      <w:proofErr w:type="spellStart"/>
      <w:r w:rsidRPr="009F01E8">
        <w:rPr>
          <w:rFonts w:ascii="Calibri Light" w:hAnsi="Calibri Light" w:cs="Calibri Light"/>
          <w:color w:val="000000"/>
        </w:rPr>
        <w:t>participant·e·s</w:t>
      </w:r>
      <w:proofErr w:type="spellEnd"/>
      <w:r w:rsidRPr="009F01E8">
        <w:rPr>
          <w:rFonts w:ascii="Calibri Light" w:hAnsi="Calibri Light" w:cs="Calibri Light"/>
          <w:color w:val="000000"/>
        </w:rPr>
        <w:t>.</w:t>
      </w:r>
    </w:p>
    <w:p w14:paraId="194BC587" w14:textId="5BAE5FDF" w:rsidR="009F01E8" w:rsidRPr="00206648" w:rsidRDefault="009F01E8" w:rsidP="00206648">
      <w:pPr>
        <w:pStyle w:val="Titre1"/>
      </w:pPr>
      <w:r w:rsidRPr="00206648">
        <w:t>Section 1 – Informations du projet</w:t>
      </w:r>
    </w:p>
    <w:p w14:paraId="1DA59F32" w14:textId="75D8F66F" w:rsidR="009F01E8" w:rsidRPr="009F01E8" w:rsidRDefault="009F01E8" w:rsidP="00206648">
      <w:pPr>
        <w:pStyle w:val="Titre2"/>
      </w:pPr>
      <w:r w:rsidRPr="009F01E8">
        <w:t>1. 1. Titre du projet de recherche</w:t>
      </w:r>
    </w:p>
    <w:p w14:paraId="1AAE0E48" w14:textId="77777777" w:rsidR="009F01E8" w:rsidRPr="00AE5AC9" w:rsidRDefault="009F01E8" w:rsidP="009F01E8">
      <w:pPr>
        <w:rPr>
          <w:rFonts w:ascii="Calibri Light" w:hAnsi="Calibri Light" w:cs="Calibri Light"/>
        </w:rPr>
      </w:pPr>
      <w:r w:rsidRPr="00AE5AC9">
        <w:rPr>
          <w:rFonts w:ascii="Calibri Light" w:hAnsi="Calibri Light" w:cs="Calibri Light"/>
        </w:rPr>
        <w:t xml:space="preserve">Inscrire le titre : </w:t>
      </w:r>
    </w:p>
    <w:p w14:paraId="2266B341"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bookmarkStart w:id="0" w:name="Texte1"/>
      <w:r w:rsidRPr="000D1197">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bookmarkEnd w:id="0"/>
    </w:p>
    <w:p w14:paraId="58F788F2" w14:textId="77777777" w:rsidR="009F01E8" w:rsidRPr="00AE5AC9" w:rsidRDefault="009F01E8" w:rsidP="009F01E8">
      <w:pPr>
        <w:spacing w:before="240"/>
        <w:rPr>
          <w:rFonts w:ascii="Calibri Light" w:hAnsi="Calibri Light" w:cs="Calibri Light"/>
        </w:rPr>
      </w:pPr>
      <w:r w:rsidRPr="00AE5AC9">
        <w:rPr>
          <w:rFonts w:ascii="Calibri Light" w:hAnsi="Calibri Light" w:cs="Calibri Light"/>
        </w:rPr>
        <w:t xml:space="preserve">Inscrire le </w:t>
      </w:r>
      <w:r>
        <w:rPr>
          <w:rFonts w:ascii="Calibri Light" w:hAnsi="Calibri Light" w:cs="Calibri Light"/>
        </w:rPr>
        <w:t>numéro de certificat éthique</w:t>
      </w:r>
      <w:r w:rsidRPr="00AE5AC9">
        <w:rPr>
          <w:rFonts w:ascii="Calibri Light" w:hAnsi="Calibri Light" w:cs="Calibri Light"/>
        </w:rPr>
        <w:t xml:space="preserve"> : </w:t>
      </w:r>
    </w:p>
    <w:p w14:paraId="2B4D9EEE"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AE5AC9">
        <w:rPr>
          <w:rFonts w:ascii="Calibri Light" w:hAnsi="Calibri Light" w:cs="Calibri Light"/>
        </w:rPr>
        <w:fldChar w:fldCharType="begin">
          <w:ffData>
            <w:name w:val="Texte1"/>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noProof/>
        </w:rPr>
        <w:t> </w:t>
      </w:r>
      <w:r w:rsidRPr="00AE5AC9">
        <w:rPr>
          <w:rFonts w:ascii="Calibri Light" w:hAnsi="Calibri Light" w:cs="Calibri Light"/>
        </w:rPr>
        <w:fldChar w:fldCharType="end"/>
      </w:r>
    </w:p>
    <w:p w14:paraId="5BD6E355" w14:textId="77777777" w:rsidR="009F01E8" w:rsidRPr="009F01E8" w:rsidRDefault="009F01E8" w:rsidP="00564C67">
      <w:pPr>
        <w:pStyle w:val="Titre3"/>
      </w:pPr>
      <w:r w:rsidRPr="009F01E8">
        <w:t>1. 1 .1. Type de recherche</w:t>
      </w:r>
    </w:p>
    <w:p w14:paraId="5DDC09AC"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Recherche d’</w:t>
      </w:r>
      <w:proofErr w:type="spellStart"/>
      <w:r w:rsidRPr="00AE5AC9">
        <w:rPr>
          <w:rFonts w:ascii="Calibri Light" w:hAnsi="Calibri Light" w:cs="Calibri Light"/>
        </w:rPr>
        <w:t>un·e</w:t>
      </w:r>
      <w:proofErr w:type="spellEnd"/>
      <w:r w:rsidRPr="00AE5AC9">
        <w:rPr>
          <w:rFonts w:ascii="Calibri Light" w:hAnsi="Calibri Light" w:cs="Calibri Light"/>
        </w:rPr>
        <w:t xml:space="preserve"> membre du corps professoral </w:t>
      </w:r>
      <w:r w:rsidRPr="00AE5AC9">
        <w:rPr>
          <w:rFonts w:ascii="Calibri Light" w:hAnsi="Calibri Light" w:cs="Calibri Light"/>
          <w:highlight w:val="lightGray"/>
        </w:rPr>
        <w:fldChar w:fldCharType="begin">
          <w:ffData>
            <w:name w:val="Case à cocher11"/>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5D6BE47F"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Recherche d’</w:t>
      </w:r>
      <w:proofErr w:type="spellStart"/>
      <w:r w:rsidRPr="00AE5AC9">
        <w:rPr>
          <w:rFonts w:ascii="Calibri Light" w:hAnsi="Calibri Light" w:cs="Calibri Light"/>
        </w:rPr>
        <w:t>un·e</w:t>
      </w:r>
      <w:proofErr w:type="spellEnd"/>
      <w:r w:rsidRPr="00AE5AC9">
        <w:rPr>
          <w:rFonts w:ascii="Calibri Light" w:hAnsi="Calibri Light" w:cs="Calibri Light"/>
        </w:rPr>
        <w:t xml:space="preserve"> </w:t>
      </w:r>
      <w:proofErr w:type="spellStart"/>
      <w:r w:rsidRPr="00AE5AC9">
        <w:rPr>
          <w:rFonts w:ascii="Calibri Light" w:hAnsi="Calibri Light" w:cs="Calibri Light"/>
        </w:rPr>
        <w:t>étudiant·e</w:t>
      </w:r>
      <w:proofErr w:type="spellEnd"/>
      <w:r>
        <w:rPr>
          <w:rFonts w:ascii="Calibri Light" w:hAnsi="Calibri Light" w:cs="Calibri Light"/>
        </w:rPr>
        <w:t xml:space="preserve"> </w:t>
      </w:r>
      <w:r w:rsidRPr="00AE5AC9">
        <w:rPr>
          <w:rFonts w:ascii="Calibri Light" w:hAnsi="Calibri Light" w:cs="Calibri Light"/>
        </w:rPr>
        <w:t xml:space="preserve">de 2e cycle, de 3e cycle ou en stage postdoctoral </w:t>
      </w:r>
      <w:r w:rsidRPr="00AE5AC9">
        <w:rPr>
          <w:rFonts w:ascii="Calibri Light" w:hAnsi="Calibri Light" w:cs="Calibri Light"/>
          <w:highlight w:val="lightGray"/>
        </w:rPr>
        <w:fldChar w:fldCharType="begin">
          <w:ffData>
            <w:name w:val="Case à cocher12"/>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0F29D440"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Projet effectué dans le cadre d’un cours </w:t>
      </w:r>
      <w:r w:rsidRPr="00AE5AC9">
        <w:rPr>
          <w:rFonts w:ascii="Calibri Light" w:hAnsi="Calibri Light" w:cs="Calibri Light"/>
          <w:highlight w:val="lightGray"/>
        </w:rPr>
        <w:fldChar w:fldCharType="begin">
          <w:ffData>
            <w:name w:val="Case à cocher13"/>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52C0553E" w14:textId="77777777" w:rsidR="009F01E8" w:rsidRPr="00AE5AC9" w:rsidRDefault="009F01E8" w:rsidP="009F01E8">
      <w:pPr>
        <w:ind w:left="851"/>
        <w:rPr>
          <w:rFonts w:ascii="Calibri Light" w:hAnsi="Calibri Light" w:cs="Calibri Light"/>
        </w:rPr>
      </w:pPr>
      <w:r w:rsidRPr="00AE5AC9">
        <w:rPr>
          <w:rFonts w:ascii="Calibri Light" w:hAnsi="Calibri Light" w:cs="Calibri Light"/>
        </w:rPr>
        <w:t xml:space="preserve">Précisez le titre du cours : </w:t>
      </w:r>
    </w:p>
    <w:p w14:paraId="37931BFE"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ascii="Calibri Light" w:hAnsi="Calibri Light" w:cs="Calibri Light"/>
        </w:rPr>
      </w:pPr>
      <w:r w:rsidRPr="00AE5AC9">
        <w:rPr>
          <w:rFonts w:ascii="Calibri Light" w:hAnsi="Calibri Light" w:cs="Calibri Light"/>
        </w:rPr>
        <w:fldChar w:fldCharType="begin">
          <w:ffData>
            <w:name w:val="Texte2"/>
            <w:enabled/>
            <w:calcOnExit w:val="0"/>
            <w:textInput/>
          </w:ffData>
        </w:fldChar>
      </w:r>
      <w:r w:rsidRPr="00AE5AC9">
        <w:rPr>
          <w:rFonts w:ascii="Calibri Light" w:hAnsi="Calibri Light" w:cs="Calibri Light"/>
        </w:rPr>
        <w:instrText xml:space="preserve"> FORMTEXT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t> </w:t>
      </w:r>
      <w:r w:rsidRPr="00AE5AC9">
        <w:rPr>
          <w:rFonts w:ascii="Calibri Light" w:hAnsi="Calibri Light" w:cs="Calibri Light"/>
        </w:rPr>
        <w:fldChar w:fldCharType="end"/>
      </w:r>
    </w:p>
    <w:p w14:paraId="21A5AB67" w14:textId="77777777" w:rsidR="009F01E8" w:rsidRPr="00AE5AC9"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Recherche communautaire</w:t>
      </w:r>
      <w:r w:rsidRPr="00AE5AC9">
        <w:rPr>
          <w:rFonts w:ascii="Calibri Light" w:hAnsi="Calibri Light" w:cs="Calibri Light"/>
          <w:highlight w:val="lightGray"/>
        </w:rPr>
        <w:fldChar w:fldCharType="begin">
          <w:ffData>
            <w:name w:val="Case à cocher14"/>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6BAD56DF" w14:textId="77777777" w:rsidR="009F01E8" w:rsidRDefault="009F01E8" w:rsidP="009F01E8">
      <w:pPr>
        <w:pStyle w:val="Paragraphedeliste"/>
        <w:numPr>
          <w:ilvl w:val="0"/>
          <w:numId w:val="20"/>
        </w:numPr>
        <w:ind w:left="360"/>
        <w:rPr>
          <w:rFonts w:ascii="Calibri Light" w:hAnsi="Calibri Light" w:cs="Calibri Light"/>
        </w:rPr>
      </w:pPr>
      <w:r w:rsidRPr="00AE5AC9">
        <w:rPr>
          <w:rFonts w:ascii="Calibri Light" w:hAnsi="Calibri Light" w:cs="Calibri Light"/>
        </w:rPr>
        <w:t xml:space="preserve">Autre </w:t>
      </w:r>
      <w:r w:rsidRPr="00AE5AC9">
        <w:rPr>
          <w:rFonts w:ascii="Calibri Light" w:hAnsi="Calibri Light" w:cs="Calibri Light"/>
        </w:rPr>
        <w:fldChar w:fldCharType="begin">
          <w:ffData>
            <w:name w:val="Case à cocher43"/>
            <w:enabled/>
            <w:calcOnExit w:val="0"/>
            <w:checkBox>
              <w:sizeAuto/>
              <w:default w:val="0"/>
            </w:checkBox>
          </w:ffData>
        </w:fldChar>
      </w:r>
      <w:r w:rsidRPr="00AE5AC9">
        <w:rPr>
          <w:rFonts w:ascii="Calibri Light" w:hAnsi="Calibri Light" w:cs="Calibri Light"/>
        </w:rPr>
        <w:instrText xml:space="preserve"> FORMCHECKBOX </w:instrText>
      </w:r>
      <w:r w:rsidRPr="00AE5AC9">
        <w:rPr>
          <w:rFonts w:ascii="Calibri Light" w:hAnsi="Calibri Light" w:cs="Calibri Light"/>
        </w:rPr>
      </w:r>
      <w:r w:rsidRPr="00AE5AC9">
        <w:rPr>
          <w:rFonts w:ascii="Calibri Light" w:hAnsi="Calibri Light" w:cs="Calibri Light"/>
        </w:rPr>
        <w:fldChar w:fldCharType="separate"/>
      </w:r>
      <w:r w:rsidRPr="00AE5AC9">
        <w:rPr>
          <w:rFonts w:ascii="Calibri Light" w:hAnsi="Calibri Light" w:cs="Calibri Light"/>
        </w:rPr>
        <w:fldChar w:fldCharType="end"/>
      </w:r>
    </w:p>
    <w:p w14:paraId="73EA9BA6" w14:textId="77777777" w:rsidR="009F01E8" w:rsidRPr="00AE5AC9" w:rsidRDefault="009F01E8" w:rsidP="009F01E8">
      <w:pPr>
        <w:ind w:left="851"/>
        <w:rPr>
          <w:rFonts w:ascii="Calibri Light" w:hAnsi="Calibri Light" w:cs="Calibri Light"/>
        </w:rPr>
      </w:pPr>
      <w:r w:rsidRPr="00AE5AC9">
        <w:rPr>
          <w:rFonts w:ascii="Calibri Light" w:hAnsi="Calibri Light" w:cs="Calibri Light"/>
        </w:rPr>
        <w:t xml:space="preserve">Veuillez spécifier : </w:t>
      </w:r>
    </w:p>
    <w:p w14:paraId="0A622C10" w14:textId="77777777" w:rsidR="009F01E8" w:rsidRPr="00AE5AC9"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851"/>
        <w:rPr>
          <w:rFonts w:cs="Calibri Light"/>
          <w:caps/>
        </w:rPr>
      </w:pPr>
      <w:r w:rsidRPr="00AE5AC9">
        <w:rPr>
          <w:rFonts w:ascii="Calibri Light" w:hAnsi="Calibri Light" w:cs="Calibri Light"/>
          <w:caps/>
        </w:rPr>
        <w:fldChar w:fldCharType="begin">
          <w:ffData>
            <w:name w:val="Texte2"/>
            <w:enabled/>
            <w:calcOnExit w:val="0"/>
            <w:textInput/>
          </w:ffData>
        </w:fldChar>
      </w:r>
      <w:bookmarkStart w:id="1" w:name="Texte2"/>
      <w:r w:rsidRPr="00AE5AC9">
        <w:rPr>
          <w:rFonts w:ascii="Calibri Light" w:hAnsi="Calibri Light" w:cs="Calibri Light"/>
          <w:caps/>
        </w:rPr>
        <w:instrText xml:space="preserve"> FORMTEXT </w:instrText>
      </w:r>
      <w:r w:rsidRPr="00AE5AC9">
        <w:rPr>
          <w:rFonts w:ascii="Calibri Light" w:hAnsi="Calibri Light" w:cs="Calibri Light"/>
          <w:caps/>
        </w:rPr>
      </w:r>
      <w:r w:rsidRPr="00AE5AC9">
        <w:rPr>
          <w:rFonts w:ascii="Calibri Light" w:hAnsi="Calibri Light" w:cs="Calibri Light"/>
          <w:caps/>
        </w:rPr>
        <w:fldChar w:fldCharType="separate"/>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noProof/>
        </w:rPr>
        <w:t> </w:t>
      </w:r>
      <w:r w:rsidRPr="00AE5AC9">
        <w:rPr>
          <w:rFonts w:ascii="Calibri Light" w:hAnsi="Calibri Light" w:cs="Calibri Light"/>
          <w:caps/>
        </w:rPr>
        <w:fldChar w:fldCharType="end"/>
      </w:r>
      <w:bookmarkEnd w:id="1"/>
    </w:p>
    <w:p w14:paraId="734125EB" w14:textId="77777777" w:rsidR="009F01E8" w:rsidRPr="00AE5AC9" w:rsidRDefault="009F01E8" w:rsidP="00564C67">
      <w:pPr>
        <w:pStyle w:val="Titre3"/>
      </w:pPr>
      <w:r w:rsidRPr="00AE5AC9">
        <w:t>1. 1 .</w:t>
      </w:r>
      <w:r>
        <w:t>2</w:t>
      </w:r>
      <w:r w:rsidRPr="00AE5AC9">
        <w:t xml:space="preserve">. </w:t>
      </w:r>
      <w:r>
        <w:t>Niveau de risque</w:t>
      </w:r>
    </w:p>
    <w:p w14:paraId="2558ACD9" w14:textId="77777777" w:rsidR="009F01E8" w:rsidRPr="00750AA4" w:rsidRDefault="009F01E8" w:rsidP="009F01E8">
      <w:pPr>
        <w:rPr>
          <w:rFonts w:ascii="Calibri Light" w:hAnsi="Calibri Light" w:cs="Calibri Light"/>
        </w:rPr>
      </w:pPr>
      <w:r>
        <w:rPr>
          <w:rFonts w:ascii="Calibri Light" w:hAnsi="Calibri Light" w:cs="Calibri Light"/>
        </w:rPr>
        <w:t>I</w:t>
      </w:r>
      <w:r w:rsidRPr="00AE5AC9">
        <w:rPr>
          <w:rFonts w:ascii="Calibri Light" w:hAnsi="Calibri Light" w:cs="Calibri Light"/>
        </w:rPr>
        <w:t>ndiquer le niveau de risque lié à la participation à cette recherche :</w:t>
      </w:r>
    </w:p>
    <w:p w14:paraId="55EBB9B4" w14:textId="77777777" w:rsidR="009F01E8" w:rsidRPr="00AE5AC9" w:rsidRDefault="009F01E8" w:rsidP="009F01E8">
      <w:pPr>
        <w:pStyle w:val="Paragraphedeliste"/>
        <w:numPr>
          <w:ilvl w:val="0"/>
          <w:numId w:val="21"/>
        </w:numPr>
        <w:rPr>
          <w:rFonts w:ascii="Calibri Light" w:hAnsi="Calibri Light" w:cs="Calibri Light"/>
        </w:rPr>
      </w:pPr>
      <w:r w:rsidRPr="00AE5AC9">
        <w:rPr>
          <w:rFonts w:ascii="Calibri Light" w:hAnsi="Calibri Light" w:cs="Calibri Light"/>
        </w:rPr>
        <w:t xml:space="preserve">Niveau 1 – Risque minimal </w:t>
      </w:r>
      <w:r w:rsidRPr="00AE5AC9">
        <w:rPr>
          <w:rFonts w:ascii="Calibri Light" w:hAnsi="Calibri Light" w:cs="Calibri Light"/>
          <w:highlight w:val="lightGray"/>
        </w:rPr>
        <w:fldChar w:fldCharType="begin">
          <w:ffData>
            <w:name w:val="Case à cocher15"/>
            <w:enabled/>
            <w:calcOnExit w:val="0"/>
            <w:checkBox>
              <w:sizeAuto/>
              <w:default w:val="0"/>
            </w:checkBox>
          </w:ffData>
        </w:fldChar>
      </w:r>
      <w:r w:rsidRPr="00606B2F">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4F40030F" w14:textId="77777777" w:rsidR="009F01E8" w:rsidRPr="00AE5AC9" w:rsidRDefault="009F01E8" w:rsidP="009F01E8">
      <w:pPr>
        <w:pStyle w:val="Paragraphedeliste"/>
        <w:numPr>
          <w:ilvl w:val="0"/>
          <w:numId w:val="21"/>
        </w:numPr>
        <w:rPr>
          <w:rFonts w:ascii="Calibri Light" w:hAnsi="Calibri Light" w:cs="Calibri Light"/>
        </w:rPr>
      </w:pPr>
      <w:r w:rsidRPr="00AE5AC9">
        <w:rPr>
          <w:rFonts w:ascii="Calibri Light" w:hAnsi="Calibri Light" w:cs="Calibri Light"/>
        </w:rPr>
        <w:t xml:space="preserve">Niveau 2 – Risque plus élevé que minimal </w:t>
      </w:r>
      <w:r w:rsidRPr="00AE5AC9">
        <w:rPr>
          <w:rFonts w:ascii="Calibri Light" w:hAnsi="Calibri Light" w:cs="Calibri Light"/>
          <w:highlight w:val="lightGray"/>
        </w:rPr>
        <w:fldChar w:fldCharType="begin">
          <w:ffData>
            <w:name w:val="Case à cocher16"/>
            <w:enabled/>
            <w:calcOnExit w:val="0"/>
            <w:checkBox>
              <w:sizeAuto/>
              <w:default w:val="0"/>
            </w:checkBox>
          </w:ffData>
        </w:fldChar>
      </w:r>
      <w:r w:rsidRPr="00AE5AC9">
        <w:rPr>
          <w:rFonts w:ascii="Calibri Light" w:hAnsi="Calibri Light" w:cs="Calibri Light"/>
          <w:highlight w:val="lightGray"/>
        </w:rPr>
        <w:instrText xml:space="preserve"> FORMCHECKBOX </w:instrText>
      </w:r>
      <w:r w:rsidRPr="00AE5AC9">
        <w:rPr>
          <w:rFonts w:ascii="Calibri Light" w:hAnsi="Calibri Light" w:cs="Calibri Light"/>
          <w:highlight w:val="lightGray"/>
        </w:rPr>
      </w:r>
      <w:r w:rsidRPr="00AE5AC9">
        <w:rPr>
          <w:rFonts w:ascii="Calibri Light" w:hAnsi="Calibri Light" w:cs="Calibri Light"/>
          <w:highlight w:val="lightGray"/>
        </w:rPr>
        <w:fldChar w:fldCharType="separate"/>
      </w:r>
      <w:r w:rsidRPr="00AE5AC9">
        <w:rPr>
          <w:rFonts w:ascii="Calibri Light" w:hAnsi="Calibri Light" w:cs="Calibri Light"/>
          <w:highlight w:val="lightGray"/>
        </w:rPr>
        <w:fldChar w:fldCharType="end"/>
      </w:r>
    </w:p>
    <w:p w14:paraId="65C23A07" w14:textId="77777777" w:rsidR="009F01E8" w:rsidRPr="00AE5AC9" w:rsidRDefault="009F01E8" w:rsidP="00206648">
      <w:pPr>
        <w:pStyle w:val="Titre2"/>
      </w:pPr>
      <w:r w:rsidRPr="00AE5AC9">
        <w:t xml:space="preserve">1. </w:t>
      </w:r>
      <w:r>
        <w:t>2</w:t>
      </w:r>
      <w:r w:rsidRPr="00AE5AC9">
        <w:t xml:space="preserve">. </w:t>
      </w:r>
      <w:r>
        <w:t xml:space="preserve">Équipe </w:t>
      </w:r>
      <w:r w:rsidRPr="00AE5AC9">
        <w:t>de recherche</w:t>
      </w:r>
    </w:p>
    <w:p w14:paraId="673907BD" w14:textId="77777777" w:rsidR="009F01E8" w:rsidRPr="00B22DBA" w:rsidRDefault="009F01E8" w:rsidP="00564C67">
      <w:pPr>
        <w:pStyle w:val="Titre3"/>
      </w:pPr>
      <w:r w:rsidRPr="005D1205">
        <w:t>1. 2. 1</w:t>
      </w:r>
      <w:r>
        <w:t xml:space="preserve"> </w:t>
      </w:r>
      <w:proofErr w:type="spellStart"/>
      <w:r>
        <w:t>C</w:t>
      </w:r>
      <w:r w:rsidRPr="00B22DBA">
        <w:t>hercheur·e</w:t>
      </w:r>
      <w:proofErr w:type="spellEnd"/>
      <w:r w:rsidRPr="00B22DBA">
        <w:t xml:space="preserve"> </w:t>
      </w:r>
      <w:proofErr w:type="spellStart"/>
      <w:r w:rsidRPr="00B22DBA">
        <w:t>principal·e</w:t>
      </w:r>
      <w:proofErr w:type="spellEnd"/>
      <w:r w:rsidRPr="00B22DBA">
        <w:t> </w:t>
      </w:r>
    </w:p>
    <w:p w14:paraId="11EADEC4" w14:textId="77777777" w:rsidR="009F01E8" w:rsidRPr="001D002F" w:rsidRDefault="009F01E8" w:rsidP="009F01E8">
      <w:pPr>
        <w:rPr>
          <w:rFonts w:ascii="Calibri Light" w:hAnsi="Calibri Light" w:cs="Calibri Light"/>
        </w:rPr>
      </w:pPr>
      <w:r w:rsidRPr="001D002F">
        <w:rPr>
          <w:rFonts w:ascii="Calibri Light" w:hAnsi="Calibri Light" w:cs="Calibri Light"/>
        </w:rPr>
        <w:t xml:space="preserve">Inscrire le nom : </w:t>
      </w:r>
    </w:p>
    <w:p w14:paraId="7A70B767" w14:textId="77777777" w:rsidR="009F01E8" w:rsidRPr="001D002F"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bookmarkStart w:id="2" w:name="Texte6"/>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bookmarkEnd w:id="2"/>
    </w:p>
    <w:p w14:paraId="5138DF15" w14:textId="77777777" w:rsidR="009F01E8" w:rsidRPr="00B22DBA" w:rsidRDefault="009F01E8" w:rsidP="00564C67">
      <w:pPr>
        <w:pStyle w:val="Titre3"/>
      </w:pPr>
      <w:r w:rsidRPr="005D1205">
        <w:lastRenderedPageBreak/>
        <w:t xml:space="preserve">1. 2. </w:t>
      </w:r>
      <w:r>
        <w:t xml:space="preserve">2 </w:t>
      </w:r>
      <w:proofErr w:type="spellStart"/>
      <w:r>
        <w:t>Co-chercheur·e·s</w:t>
      </w:r>
      <w:proofErr w:type="spellEnd"/>
    </w:p>
    <w:p w14:paraId="0DD2FB6E" w14:textId="77777777" w:rsidR="009F01E8" w:rsidRPr="002E0795" w:rsidRDefault="009F01E8" w:rsidP="009F01E8">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sz w:val="22"/>
        </w:rPr>
        <w:fldChar w:fldCharType="begin">
          <w:ffData>
            <w:name w:val="Case à cocher1"/>
            <w:enabled/>
            <w:calcOnExit w:val="0"/>
            <w:checkBox>
              <w:sizeAuto/>
              <w:default w:val="0"/>
            </w:checkBox>
          </w:ffData>
        </w:fldChar>
      </w:r>
      <w:r w:rsidRPr="002E0795">
        <w:rPr>
          <w:rFonts w:ascii="Calibri Light" w:hAnsi="Calibri Light" w:cs="Calibri Light"/>
          <w:sz w:val="22"/>
        </w:rPr>
        <w:instrText xml:space="preserve"> FORMCHECKBOX </w:instrText>
      </w:r>
      <w:r w:rsidRPr="002E0795">
        <w:rPr>
          <w:rFonts w:ascii="Calibri Light" w:hAnsi="Calibri Light" w:cs="Calibri Light"/>
          <w:sz w:val="22"/>
        </w:rPr>
      </w:r>
      <w:r w:rsidRPr="002E0795">
        <w:rPr>
          <w:rFonts w:ascii="Calibri Light" w:hAnsi="Calibri Light" w:cs="Calibri Light"/>
          <w:sz w:val="22"/>
        </w:rPr>
        <w:fldChar w:fldCharType="separate"/>
      </w:r>
      <w:r w:rsidRPr="002E0795">
        <w:rPr>
          <w:rFonts w:ascii="Calibri Light" w:hAnsi="Calibri Light" w:cs="Calibri Light"/>
          <w:sz w:val="22"/>
        </w:rPr>
        <w:fldChar w:fldCharType="end"/>
      </w:r>
    </w:p>
    <w:p w14:paraId="7204536B" w14:textId="77777777" w:rsidR="009F01E8" w:rsidRPr="001D002F" w:rsidRDefault="009F01E8" w:rsidP="009F01E8">
      <w:pPr>
        <w:rPr>
          <w:rFonts w:ascii="Calibri Light" w:hAnsi="Calibri Light" w:cs="Calibri Light"/>
        </w:rPr>
      </w:pPr>
      <w:r w:rsidRPr="001D002F">
        <w:rPr>
          <w:rFonts w:ascii="Calibri Light" w:hAnsi="Calibri Light" w:cs="Calibri Light"/>
        </w:rPr>
        <w:t xml:space="preserve">Inscrire le nom : </w:t>
      </w:r>
    </w:p>
    <w:p w14:paraId="2B01335F" w14:textId="77777777" w:rsidR="009F01E8" w:rsidRPr="001D002F"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1D002F">
        <w:rPr>
          <w:rFonts w:ascii="Calibri Light" w:hAnsi="Calibri Light" w:cs="Calibri Light"/>
        </w:rPr>
        <w:fldChar w:fldCharType="begin">
          <w:ffData>
            <w:name w:val="Texte6"/>
            <w:enabled/>
            <w:calcOnExit w:val="0"/>
            <w:textInput/>
          </w:ffData>
        </w:fldChar>
      </w:r>
      <w:r w:rsidRPr="002E0795">
        <w:rPr>
          <w:rFonts w:ascii="Calibri Light" w:hAnsi="Calibri Light" w:cs="Calibri Light"/>
        </w:rPr>
        <w:instrText xml:space="preserve"> FORMTEXT </w:instrText>
      </w:r>
      <w:r w:rsidRPr="001D002F">
        <w:rPr>
          <w:rFonts w:ascii="Calibri Light" w:hAnsi="Calibri Light" w:cs="Calibri Light"/>
        </w:rPr>
      </w:r>
      <w:r w:rsidRPr="001D002F">
        <w:rPr>
          <w:rFonts w:ascii="Calibri Light" w:hAnsi="Calibri Light" w:cs="Calibri Light"/>
        </w:rPr>
        <w:fldChar w:fldCharType="separate"/>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noProof/>
        </w:rPr>
        <w:t> </w:t>
      </w:r>
      <w:r w:rsidRPr="001D002F">
        <w:rPr>
          <w:rFonts w:ascii="Calibri Light" w:hAnsi="Calibri Light" w:cs="Calibri Light"/>
        </w:rPr>
        <w:fldChar w:fldCharType="end"/>
      </w:r>
    </w:p>
    <w:p w14:paraId="681C94F5" w14:textId="77777777" w:rsidR="009F01E8" w:rsidRPr="00564C67" w:rsidRDefault="009F01E8" w:rsidP="00564C67">
      <w:pPr>
        <w:pStyle w:val="Titre3"/>
      </w:pPr>
      <w:r w:rsidRPr="00564C67">
        <w:t xml:space="preserve">1. 2. 3. Recherche réalisée par </w:t>
      </w:r>
      <w:proofErr w:type="spellStart"/>
      <w:r w:rsidRPr="00564C67">
        <w:t>un·e</w:t>
      </w:r>
      <w:proofErr w:type="spellEnd"/>
      <w:r w:rsidRPr="00564C67">
        <w:t xml:space="preserve"> </w:t>
      </w:r>
      <w:proofErr w:type="spellStart"/>
      <w:r w:rsidRPr="00564C67">
        <w:t>étudiant·e</w:t>
      </w:r>
      <w:proofErr w:type="spellEnd"/>
      <w:r w:rsidRPr="00564C67">
        <w:t xml:space="preserve"> </w:t>
      </w:r>
    </w:p>
    <w:p w14:paraId="2B8B65DA" w14:textId="77777777" w:rsidR="009F01E8" w:rsidRPr="002E0795" w:rsidRDefault="009F01E8" w:rsidP="00564C67">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1DCF36C9" w14:textId="77777777" w:rsidR="009F01E8" w:rsidRPr="002E0795" w:rsidRDefault="009F01E8" w:rsidP="009F01E8">
      <w:pPr>
        <w:rPr>
          <w:rFonts w:ascii="Calibri Light" w:hAnsi="Calibri Light" w:cs="Calibri Light"/>
        </w:rPr>
      </w:pPr>
      <w:r w:rsidRPr="002E0795">
        <w:rPr>
          <w:rFonts w:ascii="Calibri Light" w:hAnsi="Calibri Light" w:cs="Calibri Light"/>
        </w:rPr>
        <w:t>Inscrire le nom de la personne qui dirige les travaux de l’</w:t>
      </w:r>
      <w:proofErr w:type="spellStart"/>
      <w:r w:rsidRPr="002E0795">
        <w:rPr>
          <w:rFonts w:ascii="Calibri Light" w:hAnsi="Calibri Light" w:cs="Calibri Light"/>
        </w:rPr>
        <w:t>étudiant·e</w:t>
      </w:r>
      <w:proofErr w:type="spellEnd"/>
      <w:r w:rsidRPr="002E0795">
        <w:rPr>
          <w:rFonts w:ascii="Calibri Light" w:hAnsi="Calibri Light" w:cs="Calibri Light"/>
        </w:rPr>
        <w:t xml:space="preserve"> : </w:t>
      </w:r>
    </w:p>
    <w:p w14:paraId="317587A6" w14:textId="77777777" w:rsidR="009F01E8"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bookmarkStart w:id="3" w:name="Texte9"/>
      <w:r w:rsidRPr="002E0795">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bookmarkEnd w:id="3"/>
    </w:p>
    <w:p w14:paraId="04E1C1DA" w14:textId="43C2A0FD" w:rsidR="009F01E8" w:rsidRPr="00206648" w:rsidRDefault="009F01E8" w:rsidP="00206648">
      <w:pPr>
        <w:pStyle w:val="Titre2"/>
      </w:pPr>
      <w:r w:rsidRPr="00206648">
        <w:t xml:space="preserve">1. </w:t>
      </w:r>
      <w:r w:rsidR="00121967">
        <w:t>3</w:t>
      </w:r>
      <w:r w:rsidRPr="00206648">
        <w:t>. Conditions de réalisation</w:t>
      </w:r>
    </w:p>
    <w:p w14:paraId="63D673CD" w14:textId="4998CD21" w:rsidR="009F01E8" w:rsidRPr="00564C67" w:rsidRDefault="009F01E8" w:rsidP="00564C67">
      <w:pPr>
        <w:pStyle w:val="Titre3"/>
      </w:pPr>
      <w:r w:rsidRPr="00564C67">
        <w:t xml:space="preserve">1. </w:t>
      </w:r>
      <w:r w:rsidR="00121967">
        <w:t>3</w:t>
      </w:r>
      <w:r w:rsidRPr="00564C67">
        <w:t xml:space="preserve">. 1. Financement par un organisme subventionnaire </w:t>
      </w:r>
    </w:p>
    <w:p w14:paraId="352574BD" w14:textId="77777777" w:rsidR="009F01E8" w:rsidRPr="002E0795" w:rsidRDefault="009F01E8" w:rsidP="009F01E8">
      <w:pPr>
        <w:spacing w:before="120" w:after="120"/>
        <w:rPr>
          <w:rFonts w:ascii="Calibri Light" w:hAnsi="Calibri Light" w:cs="Calibri Light"/>
        </w:rPr>
      </w:pPr>
      <w:r w:rsidRPr="002E0795">
        <w:rPr>
          <w:rFonts w:ascii="Calibri Light" w:hAnsi="Calibri Light" w:cs="Calibri Light"/>
        </w:rPr>
        <w:t xml:space="preserve">Sans objet </w:t>
      </w:r>
      <w:r w:rsidRPr="002E0795">
        <w:rPr>
          <w:rFonts w:ascii="Calibri Light" w:hAnsi="Calibri Light" w:cs="Calibri Light"/>
        </w:rPr>
        <w:fldChar w:fldCharType="begin">
          <w:ffData>
            <w:name w:val="Case à cocher1"/>
            <w:enabled/>
            <w:calcOnExit w:val="0"/>
            <w:checkBox>
              <w:sizeAuto/>
              <w:default w:val="0"/>
            </w:checkBox>
          </w:ffData>
        </w:fldChar>
      </w:r>
      <w:r w:rsidRPr="00606B2F">
        <w:rPr>
          <w:rFonts w:ascii="Calibri Light" w:hAnsi="Calibri Light" w:cs="Calibri Light"/>
        </w:rPr>
        <w:instrText xml:space="preserve"> FORMCHECKBOX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rPr>
        <w:fldChar w:fldCharType="end"/>
      </w:r>
    </w:p>
    <w:p w14:paraId="78FC3466" w14:textId="77777777" w:rsidR="009F01E8" w:rsidRPr="002E0795" w:rsidRDefault="009F01E8" w:rsidP="009F01E8">
      <w:pPr>
        <w:rPr>
          <w:rFonts w:ascii="Calibri Light" w:hAnsi="Calibri Light" w:cs="Calibri Light"/>
        </w:rPr>
      </w:pPr>
      <w:r w:rsidRPr="002E0795">
        <w:rPr>
          <w:rFonts w:ascii="Calibri Light" w:hAnsi="Calibri Light" w:cs="Calibri Light"/>
        </w:rPr>
        <w:t xml:space="preserve">Inscrire le nom de </w:t>
      </w:r>
      <w:r>
        <w:rPr>
          <w:rFonts w:ascii="Calibri Light" w:hAnsi="Calibri Light" w:cs="Calibri Light"/>
        </w:rPr>
        <w:t>l’organisme subventionnaire</w:t>
      </w:r>
      <w:r w:rsidRPr="002E0795">
        <w:rPr>
          <w:rFonts w:ascii="Calibri Light" w:hAnsi="Calibri Light" w:cs="Calibri Light"/>
        </w:rPr>
        <w:t xml:space="preserve"> : </w:t>
      </w:r>
    </w:p>
    <w:p w14:paraId="7E7320AA" w14:textId="77777777" w:rsidR="009F01E8"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21B92474" w14:textId="1F98D061" w:rsidR="009F01E8" w:rsidRPr="00606B2F" w:rsidRDefault="009F01E8" w:rsidP="00564C67">
      <w:pPr>
        <w:pStyle w:val="Titre3"/>
      </w:pPr>
      <w:r w:rsidRPr="00DD3E4D">
        <w:t xml:space="preserve">1. </w:t>
      </w:r>
      <w:r w:rsidR="00121967">
        <w:t>3</w:t>
      </w:r>
      <w:r w:rsidRPr="00DD3E4D">
        <w:t xml:space="preserve">. </w:t>
      </w:r>
      <w:r>
        <w:t>2</w:t>
      </w:r>
      <w:r w:rsidRPr="00DD3E4D">
        <w:t xml:space="preserve">. </w:t>
      </w:r>
      <w:r>
        <w:t xml:space="preserve">Calendrier </w:t>
      </w:r>
      <w:r w:rsidR="00206648">
        <w:t xml:space="preserve">d’avancement </w:t>
      </w:r>
      <w:r>
        <w:t>du projet</w:t>
      </w:r>
      <w:r w:rsidRPr="00DD3E4D">
        <w:t xml:space="preserve"> </w:t>
      </w:r>
    </w:p>
    <w:p w14:paraId="56B83202" w14:textId="77777777" w:rsidR="009F01E8" w:rsidRPr="002E0795" w:rsidRDefault="009F01E8" w:rsidP="009F01E8">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d’approbation initiale par le CER</w:t>
      </w:r>
      <w:r w:rsidRPr="002E0795">
        <w:rPr>
          <w:rFonts w:ascii="Calibri Light" w:hAnsi="Calibri Light" w:cs="Calibri Light"/>
        </w:rPr>
        <w:t xml:space="preserve"> : </w:t>
      </w:r>
    </w:p>
    <w:p w14:paraId="73635595" w14:textId="77777777" w:rsidR="009F01E8"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606B2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44D733AF" w14:textId="77777777" w:rsidR="009F01E8" w:rsidRPr="002E0795" w:rsidRDefault="009F01E8" w:rsidP="009F01E8">
      <w:pPr>
        <w:spacing w:before="120"/>
        <w:rPr>
          <w:rFonts w:ascii="Calibri Light" w:hAnsi="Calibri Light" w:cs="Calibri Light"/>
        </w:rPr>
      </w:pPr>
      <w:r w:rsidRPr="002E0795">
        <w:rPr>
          <w:rFonts w:ascii="Calibri Light" w:hAnsi="Calibri Light" w:cs="Calibri Light"/>
        </w:rPr>
        <w:t xml:space="preserve">Inscrire </w:t>
      </w:r>
      <w:r>
        <w:rPr>
          <w:rFonts w:ascii="Calibri Light" w:hAnsi="Calibri Light" w:cs="Calibri Light"/>
        </w:rPr>
        <w:t>la date du dernier renouvellement du Certificat d’éthique</w:t>
      </w:r>
      <w:r w:rsidRPr="002E0795">
        <w:rPr>
          <w:rFonts w:ascii="Calibri Light" w:hAnsi="Calibri Light" w:cs="Calibri Light"/>
        </w:rPr>
        <w:t xml:space="preserve"> : </w:t>
      </w:r>
    </w:p>
    <w:p w14:paraId="0EE69279" w14:textId="77777777" w:rsidR="009F01E8" w:rsidRPr="002E0795" w:rsidRDefault="009F01E8" w:rsidP="009F01E8">
      <w:pPr>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rPr>
          <w:rFonts w:ascii="Calibri Light" w:hAnsi="Calibri Light" w:cs="Calibri Light"/>
        </w:rPr>
      </w:pPr>
      <w:r w:rsidRPr="002E0795">
        <w:rPr>
          <w:rFonts w:ascii="Calibri Light" w:hAnsi="Calibri Light" w:cs="Calibri Light"/>
        </w:rPr>
        <w:fldChar w:fldCharType="begin">
          <w:ffData>
            <w:name w:val="Texte9"/>
            <w:enabled/>
            <w:calcOnExit w:val="0"/>
            <w:textInput/>
          </w:ffData>
        </w:fldChar>
      </w:r>
      <w:r w:rsidRPr="00B9491F">
        <w:rPr>
          <w:rFonts w:ascii="Calibri Light" w:hAnsi="Calibri Light" w:cs="Calibri Light"/>
        </w:rPr>
        <w:instrText xml:space="preserve"> FORMTEXT </w:instrText>
      </w:r>
      <w:r w:rsidRPr="002E0795">
        <w:rPr>
          <w:rFonts w:ascii="Calibri Light" w:hAnsi="Calibri Light" w:cs="Calibri Light"/>
        </w:rPr>
      </w:r>
      <w:r w:rsidRPr="002E0795">
        <w:rPr>
          <w:rFonts w:ascii="Calibri Light" w:hAnsi="Calibri Light" w:cs="Calibri Light"/>
        </w:rPr>
        <w:fldChar w:fldCharType="separate"/>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noProof/>
        </w:rPr>
        <w:t> </w:t>
      </w:r>
      <w:r w:rsidRPr="002E0795">
        <w:rPr>
          <w:rFonts w:ascii="Calibri Light" w:hAnsi="Calibri Light" w:cs="Calibri Light"/>
        </w:rPr>
        <w:fldChar w:fldCharType="end"/>
      </w:r>
    </w:p>
    <w:p w14:paraId="32876A95" w14:textId="75A84EF2" w:rsidR="005F5FE5" w:rsidRPr="009F01E8" w:rsidRDefault="009F01E8" w:rsidP="00206648">
      <w:pPr>
        <w:pStyle w:val="Titre1"/>
      </w:pPr>
      <w:r>
        <w:t xml:space="preserve">SECTION 2 – </w:t>
      </w:r>
      <w:r w:rsidR="006A7A79" w:rsidRPr="009F01E8">
        <w:t>Statut actuel du projet</w:t>
      </w:r>
    </w:p>
    <w:p w14:paraId="081CEB59" w14:textId="77777777" w:rsidR="009F01E8" w:rsidRDefault="009F01E8" w:rsidP="009F01E8">
      <w:pPr>
        <w:spacing w:before="120"/>
        <w:rPr>
          <w:rFonts w:ascii="Calibri Light" w:hAnsi="Calibri Light" w:cs="Calibri Light"/>
        </w:rPr>
      </w:pPr>
      <w:r>
        <w:rPr>
          <w:rFonts w:ascii="Calibri Light" w:hAnsi="Calibri Light" w:cs="Calibri Light"/>
        </w:rPr>
        <w:t xml:space="preserve">Inscrire le statut actuel du projet : </w:t>
      </w:r>
    </w:p>
    <w:p w14:paraId="587D6A01" w14:textId="0CE9E261" w:rsidR="009F01E8" w:rsidRPr="00606B2F" w:rsidRDefault="009F01E8" w:rsidP="009F01E8">
      <w:pPr>
        <w:pStyle w:val="Paragraphedeliste"/>
        <w:numPr>
          <w:ilvl w:val="0"/>
          <w:numId w:val="22"/>
        </w:numPr>
        <w:rPr>
          <w:rFonts w:ascii="Calibri Light" w:hAnsi="Calibri Light" w:cs="Calibri Light"/>
        </w:rPr>
      </w:pPr>
      <w:r w:rsidRPr="00606B2F">
        <w:rPr>
          <w:rFonts w:ascii="Calibri Light" w:hAnsi="Calibri Light" w:cs="Calibri Light"/>
        </w:rPr>
        <w:t xml:space="preserve">Non débuté </w:t>
      </w:r>
      <w:r w:rsidRPr="00606B2F">
        <w:rPr>
          <w:rFonts w:ascii="Calibri Light" w:hAnsi="Calibri Light" w:cs="Calibri Light"/>
        </w:rPr>
        <w:fldChar w:fldCharType="begin">
          <w:ffData>
            <w:name w:val="Case à cocher7"/>
            <w:enabled/>
            <w:calcOnExit w:val="0"/>
            <w:checkBox>
              <w:sizeAuto/>
              <w:default w:val="0"/>
            </w:checkBox>
          </w:ffData>
        </w:fldChar>
      </w:r>
      <w:r w:rsidRPr="000D1197">
        <w:rPr>
          <w:rFonts w:ascii="Calibri Light" w:hAnsi="Calibri Light" w:cs="Calibri Light"/>
        </w:rPr>
        <w:instrText xml:space="preserve"> FORMCHECKBOX </w:instrText>
      </w:r>
      <w:r w:rsidRPr="00606B2F">
        <w:rPr>
          <w:rFonts w:ascii="Calibri Light" w:hAnsi="Calibri Light" w:cs="Calibri Light"/>
        </w:rPr>
      </w:r>
      <w:r w:rsidRPr="00606B2F">
        <w:rPr>
          <w:rFonts w:ascii="Calibri Light" w:hAnsi="Calibri Light" w:cs="Calibri Light"/>
        </w:rPr>
        <w:fldChar w:fldCharType="separate"/>
      </w:r>
      <w:r w:rsidRPr="00606B2F">
        <w:rPr>
          <w:rFonts w:ascii="Calibri Light" w:hAnsi="Calibri Light" w:cs="Calibri Light"/>
        </w:rPr>
        <w:fldChar w:fldCharType="end"/>
      </w:r>
      <w:r w:rsidRPr="00606B2F">
        <w:rPr>
          <w:rFonts w:ascii="Calibri Light" w:hAnsi="Calibri Light" w:cs="Calibri Light"/>
          <w:color w:val="000000"/>
        </w:rPr>
        <w:t xml:space="preserve">. </w:t>
      </w:r>
    </w:p>
    <w:p w14:paraId="5E589CCD" w14:textId="039E519F" w:rsidR="009F01E8" w:rsidRPr="00606B2F" w:rsidRDefault="009F01E8" w:rsidP="009F01E8">
      <w:pPr>
        <w:pStyle w:val="Paragraphedeliste"/>
        <w:numPr>
          <w:ilvl w:val="0"/>
          <w:numId w:val="22"/>
        </w:numPr>
        <w:rPr>
          <w:rFonts w:ascii="Calibri Light" w:hAnsi="Calibri Light" w:cs="Calibri Light"/>
        </w:rPr>
      </w:pPr>
      <w:r w:rsidRPr="00606B2F">
        <w:rPr>
          <w:rFonts w:ascii="Calibri Light" w:hAnsi="Calibri Light" w:cs="Calibri Light"/>
        </w:rPr>
        <w:t xml:space="preserve">En cours de recrutement ou de collecte des données </w:t>
      </w:r>
      <w:r w:rsidRPr="00606B2F">
        <w:rPr>
          <w:rFonts w:ascii="Calibri Light" w:hAnsi="Calibri Light" w:cs="Calibri Light"/>
        </w:rPr>
        <w:fldChar w:fldCharType="begin">
          <w:ffData>
            <w:name w:val="Case à cocher8"/>
            <w:enabled/>
            <w:calcOnExit w:val="0"/>
            <w:checkBox>
              <w:sizeAuto/>
              <w:default w:val="0"/>
            </w:checkBox>
          </w:ffData>
        </w:fldChar>
      </w:r>
      <w:r w:rsidRPr="00606B2F">
        <w:rPr>
          <w:rFonts w:ascii="Calibri Light" w:hAnsi="Calibri Light" w:cs="Calibri Light"/>
        </w:rPr>
        <w:instrText xml:space="preserve"> FORMCHECKBOX </w:instrText>
      </w:r>
      <w:r w:rsidRPr="00606B2F">
        <w:rPr>
          <w:rFonts w:ascii="Calibri Light" w:hAnsi="Calibri Light" w:cs="Calibri Light"/>
        </w:rPr>
      </w:r>
      <w:r w:rsidRPr="00606B2F">
        <w:rPr>
          <w:rFonts w:ascii="Calibri Light" w:hAnsi="Calibri Light" w:cs="Calibri Light"/>
        </w:rPr>
        <w:fldChar w:fldCharType="separate"/>
      </w:r>
      <w:r w:rsidRPr="00606B2F">
        <w:rPr>
          <w:rFonts w:ascii="Calibri Light" w:hAnsi="Calibri Light" w:cs="Calibri Light"/>
        </w:rPr>
        <w:fldChar w:fldCharType="end"/>
      </w:r>
      <w:r w:rsidRPr="00606B2F">
        <w:rPr>
          <w:rFonts w:ascii="Calibri Light" w:hAnsi="Calibri Light" w:cs="Calibri Light"/>
        </w:rPr>
        <w:t xml:space="preserve">. </w:t>
      </w:r>
    </w:p>
    <w:p w14:paraId="7D2ED135" w14:textId="69550669" w:rsidR="009F01E8" w:rsidRPr="009F01E8" w:rsidRDefault="009F01E8" w:rsidP="009F01E8">
      <w:pPr>
        <w:pStyle w:val="Paragraphedeliste"/>
        <w:numPr>
          <w:ilvl w:val="0"/>
          <w:numId w:val="22"/>
        </w:numPr>
        <w:rPr>
          <w:rFonts w:ascii="Calibri Light" w:hAnsi="Calibri Light" w:cs="Calibri Light"/>
        </w:rPr>
      </w:pPr>
      <w:r>
        <w:rPr>
          <w:rFonts w:ascii="Calibri Light" w:hAnsi="Calibri Light" w:cs="Calibri Light"/>
        </w:rPr>
        <w:t>Collecte de données terminée</w:t>
      </w:r>
      <w:r w:rsidRPr="00606B2F">
        <w:rPr>
          <w:rFonts w:ascii="Calibri Light" w:hAnsi="Calibri Light" w:cs="Calibri Light"/>
        </w:rPr>
        <w:t xml:space="preserve"> </w:t>
      </w:r>
      <w:r w:rsidRPr="00606B2F">
        <w:rPr>
          <w:rFonts w:ascii="Calibri Light" w:hAnsi="Calibri Light" w:cs="Calibri Light"/>
        </w:rPr>
        <w:fldChar w:fldCharType="begin">
          <w:ffData>
            <w:name w:val="Case à cocher9"/>
            <w:enabled/>
            <w:calcOnExit w:val="0"/>
            <w:checkBox>
              <w:sizeAuto/>
              <w:default w:val="0"/>
            </w:checkBox>
          </w:ffData>
        </w:fldChar>
      </w:r>
      <w:r w:rsidRPr="00606B2F">
        <w:rPr>
          <w:rFonts w:ascii="Calibri Light" w:hAnsi="Calibri Light" w:cs="Calibri Light"/>
        </w:rPr>
        <w:instrText xml:space="preserve"> FORMCHECKBOX </w:instrText>
      </w:r>
      <w:r w:rsidRPr="00606B2F">
        <w:rPr>
          <w:rFonts w:ascii="Calibri Light" w:hAnsi="Calibri Light" w:cs="Calibri Light"/>
        </w:rPr>
      </w:r>
      <w:r w:rsidRPr="00606B2F">
        <w:rPr>
          <w:rFonts w:ascii="Calibri Light" w:hAnsi="Calibri Light" w:cs="Calibri Light"/>
        </w:rPr>
        <w:fldChar w:fldCharType="separate"/>
      </w:r>
      <w:r w:rsidRPr="00606B2F">
        <w:rPr>
          <w:rFonts w:ascii="Calibri Light" w:hAnsi="Calibri Light" w:cs="Calibri Light"/>
        </w:rPr>
        <w:fldChar w:fldCharType="end"/>
      </w:r>
      <w:r w:rsidRPr="00606B2F">
        <w:rPr>
          <w:rFonts w:ascii="Calibri Light" w:hAnsi="Calibri Light" w:cs="Calibri Light"/>
        </w:rPr>
        <w:t xml:space="preserve">. </w:t>
      </w:r>
    </w:p>
    <w:p w14:paraId="31C58B10" w14:textId="5CEA452B" w:rsidR="008F294A" w:rsidRPr="00564C67" w:rsidRDefault="00564C67" w:rsidP="00206648">
      <w:pPr>
        <w:pStyle w:val="Titre1"/>
      </w:pPr>
      <w:r>
        <w:t xml:space="preserve">Section 3 – </w:t>
      </w:r>
      <w:r w:rsidR="006A7A79" w:rsidRPr="00564C67">
        <w:t xml:space="preserve">Changements depuis </w:t>
      </w:r>
      <w:r w:rsidR="009C62B1" w:rsidRPr="00564C67">
        <w:t>la dernière approbation</w:t>
      </w:r>
    </w:p>
    <w:p w14:paraId="11DA59E2" w14:textId="34BADBCB" w:rsidR="00206648" w:rsidRPr="00206648" w:rsidRDefault="00206648" w:rsidP="00206648">
      <w:pPr>
        <w:pStyle w:val="Titre2"/>
      </w:pPr>
      <w:r w:rsidRPr="00206648">
        <w:t xml:space="preserve">3. 1. </w:t>
      </w:r>
      <w:r>
        <w:t>Modifications demandées</w:t>
      </w:r>
    </w:p>
    <w:p w14:paraId="23DAA30C" w14:textId="3F21FD14" w:rsidR="00206648" w:rsidRDefault="00206648" w:rsidP="00206648">
      <w:pPr>
        <w:pStyle w:val="Titre3"/>
      </w:pPr>
      <w:r>
        <w:t>3</w:t>
      </w:r>
      <w:r w:rsidRPr="00DD3E4D">
        <w:t xml:space="preserve">. </w:t>
      </w:r>
      <w:r>
        <w:t>1</w:t>
      </w:r>
      <w:r w:rsidRPr="00DD3E4D">
        <w:t xml:space="preserve">. </w:t>
      </w:r>
      <w:r>
        <w:t>1</w:t>
      </w:r>
      <w:r w:rsidRPr="00DD3E4D">
        <w:t xml:space="preserve">. </w:t>
      </w:r>
      <w:r>
        <w:t>Composantes des modifications demandées</w:t>
      </w:r>
    </w:p>
    <w:p w14:paraId="0EA23955" w14:textId="0080675A" w:rsidR="00564C67" w:rsidRDefault="00B40D2D" w:rsidP="007173BD">
      <w:pPr>
        <w:pStyle w:val="NormalWeb"/>
        <w:spacing w:before="0" w:beforeAutospacing="0" w:after="0" w:afterAutospacing="0"/>
        <w:jc w:val="both"/>
        <w:rPr>
          <w:rStyle w:val="lev"/>
          <w:rFonts w:ascii="Calibri Light" w:hAnsi="Calibri Light" w:cs="Calibri Light"/>
          <w:b w:val="0"/>
          <w:bCs w:val="0"/>
          <w:color w:val="000000"/>
        </w:rPr>
      </w:pPr>
      <w:r w:rsidRPr="009F01E8">
        <w:rPr>
          <w:rStyle w:val="lev"/>
          <w:rFonts w:ascii="Calibri Light" w:hAnsi="Calibri Light" w:cs="Calibri Light"/>
          <w:b w:val="0"/>
          <w:bCs w:val="0"/>
          <w:color w:val="000000"/>
        </w:rPr>
        <w:t xml:space="preserve">Les modifications </w:t>
      </w:r>
      <w:r w:rsidR="005E390E" w:rsidRPr="009F01E8">
        <w:rPr>
          <w:rStyle w:val="lev"/>
          <w:rFonts w:ascii="Calibri Light" w:hAnsi="Calibri Light" w:cs="Calibri Light"/>
          <w:b w:val="0"/>
          <w:bCs w:val="0"/>
          <w:color w:val="000000"/>
        </w:rPr>
        <w:t>demandées</w:t>
      </w:r>
      <w:r w:rsidRPr="009F01E8">
        <w:rPr>
          <w:rStyle w:val="lev"/>
          <w:rFonts w:ascii="Calibri Light" w:hAnsi="Calibri Light" w:cs="Calibri Light"/>
          <w:b w:val="0"/>
          <w:bCs w:val="0"/>
          <w:color w:val="000000"/>
        </w:rPr>
        <w:t xml:space="preserve"> touchent quelle</w:t>
      </w:r>
      <w:r w:rsidR="00D42787" w:rsidRPr="009F01E8">
        <w:rPr>
          <w:rStyle w:val="lev"/>
          <w:rFonts w:ascii="Calibri Light" w:hAnsi="Calibri Light" w:cs="Calibri Light"/>
          <w:b w:val="0"/>
          <w:bCs w:val="0"/>
          <w:color w:val="000000"/>
        </w:rPr>
        <w:t>(</w:t>
      </w:r>
      <w:r w:rsidR="00503BF4" w:rsidRPr="009F01E8">
        <w:rPr>
          <w:rStyle w:val="lev"/>
          <w:rFonts w:ascii="Calibri Light" w:hAnsi="Calibri Light" w:cs="Calibri Light"/>
          <w:b w:val="0"/>
          <w:bCs w:val="0"/>
          <w:color w:val="000000"/>
        </w:rPr>
        <w:t>s</w:t>
      </w:r>
      <w:r w:rsidR="00D42787" w:rsidRPr="009F01E8">
        <w:rPr>
          <w:rStyle w:val="lev"/>
          <w:rFonts w:ascii="Calibri Light" w:hAnsi="Calibri Light" w:cs="Calibri Light"/>
          <w:b w:val="0"/>
          <w:bCs w:val="0"/>
          <w:color w:val="000000"/>
        </w:rPr>
        <w:t>)</w:t>
      </w:r>
      <w:r w:rsidRPr="009F01E8">
        <w:rPr>
          <w:rStyle w:val="lev"/>
          <w:rFonts w:ascii="Calibri Light" w:hAnsi="Calibri Light" w:cs="Calibri Light"/>
          <w:b w:val="0"/>
          <w:bCs w:val="0"/>
          <w:color w:val="000000"/>
        </w:rPr>
        <w:t xml:space="preserve"> composante</w:t>
      </w:r>
      <w:r w:rsidR="00D42787" w:rsidRPr="009F01E8">
        <w:rPr>
          <w:rStyle w:val="lev"/>
          <w:rFonts w:ascii="Calibri Light" w:hAnsi="Calibri Light" w:cs="Calibri Light"/>
          <w:b w:val="0"/>
          <w:bCs w:val="0"/>
          <w:color w:val="000000"/>
        </w:rPr>
        <w:t>(</w:t>
      </w:r>
      <w:r w:rsidR="00503BF4" w:rsidRPr="009F01E8">
        <w:rPr>
          <w:rStyle w:val="lev"/>
          <w:rFonts w:ascii="Calibri Light" w:hAnsi="Calibri Light" w:cs="Calibri Light"/>
          <w:b w:val="0"/>
          <w:bCs w:val="0"/>
          <w:color w:val="000000"/>
        </w:rPr>
        <w:t>s</w:t>
      </w:r>
      <w:r w:rsidR="00D42787" w:rsidRPr="009F01E8">
        <w:rPr>
          <w:rStyle w:val="lev"/>
          <w:rFonts w:ascii="Calibri Light" w:hAnsi="Calibri Light" w:cs="Calibri Light"/>
          <w:b w:val="0"/>
          <w:bCs w:val="0"/>
          <w:color w:val="000000"/>
        </w:rPr>
        <w:t>) du formulaire de proposition</w:t>
      </w:r>
      <w:r w:rsidR="000769B2" w:rsidRPr="009F01E8">
        <w:rPr>
          <w:rStyle w:val="lev"/>
          <w:rFonts w:ascii="Calibri Light" w:hAnsi="Calibri Light" w:cs="Calibri Light"/>
          <w:b w:val="0"/>
          <w:bCs w:val="0"/>
          <w:color w:val="000000"/>
        </w:rPr>
        <w:t xml:space="preserve"> </w:t>
      </w:r>
      <w:r w:rsidR="00962815" w:rsidRPr="009F01E8">
        <w:rPr>
          <w:rStyle w:val="lev"/>
          <w:rFonts w:ascii="Calibri Light" w:hAnsi="Calibri Light" w:cs="Calibri Light"/>
          <w:b w:val="0"/>
          <w:bCs w:val="0"/>
          <w:color w:val="000000"/>
        </w:rPr>
        <w:t>(cochez tou</w:t>
      </w:r>
      <w:r w:rsidR="00D42787" w:rsidRPr="009F01E8">
        <w:rPr>
          <w:rStyle w:val="lev"/>
          <w:rFonts w:ascii="Calibri Light" w:hAnsi="Calibri Light" w:cs="Calibri Light"/>
          <w:b w:val="0"/>
          <w:bCs w:val="0"/>
          <w:color w:val="000000"/>
        </w:rPr>
        <w:t>te</w:t>
      </w:r>
      <w:r w:rsidR="00962815" w:rsidRPr="009F01E8">
        <w:rPr>
          <w:rStyle w:val="lev"/>
          <w:rFonts w:ascii="Calibri Light" w:hAnsi="Calibri Light" w:cs="Calibri Light"/>
          <w:b w:val="0"/>
          <w:bCs w:val="0"/>
          <w:color w:val="000000"/>
        </w:rPr>
        <w:t>s ce</w:t>
      </w:r>
      <w:r w:rsidR="00503BF4" w:rsidRPr="009F01E8">
        <w:rPr>
          <w:rStyle w:val="lev"/>
          <w:rFonts w:ascii="Calibri Light" w:hAnsi="Calibri Light" w:cs="Calibri Light"/>
          <w:b w:val="0"/>
          <w:bCs w:val="0"/>
          <w:color w:val="000000"/>
        </w:rPr>
        <w:t>lles</w:t>
      </w:r>
      <w:r w:rsidR="00962815" w:rsidRPr="009F01E8">
        <w:rPr>
          <w:rStyle w:val="lev"/>
          <w:rFonts w:ascii="Calibri Light" w:hAnsi="Calibri Light" w:cs="Calibri Light"/>
          <w:b w:val="0"/>
          <w:bCs w:val="0"/>
          <w:color w:val="000000"/>
        </w:rPr>
        <w:t xml:space="preserve"> qui s’appliquent)</w:t>
      </w:r>
      <w:r w:rsidRPr="009F01E8">
        <w:rPr>
          <w:rStyle w:val="lev"/>
          <w:rFonts w:ascii="Calibri Light" w:hAnsi="Calibri Light" w:cs="Calibri Light"/>
          <w:b w:val="0"/>
          <w:bCs w:val="0"/>
          <w:color w:val="000000"/>
        </w:rPr>
        <w:t xml:space="preserve"> ?</w:t>
      </w:r>
    </w:p>
    <w:p w14:paraId="35574BAF" w14:textId="007E188C" w:rsidR="00F80938" w:rsidRPr="009F01E8" w:rsidRDefault="00D11665" w:rsidP="00564C67">
      <w:pPr>
        <w:pStyle w:val="NormalWeb"/>
        <w:numPr>
          <w:ilvl w:val="0"/>
          <w:numId w:val="23"/>
        </w:numPr>
        <w:spacing w:before="0" w:beforeAutospacing="0" w:after="0" w:afterAutospacing="0"/>
        <w:rPr>
          <w:rFonts w:ascii="Calibri Light" w:hAnsi="Calibri Light" w:cs="Calibri Light"/>
          <w:color w:val="000000"/>
        </w:rPr>
      </w:pPr>
      <w:r w:rsidRPr="009F01E8">
        <w:rPr>
          <w:rFonts w:ascii="Calibri Light" w:hAnsi="Calibri Light" w:cs="Calibri Light"/>
          <w:color w:val="000000"/>
        </w:rPr>
        <w:t>Équipe de recherche</w:t>
      </w:r>
      <w:r w:rsidR="00564C67">
        <w:rPr>
          <w:rFonts w:ascii="Calibri Light" w:hAnsi="Calibri Light" w:cs="Calibri Light"/>
          <w:color w:val="000000"/>
        </w:rPr>
        <w:t xml:space="preserve"> (Section 1.2. </w:t>
      </w:r>
      <w:proofErr w:type="gramStart"/>
      <w:r w:rsidR="00564C67">
        <w:rPr>
          <w:rFonts w:ascii="Calibri Light" w:hAnsi="Calibri Light" w:cs="Calibri Light"/>
          <w:color w:val="000000"/>
        </w:rPr>
        <w:t>du</w:t>
      </w:r>
      <w:proofErr w:type="gramEnd"/>
      <w:r w:rsidR="00564C67">
        <w:rPr>
          <w:rFonts w:ascii="Calibri Light" w:hAnsi="Calibri Light" w:cs="Calibri Light"/>
          <w:color w:val="000000"/>
        </w:rPr>
        <w:t xml:space="preserve"> formulaire de proposition) </w:t>
      </w:r>
      <w:r w:rsidR="00564C67" w:rsidRPr="009F01E8">
        <w:rPr>
          <w:rFonts w:ascii="Calibri Light" w:hAnsi="Calibri Light" w:cs="Calibri Light"/>
          <w:color w:val="000000"/>
        </w:rPr>
        <w:fldChar w:fldCharType="begin">
          <w:ffData>
            <w:name w:val="Case à cocher26"/>
            <w:enabled/>
            <w:calcOnExit w:val="0"/>
            <w:checkBox>
              <w:sizeAuto/>
              <w:default w:val="0"/>
            </w:checkBox>
          </w:ffData>
        </w:fldChar>
      </w:r>
      <w:r w:rsidR="00564C67" w:rsidRPr="00564C67">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r w:rsidR="00564C67">
        <w:rPr>
          <w:rFonts w:ascii="Calibri Light" w:hAnsi="Calibri Light" w:cs="Calibri Light"/>
          <w:color w:val="000000"/>
        </w:rPr>
        <w:t xml:space="preserve"> </w:t>
      </w:r>
    </w:p>
    <w:p w14:paraId="5F8F5AE1" w14:textId="557C9879" w:rsidR="00564C67" w:rsidRDefault="00BE6B2E" w:rsidP="00564C67">
      <w:pPr>
        <w:pStyle w:val="NormalWeb"/>
        <w:numPr>
          <w:ilvl w:val="0"/>
          <w:numId w:val="23"/>
        </w:numPr>
        <w:spacing w:before="0" w:beforeAutospacing="0" w:after="0" w:afterAutospacing="0"/>
        <w:rPr>
          <w:rFonts w:ascii="Calibri Light" w:hAnsi="Calibri Light" w:cs="Calibri Light"/>
          <w:color w:val="000000"/>
        </w:rPr>
      </w:pPr>
      <w:r w:rsidRPr="009F01E8">
        <w:rPr>
          <w:rFonts w:ascii="Calibri Light" w:hAnsi="Calibri Light" w:cs="Calibri Light"/>
          <w:color w:val="000000"/>
        </w:rPr>
        <w:t>P</w:t>
      </w:r>
      <w:r w:rsidR="00F80938" w:rsidRPr="009F01E8">
        <w:rPr>
          <w:rFonts w:ascii="Calibri Light" w:hAnsi="Calibri Light" w:cs="Calibri Light"/>
          <w:color w:val="000000"/>
        </w:rPr>
        <w:t>artenariat</w:t>
      </w:r>
      <w:r w:rsidR="00DD3577" w:rsidRPr="009F01E8">
        <w:rPr>
          <w:rFonts w:ascii="Calibri Light" w:hAnsi="Calibri Light" w:cs="Calibri Light"/>
          <w:color w:val="000000"/>
        </w:rPr>
        <w:t xml:space="preserve"> ou collaborations</w:t>
      </w:r>
      <w:r w:rsidR="00564C67">
        <w:rPr>
          <w:rFonts w:ascii="Calibri Light" w:hAnsi="Calibri Light" w:cs="Calibri Light"/>
          <w:color w:val="000000"/>
        </w:rPr>
        <w:t xml:space="preserve"> (Section 1.4.3. </w:t>
      </w:r>
      <w:proofErr w:type="gramStart"/>
      <w:r w:rsidR="00564C67">
        <w:rPr>
          <w:rFonts w:ascii="Calibri Light" w:hAnsi="Calibri Light" w:cs="Calibri Light"/>
          <w:color w:val="000000"/>
        </w:rPr>
        <w:t>du</w:t>
      </w:r>
      <w:proofErr w:type="gramEnd"/>
      <w:r w:rsidR="00564C67">
        <w:rPr>
          <w:rFonts w:ascii="Calibri Light" w:hAnsi="Calibri Light" w:cs="Calibri Light"/>
          <w:color w:val="000000"/>
        </w:rPr>
        <w:t xml:space="preserve"> formulaire de proposition) </w:t>
      </w:r>
      <w:r w:rsidR="00564C67" w:rsidRPr="009F01E8">
        <w:rPr>
          <w:rFonts w:ascii="Calibri Light" w:hAnsi="Calibri Light" w:cs="Calibri Light"/>
          <w:color w:val="000000"/>
        </w:rPr>
        <w:fldChar w:fldCharType="begin">
          <w:ffData>
            <w:name w:val="Case à cocher28"/>
            <w:enabled/>
            <w:calcOnExit w:val="0"/>
            <w:checkBox>
              <w:sizeAuto/>
              <w:default w:val="0"/>
            </w:checkBox>
          </w:ffData>
        </w:fldChar>
      </w:r>
      <w:r w:rsidR="00564C67" w:rsidRPr="00564C67">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r w:rsidR="00564C67">
        <w:rPr>
          <w:rFonts w:ascii="Calibri Light" w:hAnsi="Calibri Light" w:cs="Calibri Light"/>
          <w:color w:val="000000"/>
        </w:rPr>
        <w:t xml:space="preserve"> </w:t>
      </w:r>
    </w:p>
    <w:p w14:paraId="1A5FA1AD" w14:textId="6B887A71" w:rsidR="00F80938" w:rsidRPr="009F01E8" w:rsidRDefault="00564C67" w:rsidP="00564C67">
      <w:pPr>
        <w:pStyle w:val="NormalWeb"/>
        <w:numPr>
          <w:ilvl w:val="0"/>
          <w:numId w:val="23"/>
        </w:numPr>
        <w:spacing w:before="0" w:beforeAutospacing="0" w:after="0" w:afterAutospacing="0"/>
        <w:rPr>
          <w:rFonts w:ascii="Calibri Light" w:hAnsi="Calibri Light" w:cs="Calibri Light"/>
          <w:color w:val="000000"/>
        </w:rPr>
      </w:pPr>
      <w:proofErr w:type="spellStart"/>
      <w:r>
        <w:rPr>
          <w:rFonts w:ascii="Calibri Light" w:hAnsi="Calibri Light" w:cs="Calibri Light"/>
          <w:color w:val="000000"/>
        </w:rPr>
        <w:lastRenderedPageBreak/>
        <w:t>Participant·es</w:t>
      </w:r>
      <w:proofErr w:type="spellEnd"/>
      <w:r>
        <w:rPr>
          <w:rFonts w:ascii="Calibri Light" w:hAnsi="Calibri Light" w:cs="Calibri Light"/>
          <w:color w:val="000000"/>
        </w:rPr>
        <w:t xml:space="preserve"> (Section 2.2. </w:t>
      </w:r>
      <w:proofErr w:type="gramStart"/>
      <w:r>
        <w:rPr>
          <w:rFonts w:ascii="Calibri Light" w:hAnsi="Calibri Light" w:cs="Calibri Light"/>
          <w:color w:val="000000"/>
        </w:rPr>
        <w:t>du</w:t>
      </w:r>
      <w:proofErr w:type="gramEnd"/>
      <w:r>
        <w:rPr>
          <w:rFonts w:ascii="Calibri Light" w:hAnsi="Calibri Light" w:cs="Calibri Light"/>
          <w:color w:val="000000"/>
        </w:rPr>
        <w:t xml:space="preserve"> formulaire de proposition) </w:t>
      </w:r>
      <w:r w:rsidRPr="009F01E8">
        <w:rPr>
          <w:rFonts w:ascii="Calibri Light" w:hAnsi="Calibri Light" w:cs="Calibri Light"/>
          <w:color w:val="000000"/>
        </w:rPr>
        <w:fldChar w:fldCharType="begin">
          <w:ffData>
            <w:name w:val="Case à cocher29"/>
            <w:enabled/>
            <w:calcOnExit w:val="0"/>
            <w:checkBox>
              <w:sizeAuto/>
              <w:default w:val="0"/>
            </w:checkBox>
          </w:ffData>
        </w:fldChar>
      </w:r>
      <w:r w:rsidRPr="00564C67">
        <w:rPr>
          <w:rFonts w:ascii="Calibri Light" w:hAnsi="Calibri Light" w:cs="Calibri Light"/>
          <w:color w:val="000000"/>
        </w:rPr>
        <w:instrText xml:space="preserve"> FORMCHECKBOX </w:instrText>
      </w:r>
      <w:r w:rsidRPr="009F01E8">
        <w:rPr>
          <w:rFonts w:ascii="Calibri Light" w:hAnsi="Calibri Light" w:cs="Calibri Light"/>
          <w:color w:val="000000"/>
        </w:rPr>
      </w:r>
      <w:r w:rsidRPr="009F01E8">
        <w:rPr>
          <w:rFonts w:ascii="Calibri Light" w:hAnsi="Calibri Light" w:cs="Calibri Light"/>
          <w:color w:val="000000"/>
        </w:rPr>
        <w:fldChar w:fldCharType="separate"/>
      </w:r>
      <w:r w:rsidRPr="009F01E8">
        <w:rPr>
          <w:rFonts w:ascii="Calibri Light" w:hAnsi="Calibri Light" w:cs="Calibri Light"/>
          <w:color w:val="000000"/>
        </w:rPr>
        <w:fldChar w:fldCharType="end"/>
      </w:r>
    </w:p>
    <w:p w14:paraId="5F370710" w14:textId="08006CEB" w:rsidR="00564C67" w:rsidRDefault="00564C67" w:rsidP="00564C67">
      <w:pPr>
        <w:pStyle w:val="NormalWeb"/>
        <w:numPr>
          <w:ilvl w:val="0"/>
          <w:numId w:val="23"/>
        </w:numPr>
        <w:spacing w:before="0" w:beforeAutospacing="0" w:after="0" w:afterAutospacing="0"/>
        <w:rPr>
          <w:rFonts w:ascii="Calibri Light" w:hAnsi="Calibri Light" w:cs="Calibri Light"/>
          <w:color w:val="000000"/>
        </w:rPr>
      </w:pPr>
      <w:r>
        <w:rPr>
          <w:rFonts w:ascii="Calibri Light" w:hAnsi="Calibri Light" w:cs="Calibri Light"/>
          <w:color w:val="000000"/>
        </w:rPr>
        <w:t>R</w:t>
      </w:r>
      <w:r w:rsidR="00F80938" w:rsidRPr="009F01E8">
        <w:rPr>
          <w:rFonts w:ascii="Calibri Light" w:hAnsi="Calibri Light" w:cs="Calibri Light"/>
          <w:color w:val="000000"/>
        </w:rPr>
        <w:t>ecrutement</w:t>
      </w:r>
      <w:r>
        <w:rPr>
          <w:rFonts w:ascii="Calibri Light" w:hAnsi="Calibri Light" w:cs="Calibri Light"/>
          <w:color w:val="000000"/>
        </w:rPr>
        <w:t xml:space="preserve"> (Section 2.2.2. </w:t>
      </w:r>
      <w:proofErr w:type="gramStart"/>
      <w:r>
        <w:rPr>
          <w:rFonts w:ascii="Calibri Light" w:hAnsi="Calibri Light" w:cs="Calibri Light"/>
          <w:color w:val="000000"/>
        </w:rPr>
        <w:t>du</w:t>
      </w:r>
      <w:proofErr w:type="gramEnd"/>
      <w:r>
        <w:rPr>
          <w:rFonts w:ascii="Calibri Light" w:hAnsi="Calibri Light" w:cs="Calibri Light"/>
          <w:color w:val="000000"/>
        </w:rPr>
        <w:t xml:space="preserve"> formulaire de proposition) </w:t>
      </w:r>
      <w:r w:rsidRPr="009F01E8">
        <w:rPr>
          <w:rFonts w:ascii="Calibri Light" w:hAnsi="Calibri Light" w:cs="Calibri Light"/>
          <w:color w:val="000000"/>
        </w:rPr>
        <w:fldChar w:fldCharType="begin">
          <w:ffData>
            <w:name w:val="Case à cocher30"/>
            <w:enabled/>
            <w:calcOnExit w:val="0"/>
            <w:checkBox>
              <w:sizeAuto/>
              <w:default w:val="0"/>
            </w:checkBox>
          </w:ffData>
        </w:fldChar>
      </w:r>
      <w:r w:rsidRPr="00564C67">
        <w:rPr>
          <w:rFonts w:ascii="Calibri Light" w:hAnsi="Calibri Light" w:cs="Calibri Light"/>
          <w:color w:val="000000"/>
        </w:rPr>
        <w:instrText xml:space="preserve"> FORMCHECKBOX </w:instrText>
      </w:r>
      <w:r w:rsidRPr="009F01E8">
        <w:rPr>
          <w:rFonts w:ascii="Calibri Light" w:hAnsi="Calibri Light" w:cs="Calibri Light"/>
          <w:color w:val="000000"/>
        </w:rPr>
      </w:r>
      <w:r w:rsidRPr="009F01E8">
        <w:rPr>
          <w:rFonts w:ascii="Calibri Light" w:hAnsi="Calibri Light" w:cs="Calibri Light"/>
          <w:color w:val="000000"/>
        </w:rPr>
        <w:fldChar w:fldCharType="separate"/>
      </w:r>
      <w:r w:rsidRPr="009F01E8">
        <w:rPr>
          <w:rFonts w:ascii="Calibri Light" w:hAnsi="Calibri Light" w:cs="Calibri Light"/>
          <w:color w:val="000000"/>
        </w:rPr>
        <w:fldChar w:fldCharType="end"/>
      </w:r>
    </w:p>
    <w:p w14:paraId="2E472097" w14:textId="50CBDF93" w:rsidR="00564C67" w:rsidRDefault="00564C67" w:rsidP="00564C67">
      <w:pPr>
        <w:pStyle w:val="NormalWeb"/>
        <w:numPr>
          <w:ilvl w:val="0"/>
          <w:numId w:val="23"/>
        </w:numPr>
        <w:spacing w:before="0" w:beforeAutospacing="0" w:after="0" w:afterAutospacing="0"/>
        <w:rPr>
          <w:rFonts w:ascii="Calibri Light" w:hAnsi="Calibri Light" w:cs="Calibri Light"/>
          <w:color w:val="000000"/>
        </w:rPr>
      </w:pPr>
      <w:r w:rsidRPr="009F01E8">
        <w:rPr>
          <w:rFonts w:ascii="Calibri Light" w:hAnsi="Calibri Light" w:cs="Calibri Light"/>
          <w:color w:val="000000"/>
        </w:rPr>
        <w:t>Outils de collecte</w:t>
      </w:r>
      <w:r>
        <w:rPr>
          <w:rFonts w:ascii="Calibri Light" w:hAnsi="Calibri Light" w:cs="Calibri Light"/>
          <w:color w:val="000000"/>
        </w:rPr>
        <w:t xml:space="preserve"> de données (Section 2.3. </w:t>
      </w:r>
      <w:proofErr w:type="gramStart"/>
      <w:r>
        <w:rPr>
          <w:rFonts w:ascii="Calibri Light" w:hAnsi="Calibri Light" w:cs="Calibri Light"/>
          <w:color w:val="000000"/>
        </w:rPr>
        <w:t>du</w:t>
      </w:r>
      <w:proofErr w:type="gramEnd"/>
      <w:r>
        <w:rPr>
          <w:rFonts w:ascii="Calibri Light" w:hAnsi="Calibri Light" w:cs="Calibri Light"/>
          <w:color w:val="000000"/>
        </w:rPr>
        <w:t xml:space="preserve"> formulaire de proposition) </w:t>
      </w:r>
      <w:r w:rsidRPr="009F01E8">
        <w:rPr>
          <w:rFonts w:ascii="Calibri Light" w:hAnsi="Calibri Light" w:cs="Calibri Light"/>
          <w:color w:val="000000"/>
        </w:rPr>
        <w:fldChar w:fldCharType="begin">
          <w:ffData>
            <w:name w:val="Case à cocher32"/>
            <w:enabled/>
            <w:calcOnExit w:val="0"/>
            <w:checkBox>
              <w:sizeAuto/>
              <w:default w:val="0"/>
            </w:checkBox>
          </w:ffData>
        </w:fldChar>
      </w:r>
      <w:r w:rsidRPr="00564C67">
        <w:rPr>
          <w:rFonts w:ascii="Calibri Light" w:hAnsi="Calibri Light" w:cs="Calibri Light"/>
          <w:color w:val="000000"/>
        </w:rPr>
        <w:instrText xml:space="preserve"> FORMCHECKBOX </w:instrText>
      </w:r>
      <w:r w:rsidRPr="009F01E8">
        <w:rPr>
          <w:rFonts w:ascii="Calibri Light" w:hAnsi="Calibri Light" w:cs="Calibri Light"/>
          <w:color w:val="000000"/>
        </w:rPr>
      </w:r>
      <w:r w:rsidRPr="009F01E8">
        <w:rPr>
          <w:rFonts w:ascii="Calibri Light" w:hAnsi="Calibri Light" w:cs="Calibri Light"/>
          <w:color w:val="000000"/>
        </w:rPr>
        <w:fldChar w:fldCharType="separate"/>
      </w:r>
      <w:r w:rsidRPr="009F01E8">
        <w:rPr>
          <w:rFonts w:ascii="Calibri Light" w:hAnsi="Calibri Light" w:cs="Calibri Light"/>
          <w:color w:val="000000"/>
        </w:rPr>
        <w:fldChar w:fldCharType="end"/>
      </w:r>
    </w:p>
    <w:p w14:paraId="4DCE9099" w14:textId="6ED41639" w:rsidR="00564C67" w:rsidRDefault="00564C67" w:rsidP="00564C67">
      <w:pPr>
        <w:pStyle w:val="NormalWeb"/>
        <w:numPr>
          <w:ilvl w:val="0"/>
          <w:numId w:val="23"/>
        </w:numPr>
        <w:spacing w:before="0" w:beforeAutospacing="0" w:after="0" w:afterAutospacing="0"/>
        <w:rPr>
          <w:rFonts w:ascii="Calibri Light" w:hAnsi="Calibri Light" w:cs="Calibri Light"/>
          <w:color w:val="000000"/>
        </w:rPr>
      </w:pPr>
      <w:r>
        <w:rPr>
          <w:rFonts w:ascii="Calibri Light" w:hAnsi="Calibri Light" w:cs="Calibri Light"/>
          <w:color w:val="000000"/>
        </w:rPr>
        <w:t xml:space="preserve">Déroulement de la </w:t>
      </w:r>
      <w:r w:rsidR="00850AD1" w:rsidRPr="009F01E8">
        <w:rPr>
          <w:rFonts w:ascii="Calibri Light" w:hAnsi="Calibri Light" w:cs="Calibri Light"/>
          <w:color w:val="000000"/>
        </w:rPr>
        <w:t>collecte des données</w:t>
      </w:r>
      <w:r>
        <w:rPr>
          <w:rFonts w:ascii="Calibri Light" w:hAnsi="Calibri Light" w:cs="Calibri Light"/>
          <w:color w:val="000000"/>
        </w:rPr>
        <w:t xml:space="preserve"> (Section 2.4. </w:t>
      </w:r>
      <w:proofErr w:type="gramStart"/>
      <w:r>
        <w:rPr>
          <w:rFonts w:ascii="Calibri Light" w:hAnsi="Calibri Light" w:cs="Calibri Light"/>
          <w:color w:val="000000"/>
        </w:rPr>
        <w:t>du</w:t>
      </w:r>
      <w:proofErr w:type="gramEnd"/>
      <w:r>
        <w:rPr>
          <w:rFonts w:ascii="Calibri Light" w:hAnsi="Calibri Light" w:cs="Calibri Light"/>
          <w:color w:val="000000"/>
        </w:rPr>
        <w:t xml:space="preserve"> formulaire de proposition) </w:t>
      </w:r>
      <w:r w:rsidRPr="009F01E8">
        <w:rPr>
          <w:rFonts w:ascii="Calibri Light" w:hAnsi="Calibri Light" w:cs="Calibri Light"/>
          <w:color w:val="000000"/>
        </w:rPr>
        <w:fldChar w:fldCharType="begin">
          <w:ffData>
            <w:name w:val="Case à cocher31"/>
            <w:enabled/>
            <w:calcOnExit w:val="0"/>
            <w:checkBox>
              <w:sizeAuto/>
              <w:default w:val="0"/>
            </w:checkBox>
          </w:ffData>
        </w:fldChar>
      </w:r>
      <w:r w:rsidRPr="00564C67">
        <w:rPr>
          <w:rFonts w:ascii="Calibri Light" w:hAnsi="Calibri Light" w:cs="Calibri Light"/>
          <w:color w:val="000000"/>
        </w:rPr>
        <w:instrText xml:space="preserve"> FORMCHECKBOX </w:instrText>
      </w:r>
      <w:r w:rsidRPr="009F01E8">
        <w:rPr>
          <w:rFonts w:ascii="Calibri Light" w:hAnsi="Calibri Light" w:cs="Calibri Light"/>
          <w:color w:val="000000"/>
        </w:rPr>
      </w:r>
      <w:r w:rsidRPr="009F01E8">
        <w:rPr>
          <w:rFonts w:ascii="Calibri Light" w:hAnsi="Calibri Light" w:cs="Calibri Light"/>
          <w:color w:val="000000"/>
        </w:rPr>
        <w:fldChar w:fldCharType="separate"/>
      </w:r>
      <w:r w:rsidRPr="009F01E8">
        <w:rPr>
          <w:rFonts w:ascii="Calibri Light" w:hAnsi="Calibri Light" w:cs="Calibri Light"/>
          <w:color w:val="000000"/>
        </w:rPr>
        <w:fldChar w:fldCharType="end"/>
      </w:r>
    </w:p>
    <w:p w14:paraId="68C0DAB6" w14:textId="3ECB373A" w:rsidR="00564C67" w:rsidRDefault="00564C67" w:rsidP="00564C67">
      <w:pPr>
        <w:pStyle w:val="NormalWeb"/>
        <w:numPr>
          <w:ilvl w:val="0"/>
          <w:numId w:val="23"/>
        </w:numPr>
        <w:spacing w:before="0" w:beforeAutospacing="0" w:after="0" w:afterAutospacing="0"/>
        <w:rPr>
          <w:rFonts w:ascii="Calibri Light" w:hAnsi="Calibri Light" w:cs="Calibri Light"/>
          <w:color w:val="000000"/>
        </w:rPr>
      </w:pPr>
      <w:r>
        <w:rPr>
          <w:rFonts w:ascii="Calibri Light" w:hAnsi="Calibri Light" w:cs="Calibri Light"/>
          <w:color w:val="000000"/>
        </w:rPr>
        <w:t>C</w:t>
      </w:r>
      <w:r w:rsidR="000769B2" w:rsidRPr="009F01E8">
        <w:rPr>
          <w:rFonts w:ascii="Calibri Light" w:hAnsi="Calibri Light" w:cs="Calibri Light"/>
          <w:color w:val="000000"/>
        </w:rPr>
        <w:t>onsentement</w:t>
      </w:r>
      <w:r>
        <w:rPr>
          <w:rFonts w:ascii="Calibri Light" w:hAnsi="Calibri Light" w:cs="Calibri Light"/>
          <w:color w:val="000000"/>
        </w:rPr>
        <w:t xml:space="preserve"> (Section 3.1. </w:t>
      </w:r>
      <w:proofErr w:type="gramStart"/>
      <w:r>
        <w:rPr>
          <w:rFonts w:ascii="Calibri Light" w:hAnsi="Calibri Light" w:cs="Calibri Light"/>
          <w:color w:val="000000"/>
        </w:rPr>
        <w:t>du</w:t>
      </w:r>
      <w:proofErr w:type="gramEnd"/>
      <w:r>
        <w:rPr>
          <w:rFonts w:ascii="Calibri Light" w:hAnsi="Calibri Light" w:cs="Calibri Light"/>
          <w:color w:val="000000"/>
        </w:rPr>
        <w:t xml:space="preserve"> formulaire de proposition) </w:t>
      </w:r>
      <w:r w:rsidRPr="009F01E8">
        <w:rPr>
          <w:rFonts w:ascii="Calibri Light" w:hAnsi="Calibri Light" w:cs="Calibri Light"/>
          <w:color w:val="000000"/>
        </w:rPr>
        <w:fldChar w:fldCharType="begin">
          <w:ffData>
            <w:name w:val="Case à cocher33"/>
            <w:enabled/>
            <w:calcOnExit w:val="0"/>
            <w:checkBox>
              <w:sizeAuto/>
              <w:default w:val="0"/>
            </w:checkBox>
          </w:ffData>
        </w:fldChar>
      </w:r>
      <w:r w:rsidRPr="00564C67">
        <w:rPr>
          <w:rFonts w:ascii="Calibri Light" w:hAnsi="Calibri Light" w:cs="Calibri Light"/>
          <w:color w:val="000000"/>
        </w:rPr>
        <w:instrText xml:space="preserve"> FORMCHECKBOX </w:instrText>
      </w:r>
      <w:r w:rsidRPr="009F01E8">
        <w:rPr>
          <w:rFonts w:ascii="Calibri Light" w:hAnsi="Calibri Light" w:cs="Calibri Light"/>
          <w:color w:val="000000"/>
        </w:rPr>
      </w:r>
      <w:r w:rsidRPr="009F01E8">
        <w:rPr>
          <w:rFonts w:ascii="Calibri Light" w:hAnsi="Calibri Light" w:cs="Calibri Light"/>
          <w:color w:val="000000"/>
        </w:rPr>
        <w:fldChar w:fldCharType="separate"/>
      </w:r>
      <w:r w:rsidRPr="009F01E8">
        <w:rPr>
          <w:rFonts w:ascii="Calibri Light" w:hAnsi="Calibri Light" w:cs="Calibri Light"/>
          <w:color w:val="000000"/>
        </w:rPr>
        <w:fldChar w:fldCharType="end"/>
      </w:r>
    </w:p>
    <w:p w14:paraId="38CB04E8" w14:textId="151277FA" w:rsidR="0061605E" w:rsidRPr="009F01E8" w:rsidRDefault="003E0DB2" w:rsidP="00564C67">
      <w:pPr>
        <w:pStyle w:val="NormalWeb"/>
        <w:numPr>
          <w:ilvl w:val="0"/>
          <w:numId w:val="23"/>
        </w:numPr>
        <w:spacing w:before="0" w:beforeAutospacing="0" w:after="0" w:afterAutospacing="0"/>
        <w:rPr>
          <w:rFonts w:ascii="Calibri Light" w:hAnsi="Calibri Light" w:cs="Calibri Light"/>
          <w:color w:val="000000"/>
        </w:rPr>
      </w:pPr>
      <w:r w:rsidRPr="009F01E8">
        <w:rPr>
          <w:rFonts w:ascii="Calibri Light" w:hAnsi="Calibri Light" w:cs="Calibri Light"/>
          <w:color w:val="000000"/>
        </w:rPr>
        <w:t>Confidentialité, gestion et conservation des données</w:t>
      </w:r>
      <w:r w:rsidR="00564C67">
        <w:rPr>
          <w:rFonts w:ascii="Calibri Light" w:hAnsi="Calibri Light" w:cs="Calibri Light"/>
          <w:color w:val="000000"/>
        </w:rPr>
        <w:t xml:space="preserve"> (Section 3.2. </w:t>
      </w:r>
      <w:proofErr w:type="gramStart"/>
      <w:r w:rsidR="00564C67">
        <w:rPr>
          <w:rFonts w:ascii="Calibri Light" w:hAnsi="Calibri Light" w:cs="Calibri Light"/>
          <w:color w:val="000000"/>
        </w:rPr>
        <w:t>du</w:t>
      </w:r>
      <w:proofErr w:type="gramEnd"/>
      <w:r w:rsidR="00564C67">
        <w:rPr>
          <w:rFonts w:ascii="Calibri Light" w:hAnsi="Calibri Light" w:cs="Calibri Light"/>
          <w:color w:val="000000"/>
        </w:rPr>
        <w:t xml:space="preserve"> formulaire de proposition) </w:t>
      </w:r>
      <w:r w:rsidR="00564C67" w:rsidRPr="009F01E8">
        <w:rPr>
          <w:rFonts w:ascii="Calibri Light" w:hAnsi="Calibri Light" w:cs="Calibri Light"/>
          <w:color w:val="000000"/>
        </w:rPr>
        <w:fldChar w:fldCharType="begin">
          <w:ffData>
            <w:name w:val="Case à cocher34"/>
            <w:enabled/>
            <w:calcOnExit w:val="0"/>
            <w:checkBox>
              <w:sizeAuto/>
              <w:default w:val="0"/>
            </w:checkBox>
          </w:ffData>
        </w:fldChar>
      </w:r>
      <w:r w:rsidR="00564C67" w:rsidRPr="00564C67">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p>
    <w:p w14:paraId="7E53660C" w14:textId="3DB3E987" w:rsidR="00491CE6" w:rsidRDefault="00491CE6" w:rsidP="00564C67">
      <w:pPr>
        <w:pStyle w:val="NormalWeb"/>
        <w:numPr>
          <w:ilvl w:val="0"/>
          <w:numId w:val="23"/>
        </w:numPr>
        <w:spacing w:before="0" w:beforeAutospacing="0" w:after="0" w:afterAutospacing="0"/>
        <w:rPr>
          <w:rFonts w:ascii="Calibri Light" w:hAnsi="Calibri Light" w:cs="Calibri Light"/>
          <w:color w:val="000000"/>
        </w:rPr>
      </w:pPr>
      <w:r w:rsidRPr="009F01E8">
        <w:rPr>
          <w:rFonts w:ascii="Calibri Light" w:hAnsi="Calibri Light" w:cs="Calibri Light"/>
          <w:color w:val="000000"/>
        </w:rPr>
        <w:t>Autre</w:t>
      </w:r>
      <w:r w:rsidR="00564C67">
        <w:rPr>
          <w:rFonts w:ascii="Calibri Light" w:hAnsi="Calibri Light" w:cs="Calibri Light"/>
          <w:color w:val="000000"/>
        </w:rPr>
        <w:t xml:space="preserve"> </w:t>
      </w:r>
      <w:r w:rsidR="00564C67" w:rsidRPr="009F01E8">
        <w:rPr>
          <w:rFonts w:ascii="Calibri Light" w:hAnsi="Calibri Light" w:cs="Calibri Light"/>
          <w:color w:val="000000"/>
        </w:rPr>
        <w:fldChar w:fldCharType="begin">
          <w:ffData>
            <w:name w:val="Case à cocher34"/>
            <w:enabled/>
            <w:calcOnExit w:val="0"/>
            <w:checkBox>
              <w:sizeAuto/>
              <w:default w:val="0"/>
            </w:checkBox>
          </w:ffData>
        </w:fldChar>
      </w:r>
      <w:r w:rsidR="00564C67" w:rsidRPr="00564C67">
        <w:rPr>
          <w:rFonts w:ascii="Calibri Light" w:hAnsi="Calibri Light" w:cs="Calibri Light"/>
          <w:color w:val="000000"/>
        </w:rPr>
        <w:instrText xml:space="preserve"> FORMCHECKBOX </w:instrText>
      </w:r>
      <w:r w:rsidR="00564C67" w:rsidRPr="009F01E8">
        <w:rPr>
          <w:rFonts w:ascii="Calibri Light" w:hAnsi="Calibri Light" w:cs="Calibri Light"/>
          <w:color w:val="000000"/>
        </w:rPr>
      </w:r>
      <w:r w:rsidR="00564C67" w:rsidRPr="009F01E8">
        <w:rPr>
          <w:rFonts w:ascii="Calibri Light" w:hAnsi="Calibri Light" w:cs="Calibri Light"/>
          <w:color w:val="000000"/>
        </w:rPr>
        <w:fldChar w:fldCharType="separate"/>
      </w:r>
      <w:r w:rsidR="00564C67" w:rsidRPr="009F01E8">
        <w:rPr>
          <w:rFonts w:ascii="Calibri Light" w:hAnsi="Calibri Light" w:cs="Calibri Light"/>
          <w:color w:val="000000"/>
        </w:rPr>
        <w:fldChar w:fldCharType="end"/>
      </w:r>
    </w:p>
    <w:p w14:paraId="006E0ABA" w14:textId="77777777" w:rsidR="00564C67" w:rsidRPr="00564C67" w:rsidRDefault="00564C67" w:rsidP="00564C67">
      <w:pPr>
        <w:pStyle w:val="Paragraphedeliste"/>
        <w:ind w:left="360"/>
        <w:rPr>
          <w:rFonts w:ascii="Calibri Light" w:hAnsi="Calibri Light" w:cs="Calibri Light"/>
        </w:rPr>
      </w:pPr>
      <w:r w:rsidRPr="00564C67">
        <w:rPr>
          <w:rFonts w:ascii="Calibri Light" w:hAnsi="Calibri Light" w:cs="Calibri Light"/>
        </w:rPr>
        <w:t xml:space="preserve">Veuillez spécifier : </w:t>
      </w:r>
    </w:p>
    <w:p w14:paraId="0C785BFF" w14:textId="7507B403" w:rsidR="00564C67" w:rsidRPr="00206648" w:rsidRDefault="00564C67" w:rsidP="00564C67">
      <w:pPr>
        <w:pStyle w:val="Paragraphedeliste"/>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360"/>
        <w:rPr>
          <w:rFonts w:ascii="Calibri Light" w:hAnsi="Calibri Light" w:cs="Calibri Light"/>
          <w:caps/>
        </w:rPr>
      </w:pPr>
      <w:r w:rsidRPr="00206648">
        <w:rPr>
          <w:rFonts w:ascii="Calibri Light" w:hAnsi="Calibri Light" w:cs="Calibri Light"/>
          <w:caps/>
        </w:rPr>
        <w:fldChar w:fldCharType="begin">
          <w:ffData>
            <w:name w:val="Texte2"/>
            <w:enabled/>
            <w:calcOnExit w:val="0"/>
            <w:textInput/>
          </w:ffData>
        </w:fldChar>
      </w:r>
      <w:r w:rsidRPr="00206648">
        <w:rPr>
          <w:rFonts w:ascii="Calibri Light" w:hAnsi="Calibri Light" w:cs="Calibri Light"/>
        </w:rPr>
        <w:instrText xml:space="preserve"> FORMTEXT </w:instrText>
      </w:r>
      <w:r w:rsidRPr="00206648">
        <w:rPr>
          <w:rFonts w:ascii="Calibri Light" w:hAnsi="Calibri Light" w:cs="Calibri Light"/>
          <w:caps/>
        </w:rPr>
      </w:r>
      <w:r w:rsidRPr="00206648">
        <w:rPr>
          <w:rFonts w:ascii="Calibri Light" w:hAnsi="Calibri Light" w:cs="Calibri Light"/>
          <w:caps/>
        </w:rPr>
        <w:fldChar w:fldCharType="separate"/>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caps/>
        </w:rPr>
        <w:fldChar w:fldCharType="end"/>
      </w:r>
    </w:p>
    <w:p w14:paraId="33F4D4D7" w14:textId="5152D114" w:rsidR="00206648" w:rsidRDefault="00206648" w:rsidP="00206648">
      <w:pPr>
        <w:pStyle w:val="Titre3"/>
      </w:pPr>
      <w:r>
        <w:t>3</w:t>
      </w:r>
      <w:r w:rsidRPr="00DD3E4D">
        <w:t xml:space="preserve">. </w:t>
      </w:r>
      <w:r>
        <w:t>1</w:t>
      </w:r>
      <w:r w:rsidRPr="00DD3E4D">
        <w:t xml:space="preserve">. </w:t>
      </w:r>
      <w:r>
        <w:t>2</w:t>
      </w:r>
      <w:r w:rsidRPr="00DD3E4D">
        <w:t xml:space="preserve">. </w:t>
      </w:r>
      <w:r>
        <w:t>Description des modifications demandées</w:t>
      </w:r>
    </w:p>
    <w:p w14:paraId="69B9723E" w14:textId="77777777" w:rsidR="00206648" w:rsidRDefault="008814F5" w:rsidP="00206648">
      <w:pPr>
        <w:rPr>
          <w:rFonts w:ascii="Calibri Light" w:hAnsi="Calibri Light" w:cs="Calibri Light"/>
          <w:color w:val="000000"/>
        </w:rPr>
      </w:pPr>
      <w:r w:rsidRPr="009F01E8">
        <w:rPr>
          <w:rFonts w:ascii="Calibri Light" w:hAnsi="Calibri Light" w:cs="Calibri Light"/>
          <w:color w:val="000000"/>
        </w:rPr>
        <w:t xml:space="preserve">Veuillez décrire les modifications </w:t>
      </w:r>
      <w:r w:rsidR="0034678C" w:rsidRPr="009F01E8">
        <w:rPr>
          <w:rFonts w:ascii="Calibri Light" w:hAnsi="Calibri Light" w:cs="Calibri Light"/>
          <w:color w:val="000000"/>
        </w:rPr>
        <w:t>demandée</w:t>
      </w:r>
      <w:r w:rsidR="006129B2" w:rsidRPr="009F01E8">
        <w:rPr>
          <w:rFonts w:ascii="Calibri Light" w:hAnsi="Calibri Light" w:cs="Calibri Light"/>
          <w:color w:val="000000"/>
        </w:rPr>
        <w:t>s</w:t>
      </w:r>
      <w:r w:rsidR="005536F0" w:rsidRPr="009F01E8">
        <w:rPr>
          <w:rFonts w:ascii="Calibri Light" w:hAnsi="Calibri Light" w:cs="Calibri Light"/>
          <w:color w:val="000000"/>
        </w:rPr>
        <w:t>, en indiquant clairement</w:t>
      </w:r>
      <w:r w:rsidR="0034678C" w:rsidRPr="009F01E8">
        <w:rPr>
          <w:rFonts w:ascii="Calibri Light" w:hAnsi="Calibri Light" w:cs="Calibri Light"/>
          <w:color w:val="000000"/>
        </w:rPr>
        <w:t> :</w:t>
      </w:r>
    </w:p>
    <w:p w14:paraId="203AF87C" w14:textId="55B3B1D1" w:rsidR="00983A7A" w:rsidRPr="00206648" w:rsidRDefault="006129B2" w:rsidP="00206648">
      <w:pPr>
        <w:pStyle w:val="Paragraphedeliste"/>
        <w:numPr>
          <w:ilvl w:val="0"/>
          <w:numId w:val="24"/>
        </w:numPr>
        <w:rPr>
          <w:rFonts w:ascii="Calibri Light" w:hAnsi="Calibri Light" w:cs="Calibri Light"/>
          <w:color w:val="000000"/>
        </w:rPr>
      </w:pPr>
      <w:proofErr w:type="gramStart"/>
      <w:r w:rsidRPr="00206648">
        <w:rPr>
          <w:rFonts w:ascii="Calibri Light" w:hAnsi="Calibri Light" w:cs="Calibri Light"/>
          <w:color w:val="000000"/>
        </w:rPr>
        <w:t>l</w:t>
      </w:r>
      <w:r w:rsidR="005536F0" w:rsidRPr="00206648">
        <w:rPr>
          <w:rFonts w:ascii="Calibri Light" w:hAnsi="Calibri Light" w:cs="Calibri Light"/>
          <w:color w:val="000000"/>
        </w:rPr>
        <w:t>e</w:t>
      </w:r>
      <w:proofErr w:type="gramEnd"/>
      <w:r w:rsidRPr="00206648">
        <w:rPr>
          <w:rFonts w:ascii="Calibri Light" w:hAnsi="Calibri Light" w:cs="Calibri Light"/>
          <w:color w:val="000000"/>
        </w:rPr>
        <w:t xml:space="preserve"> numéro de</w:t>
      </w:r>
      <w:r w:rsidR="00D42787" w:rsidRPr="00206648">
        <w:rPr>
          <w:rFonts w:ascii="Calibri Light" w:hAnsi="Calibri Light" w:cs="Calibri Light"/>
          <w:color w:val="000000"/>
        </w:rPr>
        <w:t>(</w:t>
      </w:r>
      <w:r w:rsidRPr="00206648">
        <w:rPr>
          <w:rFonts w:ascii="Calibri Light" w:hAnsi="Calibri Light" w:cs="Calibri Light"/>
          <w:color w:val="000000"/>
        </w:rPr>
        <w:t>s</w:t>
      </w:r>
      <w:r w:rsidR="00D42787" w:rsidRPr="00206648">
        <w:rPr>
          <w:rFonts w:ascii="Calibri Light" w:hAnsi="Calibri Light" w:cs="Calibri Light"/>
          <w:color w:val="000000"/>
        </w:rPr>
        <w:t>)</w:t>
      </w:r>
      <w:r w:rsidR="005536F0" w:rsidRPr="00206648">
        <w:rPr>
          <w:rFonts w:ascii="Calibri Light" w:hAnsi="Calibri Light" w:cs="Calibri Light"/>
          <w:color w:val="000000"/>
        </w:rPr>
        <w:t xml:space="preserve"> section</w:t>
      </w:r>
      <w:r w:rsidR="00D42787" w:rsidRPr="00206648">
        <w:rPr>
          <w:rFonts w:ascii="Calibri Light" w:hAnsi="Calibri Light" w:cs="Calibri Light"/>
          <w:color w:val="000000"/>
        </w:rPr>
        <w:t>(</w:t>
      </w:r>
      <w:r w:rsidR="005536F0" w:rsidRPr="00206648">
        <w:rPr>
          <w:rFonts w:ascii="Calibri Light" w:hAnsi="Calibri Light" w:cs="Calibri Light"/>
          <w:color w:val="000000"/>
        </w:rPr>
        <w:t>s</w:t>
      </w:r>
      <w:r w:rsidR="00D42787" w:rsidRPr="00206648">
        <w:rPr>
          <w:rFonts w:ascii="Calibri Light" w:hAnsi="Calibri Light" w:cs="Calibri Light"/>
          <w:color w:val="000000"/>
        </w:rPr>
        <w:t>)</w:t>
      </w:r>
      <w:r w:rsidR="005536F0" w:rsidRPr="00206648">
        <w:rPr>
          <w:rFonts w:ascii="Calibri Light" w:hAnsi="Calibri Light" w:cs="Calibri Light"/>
          <w:color w:val="000000"/>
        </w:rPr>
        <w:t xml:space="preserve"> du formulaire de proposition </w:t>
      </w:r>
      <w:r w:rsidR="00983A7A" w:rsidRPr="00206648">
        <w:rPr>
          <w:rFonts w:ascii="Calibri Light" w:hAnsi="Calibri Light" w:cs="Calibri Light"/>
          <w:color w:val="000000"/>
        </w:rPr>
        <w:t>concerné</w:t>
      </w:r>
      <w:r w:rsidRPr="00206648">
        <w:rPr>
          <w:rFonts w:ascii="Calibri Light" w:hAnsi="Calibri Light" w:cs="Calibri Light"/>
          <w:color w:val="000000"/>
        </w:rPr>
        <w:t>e</w:t>
      </w:r>
      <w:r w:rsidR="00D42787" w:rsidRPr="00206648">
        <w:rPr>
          <w:rFonts w:ascii="Calibri Light" w:hAnsi="Calibri Light" w:cs="Calibri Light"/>
          <w:color w:val="000000"/>
        </w:rPr>
        <w:t>(</w:t>
      </w:r>
      <w:r w:rsidR="00983A7A" w:rsidRPr="00206648">
        <w:rPr>
          <w:rFonts w:ascii="Calibri Light" w:hAnsi="Calibri Light" w:cs="Calibri Light"/>
          <w:color w:val="000000"/>
        </w:rPr>
        <w:t>s</w:t>
      </w:r>
      <w:r w:rsidR="00D42787" w:rsidRPr="00206648">
        <w:rPr>
          <w:rFonts w:ascii="Calibri Light" w:hAnsi="Calibri Light" w:cs="Calibri Light"/>
          <w:color w:val="000000"/>
        </w:rPr>
        <w:t>)</w:t>
      </w:r>
    </w:p>
    <w:p w14:paraId="1B463AD9" w14:textId="17350752" w:rsidR="008814F5" w:rsidRPr="009F01E8" w:rsidRDefault="008814F5" w:rsidP="00206648">
      <w:pPr>
        <w:numPr>
          <w:ilvl w:val="0"/>
          <w:numId w:val="24"/>
        </w:numPr>
        <w:rPr>
          <w:rFonts w:ascii="Calibri Light" w:hAnsi="Calibri Light" w:cs="Calibri Light"/>
          <w:color w:val="000000"/>
        </w:rPr>
      </w:pPr>
      <w:proofErr w:type="gramStart"/>
      <w:r w:rsidRPr="009F01E8">
        <w:rPr>
          <w:rFonts w:ascii="Calibri Light" w:hAnsi="Calibri Light" w:cs="Calibri Light"/>
          <w:color w:val="000000"/>
        </w:rPr>
        <w:t>la</w:t>
      </w:r>
      <w:proofErr w:type="gramEnd"/>
      <w:r w:rsidRPr="009F01E8">
        <w:rPr>
          <w:rFonts w:ascii="Calibri Light" w:hAnsi="Calibri Light" w:cs="Calibri Light"/>
          <w:color w:val="000000"/>
        </w:rPr>
        <w:t xml:space="preserve"> nature des </w:t>
      </w:r>
      <w:r w:rsidR="00EB3EC5" w:rsidRPr="009F01E8">
        <w:rPr>
          <w:rFonts w:ascii="Calibri Light" w:hAnsi="Calibri Light" w:cs="Calibri Light"/>
          <w:color w:val="000000"/>
        </w:rPr>
        <w:t>modifications</w:t>
      </w:r>
    </w:p>
    <w:p w14:paraId="704C56D1" w14:textId="77777777" w:rsidR="008814F5" w:rsidRPr="009F01E8" w:rsidRDefault="008814F5" w:rsidP="00206648">
      <w:pPr>
        <w:numPr>
          <w:ilvl w:val="0"/>
          <w:numId w:val="24"/>
        </w:numPr>
        <w:rPr>
          <w:rFonts w:ascii="Calibri Light" w:hAnsi="Calibri Light" w:cs="Calibri Light"/>
          <w:color w:val="000000"/>
        </w:rPr>
      </w:pPr>
      <w:proofErr w:type="gramStart"/>
      <w:r w:rsidRPr="009F01E8">
        <w:rPr>
          <w:rFonts w:ascii="Calibri Light" w:hAnsi="Calibri Light" w:cs="Calibri Light"/>
          <w:color w:val="000000"/>
        </w:rPr>
        <w:t>les</w:t>
      </w:r>
      <w:proofErr w:type="gramEnd"/>
      <w:r w:rsidRPr="009F01E8">
        <w:rPr>
          <w:rFonts w:ascii="Calibri Light" w:hAnsi="Calibri Light" w:cs="Calibri Light"/>
          <w:color w:val="000000"/>
        </w:rPr>
        <w:t xml:space="preserve"> raisons justifiant ces modifications</w:t>
      </w:r>
    </w:p>
    <w:p w14:paraId="1D9D3F81" w14:textId="40FC41BE" w:rsidR="00206648" w:rsidRPr="00206648" w:rsidRDefault="00EB3EC5" w:rsidP="00206648">
      <w:pPr>
        <w:numPr>
          <w:ilvl w:val="0"/>
          <w:numId w:val="24"/>
        </w:numPr>
        <w:spacing w:after="240"/>
        <w:rPr>
          <w:rFonts w:ascii="Calibri Light" w:hAnsi="Calibri Light" w:cs="Calibri Light"/>
          <w:color w:val="000000"/>
        </w:rPr>
      </w:pPr>
      <w:proofErr w:type="gramStart"/>
      <w:r w:rsidRPr="009F01E8">
        <w:rPr>
          <w:rFonts w:ascii="Calibri Light" w:hAnsi="Calibri Light" w:cs="Calibri Light"/>
          <w:color w:val="000000"/>
        </w:rPr>
        <w:t>les</w:t>
      </w:r>
      <w:proofErr w:type="gramEnd"/>
      <w:r w:rsidRPr="009F01E8">
        <w:rPr>
          <w:rFonts w:ascii="Calibri Light" w:hAnsi="Calibri Light" w:cs="Calibri Light"/>
          <w:color w:val="000000"/>
        </w:rPr>
        <w:t xml:space="preserve"> impacts potentiels sur </w:t>
      </w:r>
      <w:proofErr w:type="gramStart"/>
      <w:r w:rsidRPr="009F01E8">
        <w:rPr>
          <w:rFonts w:ascii="Calibri Light" w:hAnsi="Calibri Light" w:cs="Calibri Light"/>
          <w:color w:val="000000"/>
        </w:rPr>
        <w:t xml:space="preserve">les </w:t>
      </w:r>
      <w:proofErr w:type="spellStart"/>
      <w:r w:rsidRPr="009F01E8">
        <w:rPr>
          <w:rFonts w:ascii="Calibri Light" w:hAnsi="Calibri Light" w:cs="Calibri Light"/>
          <w:color w:val="000000"/>
        </w:rPr>
        <w:t>participant</w:t>
      </w:r>
      <w:proofErr w:type="gramEnd"/>
      <w:r w:rsidRPr="009F01E8">
        <w:rPr>
          <w:rFonts w:ascii="Calibri Light" w:hAnsi="Calibri Light" w:cs="Calibri Light"/>
          <w:color w:val="000000"/>
        </w:rPr>
        <w:t>·e·s</w:t>
      </w:r>
      <w:proofErr w:type="spellEnd"/>
      <w:r w:rsidRPr="009F01E8">
        <w:rPr>
          <w:rFonts w:ascii="Calibri Light" w:hAnsi="Calibri Light" w:cs="Calibri Light"/>
          <w:color w:val="000000"/>
        </w:rPr>
        <w:t>, s’il y a lieu.</w:t>
      </w:r>
    </w:p>
    <w:p w14:paraId="317CEA31" w14:textId="2872FF39" w:rsidR="00206648" w:rsidRPr="00206648" w:rsidRDefault="00206648" w:rsidP="00206648">
      <w:pPr>
        <w:pStyle w:val="Paragraphedeliste"/>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360"/>
        <w:rPr>
          <w:rFonts w:ascii="Calibri Light" w:hAnsi="Calibri Light" w:cs="Calibri Light"/>
          <w:caps/>
        </w:rPr>
      </w:pPr>
      <w:r w:rsidRPr="00206648">
        <w:rPr>
          <w:rFonts w:ascii="Calibri Light" w:hAnsi="Calibri Light" w:cs="Calibri Light"/>
          <w:caps/>
        </w:rPr>
        <w:fldChar w:fldCharType="begin">
          <w:ffData>
            <w:name w:val="Texte2"/>
            <w:enabled/>
            <w:calcOnExit w:val="0"/>
            <w:textInput/>
          </w:ffData>
        </w:fldChar>
      </w:r>
      <w:r w:rsidRPr="00206648">
        <w:rPr>
          <w:rFonts w:ascii="Calibri Light" w:hAnsi="Calibri Light" w:cs="Calibri Light"/>
        </w:rPr>
        <w:instrText xml:space="preserve"> FORMTEXT </w:instrText>
      </w:r>
      <w:r w:rsidRPr="00206648">
        <w:rPr>
          <w:rFonts w:ascii="Calibri Light" w:hAnsi="Calibri Light" w:cs="Calibri Light"/>
          <w:caps/>
        </w:rPr>
      </w:r>
      <w:r w:rsidRPr="00206648">
        <w:rPr>
          <w:rFonts w:ascii="Calibri Light" w:hAnsi="Calibri Light" w:cs="Calibri Light"/>
          <w:caps/>
        </w:rPr>
        <w:fldChar w:fldCharType="separate"/>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caps/>
        </w:rPr>
        <w:fldChar w:fldCharType="end"/>
      </w:r>
    </w:p>
    <w:p w14:paraId="0DC85ADC" w14:textId="5B17F087" w:rsidR="00C87A80" w:rsidRPr="009F01E8" w:rsidRDefault="00206648" w:rsidP="00206648">
      <w:pPr>
        <w:pStyle w:val="Titre1"/>
      </w:pPr>
      <w:r>
        <w:t xml:space="preserve">Section </w:t>
      </w:r>
      <w:r w:rsidR="0090149A" w:rsidRPr="009F01E8">
        <w:t>4</w:t>
      </w:r>
      <w:r>
        <w:t xml:space="preserve"> – Annexes</w:t>
      </w:r>
    </w:p>
    <w:p w14:paraId="08D72487" w14:textId="77777777" w:rsidR="00C87A80" w:rsidRPr="009F01E8" w:rsidRDefault="00C87A80" w:rsidP="007173BD">
      <w:pPr>
        <w:pStyle w:val="NormalWeb"/>
        <w:jc w:val="both"/>
        <w:rPr>
          <w:rFonts w:ascii="Calibri Light" w:hAnsi="Calibri Light" w:cs="Calibri Light"/>
          <w:color w:val="000000"/>
        </w:rPr>
      </w:pPr>
      <w:r w:rsidRPr="009F01E8">
        <w:rPr>
          <w:rFonts w:ascii="Calibri Light" w:hAnsi="Calibri Light" w:cs="Calibri Light"/>
          <w:color w:val="000000"/>
        </w:rPr>
        <w:t>Veuillez joindre toutes les versions révisées des documents modifiés dans le cadre du projet, lorsque applicable, notamment :</w:t>
      </w:r>
    </w:p>
    <w:p w14:paraId="4A479774" w14:textId="77777777" w:rsidR="00206648" w:rsidRDefault="00C87A80" w:rsidP="00206648">
      <w:pPr>
        <w:pStyle w:val="NormalWeb"/>
        <w:numPr>
          <w:ilvl w:val="0"/>
          <w:numId w:val="25"/>
        </w:numPr>
        <w:rPr>
          <w:rFonts w:ascii="Calibri Light" w:hAnsi="Calibri Light" w:cs="Calibri Light"/>
          <w:color w:val="000000"/>
        </w:rPr>
      </w:pPr>
      <w:r w:rsidRPr="009F01E8">
        <w:rPr>
          <w:rFonts w:ascii="Calibri Light" w:hAnsi="Calibri Light" w:cs="Calibri Light"/>
          <w:color w:val="000000"/>
        </w:rPr>
        <w:t>Textes de recrutement ou de sollicitation</w:t>
      </w:r>
      <w:r w:rsidR="00206648">
        <w:rPr>
          <w:rFonts w:ascii="Calibri Light" w:hAnsi="Calibri Light" w:cs="Calibri Light"/>
          <w:color w:val="000000"/>
        </w:rPr>
        <w:t xml:space="preserve"> </w:t>
      </w:r>
      <w:r w:rsidR="00206648" w:rsidRPr="009F01E8">
        <w:rPr>
          <w:rFonts w:ascii="Calibri Light" w:hAnsi="Calibri Light" w:cs="Calibri Light"/>
          <w:color w:val="000000"/>
        </w:rPr>
        <w:fldChar w:fldCharType="begin">
          <w:ffData>
            <w:name w:val="Case à cocher37"/>
            <w:enabled/>
            <w:calcOnExit w:val="0"/>
            <w:checkBox>
              <w:sizeAuto/>
              <w:default w:val="0"/>
            </w:checkBox>
          </w:ffData>
        </w:fldChar>
      </w:r>
      <w:r w:rsidR="00206648" w:rsidRPr="00206648">
        <w:rPr>
          <w:rFonts w:ascii="Calibri Light" w:hAnsi="Calibri Light" w:cs="Calibri Light"/>
          <w:color w:val="000000"/>
        </w:rPr>
        <w:instrText xml:space="preserve"> FORMCHECKBOX </w:instrText>
      </w:r>
      <w:r w:rsidR="00206648" w:rsidRPr="009F01E8">
        <w:rPr>
          <w:rFonts w:ascii="Calibri Light" w:hAnsi="Calibri Light" w:cs="Calibri Light"/>
          <w:color w:val="000000"/>
        </w:rPr>
      </w:r>
      <w:r w:rsidR="00206648" w:rsidRPr="009F01E8">
        <w:rPr>
          <w:rFonts w:ascii="Calibri Light" w:hAnsi="Calibri Light" w:cs="Calibri Light"/>
          <w:color w:val="000000"/>
        </w:rPr>
        <w:fldChar w:fldCharType="separate"/>
      </w:r>
      <w:r w:rsidR="00206648" w:rsidRPr="009F01E8">
        <w:rPr>
          <w:rFonts w:ascii="Calibri Light" w:hAnsi="Calibri Light" w:cs="Calibri Light"/>
          <w:color w:val="000000"/>
        </w:rPr>
        <w:fldChar w:fldCharType="end"/>
      </w:r>
    </w:p>
    <w:p w14:paraId="4F83C9BD" w14:textId="4279A1B0" w:rsidR="00206648" w:rsidRDefault="00C87A80" w:rsidP="00206648">
      <w:pPr>
        <w:pStyle w:val="NormalWeb"/>
        <w:numPr>
          <w:ilvl w:val="0"/>
          <w:numId w:val="25"/>
        </w:numPr>
        <w:rPr>
          <w:rFonts w:ascii="Calibri Light" w:hAnsi="Calibri Light" w:cs="Calibri Light"/>
          <w:color w:val="000000"/>
        </w:rPr>
      </w:pPr>
      <w:r w:rsidRPr="009F01E8">
        <w:rPr>
          <w:rFonts w:ascii="Calibri Light" w:hAnsi="Calibri Light" w:cs="Calibri Light"/>
          <w:color w:val="000000"/>
        </w:rPr>
        <w:t>Formulaires de consentement</w:t>
      </w:r>
      <w:r w:rsidR="00206648">
        <w:rPr>
          <w:rFonts w:ascii="Calibri Light" w:hAnsi="Calibri Light" w:cs="Calibri Light"/>
          <w:color w:val="000000"/>
        </w:rPr>
        <w:t xml:space="preserve"> </w:t>
      </w:r>
      <w:r w:rsidR="00206648" w:rsidRPr="009F01E8">
        <w:rPr>
          <w:rFonts w:ascii="Calibri Light" w:hAnsi="Calibri Light" w:cs="Calibri Light"/>
          <w:color w:val="000000"/>
        </w:rPr>
        <w:fldChar w:fldCharType="begin">
          <w:ffData>
            <w:name w:val="Case à cocher38"/>
            <w:enabled/>
            <w:calcOnExit w:val="0"/>
            <w:checkBox>
              <w:sizeAuto/>
              <w:default w:val="0"/>
            </w:checkBox>
          </w:ffData>
        </w:fldChar>
      </w:r>
      <w:r w:rsidR="00206648" w:rsidRPr="00206648">
        <w:rPr>
          <w:rFonts w:ascii="Calibri Light" w:hAnsi="Calibri Light" w:cs="Calibri Light"/>
          <w:color w:val="000000"/>
        </w:rPr>
        <w:instrText xml:space="preserve"> FORMCHECKBOX </w:instrText>
      </w:r>
      <w:r w:rsidR="00206648" w:rsidRPr="009F01E8">
        <w:rPr>
          <w:rFonts w:ascii="Calibri Light" w:hAnsi="Calibri Light" w:cs="Calibri Light"/>
          <w:color w:val="000000"/>
        </w:rPr>
      </w:r>
      <w:r w:rsidR="00206648" w:rsidRPr="009F01E8">
        <w:rPr>
          <w:rFonts w:ascii="Calibri Light" w:hAnsi="Calibri Light" w:cs="Calibri Light"/>
          <w:color w:val="000000"/>
        </w:rPr>
        <w:fldChar w:fldCharType="separate"/>
      </w:r>
      <w:r w:rsidR="00206648" w:rsidRPr="009F01E8">
        <w:rPr>
          <w:rFonts w:ascii="Calibri Light" w:hAnsi="Calibri Light" w:cs="Calibri Light"/>
          <w:color w:val="000000"/>
        </w:rPr>
        <w:fldChar w:fldCharType="end"/>
      </w:r>
    </w:p>
    <w:p w14:paraId="45B1963A" w14:textId="4F3CAFF5" w:rsidR="00206648" w:rsidRDefault="00C87A80" w:rsidP="00206648">
      <w:pPr>
        <w:pStyle w:val="NormalWeb"/>
        <w:numPr>
          <w:ilvl w:val="0"/>
          <w:numId w:val="25"/>
        </w:numPr>
        <w:rPr>
          <w:rFonts w:ascii="Calibri Light" w:hAnsi="Calibri Light" w:cs="Calibri Light"/>
          <w:color w:val="000000"/>
        </w:rPr>
      </w:pPr>
      <w:r w:rsidRPr="009F01E8">
        <w:rPr>
          <w:rFonts w:ascii="Calibri Light" w:hAnsi="Calibri Light" w:cs="Calibri Light"/>
          <w:color w:val="000000"/>
        </w:rPr>
        <w:t>Questionnaires, guides d’entrevue ou autres outils de collecte</w:t>
      </w:r>
      <w:r w:rsidR="00206648">
        <w:rPr>
          <w:rFonts w:ascii="Calibri Light" w:hAnsi="Calibri Light" w:cs="Calibri Light"/>
          <w:color w:val="000000"/>
        </w:rPr>
        <w:t xml:space="preserve"> </w:t>
      </w:r>
      <w:r w:rsidR="00206648" w:rsidRPr="009F01E8">
        <w:rPr>
          <w:rFonts w:ascii="Calibri Light" w:hAnsi="Calibri Light" w:cs="Calibri Light"/>
          <w:color w:val="000000"/>
        </w:rPr>
        <w:fldChar w:fldCharType="begin">
          <w:ffData>
            <w:name w:val="Case à cocher39"/>
            <w:enabled/>
            <w:calcOnExit w:val="0"/>
            <w:checkBox>
              <w:sizeAuto/>
              <w:default w:val="0"/>
            </w:checkBox>
          </w:ffData>
        </w:fldChar>
      </w:r>
      <w:r w:rsidR="00206648" w:rsidRPr="00206648">
        <w:rPr>
          <w:rFonts w:ascii="Calibri Light" w:hAnsi="Calibri Light" w:cs="Calibri Light"/>
          <w:color w:val="000000"/>
        </w:rPr>
        <w:instrText xml:space="preserve"> FORMCHECKBOX </w:instrText>
      </w:r>
      <w:r w:rsidR="00206648" w:rsidRPr="009F01E8">
        <w:rPr>
          <w:rFonts w:ascii="Calibri Light" w:hAnsi="Calibri Light" w:cs="Calibri Light"/>
          <w:color w:val="000000"/>
        </w:rPr>
      </w:r>
      <w:r w:rsidR="00206648" w:rsidRPr="009F01E8">
        <w:rPr>
          <w:rFonts w:ascii="Calibri Light" w:hAnsi="Calibri Light" w:cs="Calibri Light"/>
          <w:color w:val="000000"/>
        </w:rPr>
        <w:fldChar w:fldCharType="separate"/>
      </w:r>
      <w:r w:rsidR="00206648" w:rsidRPr="009F01E8">
        <w:rPr>
          <w:rFonts w:ascii="Calibri Light" w:hAnsi="Calibri Light" w:cs="Calibri Light"/>
          <w:color w:val="000000"/>
        </w:rPr>
        <w:fldChar w:fldCharType="end"/>
      </w:r>
    </w:p>
    <w:p w14:paraId="5FD744E8" w14:textId="66372DBB" w:rsidR="00206648" w:rsidRDefault="00C87A80" w:rsidP="00206648">
      <w:pPr>
        <w:pStyle w:val="NormalWeb"/>
        <w:numPr>
          <w:ilvl w:val="0"/>
          <w:numId w:val="25"/>
        </w:numPr>
        <w:rPr>
          <w:rFonts w:ascii="Calibri Light" w:hAnsi="Calibri Light" w:cs="Calibri Light"/>
          <w:color w:val="000000"/>
        </w:rPr>
      </w:pPr>
      <w:r w:rsidRPr="009F01E8">
        <w:rPr>
          <w:rFonts w:ascii="Calibri Light" w:hAnsi="Calibri Light" w:cs="Calibri Light"/>
          <w:color w:val="000000"/>
        </w:rPr>
        <w:t xml:space="preserve">Matériel d’information destiné aux </w:t>
      </w:r>
      <w:proofErr w:type="spellStart"/>
      <w:r w:rsidRPr="009F01E8">
        <w:rPr>
          <w:rFonts w:ascii="Calibri Light" w:hAnsi="Calibri Light" w:cs="Calibri Light"/>
          <w:color w:val="000000"/>
        </w:rPr>
        <w:t>participant·e·s</w:t>
      </w:r>
      <w:proofErr w:type="spellEnd"/>
      <w:r w:rsidR="00206648">
        <w:rPr>
          <w:rFonts w:ascii="Calibri Light" w:hAnsi="Calibri Light" w:cs="Calibri Light"/>
          <w:color w:val="000000"/>
        </w:rPr>
        <w:t xml:space="preserve"> </w:t>
      </w:r>
      <w:r w:rsidR="00206648" w:rsidRPr="009F01E8">
        <w:rPr>
          <w:rFonts w:ascii="Calibri Light" w:hAnsi="Calibri Light" w:cs="Calibri Light"/>
          <w:color w:val="000000"/>
        </w:rPr>
        <w:fldChar w:fldCharType="begin">
          <w:ffData>
            <w:name w:val="Case à cocher40"/>
            <w:enabled/>
            <w:calcOnExit w:val="0"/>
            <w:checkBox>
              <w:sizeAuto/>
              <w:default w:val="0"/>
            </w:checkBox>
          </w:ffData>
        </w:fldChar>
      </w:r>
      <w:r w:rsidR="00206648" w:rsidRPr="00206648">
        <w:rPr>
          <w:rFonts w:ascii="Calibri Light" w:hAnsi="Calibri Light" w:cs="Calibri Light"/>
          <w:color w:val="000000"/>
        </w:rPr>
        <w:instrText xml:space="preserve"> FORMCHECKBOX </w:instrText>
      </w:r>
      <w:r w:rsidR="00206648" w:rsidRPr="009F01E8">
        <w:rPr>
          <w:rFonts w:ascii="Calibri Light" w:hAnsi="Calibri Light" w:cs="Calibri Light"/>
          <w:color w:val="000000"/>
        </w:rPr>
      </w:r>
      <w:r w:rsidR="00206648" w:rsidRPr="009F01E8">
        <w:rPr>
          <w:rFonts w:ascii="Calibri Light" w:hAnsi="Calibri Light" w:cs="Calibri Light"/>
          <w:color w:val="000000"/>
        </w:rPr>
        <w:fldChar w:fldCharType="separate"/>
      </w:r>
      <w:r w:rsidR="00206648" w:rsidRPr="009F01E8">
        <w:rPr>
          <w:rFonts w:ascii="Calibri Light" w:hAnsi="Calibri Light" w:cs="Calibri Light"/>
          <w:color w:val="000000"/>
        </w:rPr>
        <w:fldChar w:fldCharType="end"/>
      </w:r>
    </w:p>
    <w:p w14:paraId="05D5ACA2" w14:textId="77777777" w:rsidR="00206648" w:rsidRDefault="00C87A80" w:rsidP="00206648">
      <w:pPr>
        <w:pStyle w:val="NormalWeb"/>
        <w:numPr>
          <w:ilvl w:val="0"/>
          <w:numId w:val="25"/>
        </w:numPr>
        <w:spacing w:before="0" w:beforeAutospacing="0" w:after="0" w:afterAutospacing="0"/>
        <w:rPr>
          <w:rFonts w:ascii="Calibri Light" w:hAnsi="Calibri Light" w:cs="Calibri Light"/>
          <w:color w:val="000000"/>
        </w:rPr>
      </w:pPr>
      <w:r w:rsidRPr="009F01E8">
        <w:rPr>
          <w:rFonts w:ascii="Calibri Light" w:hAnsi="Calibri Light" w:cs="Calibri Light"/>
          <w:color w:val="000000"/>
        </w:rPr>
        <w:t xml:space="preserve">Autres documents </w:t>
      </w:r>
      <w:r w:rsidR="00206648" w:rsidRPr="009F01E8">
        <w:rPr>
          <w:rFonts w:ascii="Calibri Light" w:hAnsi="Calibri Light" w:cs="Calibri Light"/>
          <w:color w:val="000000"/>
        </w:rPr>
        <w:fldChar w:fldCharType="begin">
          <w:ffData>
            <w:name w:val="Case à cocher41"/>
            <w:enabled/>
            <w:calcOnExit w:val="0"/>
            <w:checkBox>
              <w:sizeAuto/>
              <w:default w:val="0"/>
            </w:checkBox>
          </w:ffData>
        </w:fldChar>
      </w:r>
      <w:r w:rsidR="00206648" w:rsidRPr="00206648">
        <w:rPr>
          <w:rFonts w:ascii="Calibri Light" w:hAnsi="Calibri Light" w:cs="Calibri Light"/>
          <w:color w:val="000000"/>
        </w:rPr>
        <w:instrText xml:space="preserve"> FORMCHECKBOX </w:instrText>
      </w:r>
      <w:r w:rsidR="00206648" w:rsidRPr="009F01E8">
        <w:rPr>
          <w:rFonts w:ascii="Calibri Light" w:hAnsi="Calibri Light" w:cs="Calibri Light"/>
          <w:color w:val="000000"/>
        </w:rPr>
      </w:r>
      <w:r w:rsidR="00206648" w:rsidRPr="009F01E8">
        <w:rPr>
          <w:rFonts w:ascii="Calibri Light" w:hAnsi="Calibri Light" w:cs="Calibri Light"/>
          <w:color w:val="000000"/>
        </w:rPr>
        <w:fldChar w:fldCharType="separate"/>
      </w:r>
      <w:r w:rsidR="00206648" w:rsidRPr="009F01E8">
        <w:rPr>
          <w:rFonts w:ascii="Calibri Light" w:hAnsi="Calibri Light" w:cs="Calibri Light"/>
          <w:color w:val="000000"/>
        </w:rPr>
        <w:fldChar w:fldCharType="end"/>
      </w:r>
      <w:r w:rsidR="00206648" w:rsidRPr="009F01E8">
        <w:rPr>
          <w:rFonts w:ascii="Calibri Light" w:hAnsi="Calibri Light" w:cs="Calibri Light"/>
          <w:color w:val="000000"/>
        </w:rPr>
        <w:t xml:space="preserve"> </w:t>
      </w:r>
    </w:p>
    <w:p w14:paraId="4B5FC8AD" w14:textId="77777777" w:rsidR="00206648" w:rsidRPr="00564C67" w:rsidRDefault="00206648" w:rsidP="00206648">
      <w:pPr>
        <w:pStyle w:val="Paragraphedeliste"/>
        <w:ind w:left="360"/>
        <w:rPr>
          <w:rFonts w:ascii="Calibri Light" w:hAnsi="Calibri Light" w:cs="Calibri Light"/>
        </w:rPr>
      </w:pPr>
      <w:r w:rsidRPr="00564C67">
        <w:rPr>
          <w:rFonts w:ascii="Calibri Light" w:hAnsi="Calibri Light" w:cs="Calibri Light"/>
        </w:rPr>
        <w:t xml:space="preserve">Veuillez spécifier : </w:t>
      </w:r>
    </w:p>
    <w:p w14:paraId="34A27C79" w14:textId="77777777" w:rsidR="00206648" w:rsidRPr="00206648" w:rsidRDefault="00206648" w:rsidP="00206648">
      <w:pPr>
        <w:pStyle w:val="Paragraphedeliste"/>
        <w:pBdr>
          <w:top w:val="single" w:sz="4" w:space="1" w:color="365F91" w:themeColor="accent1" w:themeShade="BF"/>
          <w:left w:val="single" w:sz="4" w:space="4" w:color="365F91" w:themeColor="accent1" w:themeShade="BF"/>
          <w:bottom w:val="single" w:sz="4" w:space="1" w:color="365F91" w:themeColor="accent1" w:themeShade="BF"/>
          <w:right w:val="single" w:sz="4" w:space="4" w:color="365F91" w:themeColor="accent1" w:themeShade="BF"/>
        </w:pBdr>
        <w:ind w:left="360"/>
        <w:rPr>
          <w:rFonts w:ascii="Calibri Light" w:hAnsi="Calibri Light" w:cs="Calibri Light"/>
          <w:caps/>
        </w:rPr>
      </w:pPr>
      <w:r w:rsidRPr="00206648">
        <w:rPr>
          <w:rFonts w:ascii="Calibri Light" w:hAnsi="Calibri Light" w:cs="Calibri Light"/>
          <w:caps/>
        </w:rPr>
        <w:fldChar w:fldCharType="begin">
          <w:ffData>
            <w:name w:val="Texte2"/>
            <w:enabled/>
            <w:calcOnExit w:val="0"/>
            <w:textInput/>
          </w:ffData>
        </w:fldChar>
      </w:r>
      <w:r w:rsidRPr="00206648">
        <w:rPr>
          <w:rFonts w:ascii="Calibri Light" w:hAnsi="Calibri Light" w:cs="Calibri Light"/>
        </w:rPr>
        <w:instrText xml:space="preserve"> FORMTEXT </w:instrText>
      </w:r>
      <w:r w:rsidRPr="00206648">
        <w:rPr>
          <w:rFonts w:ascii="Calibri Light" w:hAnsi="Calibri Light" w:cs="Calibri Light"/>
          <w:caps/>
        </w:rPr>
      </w:r>
      <w:r w:rsidRPr="00206648">
        <w:rPr>
          <w:rFonts w:ascii="Calibri Light" w:hAnsi="Calibri Light" w:cs="Calibri Light"/>
          <w:caps/>
        </w:rPr>
        <w:fldChar w:fldCharType="separate"/>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noProof/>
        </w:rPr>
        <w:t> </w:t>
      </w:r>
      <w:r w:rsidRPr="00206648">
        <w:rPr>
          <w:rFonts w:ascii="Calibri Light" w:hAnsi="Calibri Light" w:cs="Calibri Light"/>
          <w:caps/>
        </w:rPr>
        <w:fldChar w:fldCharType="end"/>
      </w:r>
    </w:p>
    <w:p w14:paraId="2ACD63D0" w14:textId="0435623B" w:rsidR="00C87A80" w:rsidRPr="00206648" w:rsidRDefault="00C87A80" w:rsidP="00206648">
      <w:pPr>
        <w:pStyle w:val="NormalWeb"/>
        <w:jc w:val="center"/>
        <w:rPr>
          <w:rFonts w:ascii="Calibri Light" w:hAnsi="Calibri Light" w:cs="Calibri Light"/>
          <w:b/>
          <w:bCs/>
          <w:color w:val="000000"/>
        </w:rPr>
      </w:pPr>
      <w:r w:rsidRPr="00206648">
        <w:rPr>
          <w:rFonts w:ascii="Calibri Light" w:hAnsi="Calibri Light" w:cs="Calibri Light"/>
          <w:b/>
          <w:bCs/>
          <w:color w:val="000000"/>
        </w:rPr>
        <w:t>Les modifications doivent être clairement identifiées</w:t>
      </w:r>
      <w:r w:rsidR="00DB1BE9" w:rsidRPr="00206648">
        <w:rPr>
          <w:rFonts w:ascii="Calibri Light" w:hAnsi="Calibri Light" w:cs="Calibri Light"/>
          <w:b/>
          <w:bCs/>
          <w:color w:val="000000"/>
        </w:rPr>
        <w:t xml:space="preserve"> dans les documents</w:t>
      </w:r>
      <w:r w:rsidRPr="00206648">
        <w:rPr>
          <w:rFonts w:ascii="Calibri Light" w:hAnsi="Calibri Light" w:cs="Calibri Light"/>
          <w:b/>
          <w:bCs/>
          <w:color w:val="000000"/>
        </w:rPr>
        <w:t xml:space="preserve"> (ex. suivi des modifications ou version annotée).</w:t>
      </w:r>
    </w:p>
    <w:p w14:paraId="046C5935" w14:textId="54D8ABD2" w:rsidR="00983A7A" w:rsidRPr="00206648" w:rsidRDefault="00206648" w:rsidP="00206648">
      <w:pPr>
        <w:pStyle w:val="Titre1"/>
      </w:pPr>
      <w:r>
        <w:t xml:space="preserve">Section </w:t>
      </w:r>
      <w:r w:rsidR="00C87A80" w:rsidRPr="009F01E8">
        <w:t>5</w:t>
      </w:r>
      <w:r>
        <w:t xml:space="preserve"> – D</w:t>
      </w:r>
      <w:r w:rsidRPr="00890E7B">
        <w:t>éclaration de la personne chercheure</w:t>
      </w:r>
    </w:p>
    <w:p w14:paraId="2C5478E6" w14:textId="3085242C" w:rsidR="00206648" w:rsidRPr="009F01E8" w:rsidRDefault="007C41DA" w:rsidP="007173BD">
      <w:pPr>
        <w:jc w:val="both"/>
        <w:rPr>
          <w:rFonts w:ascii="Calibri Light" w:hAnsi="Calibri Light" w:cs="Calibri Light"/>
        </w:rPr>
      </w:pPr>
      <w:r w:rsidRPr="009F01E8">
        <w:rPr>
          <w:rFonts w:ascii="Calibri Light" w:hAnsi="Calibri Light" w:cs="Calibri Light"/>
        </w:rPr>
        <w:t>Je certifie que les renseignements fournis dans le présent formulaire sont exacts et complets au meilleur de ma connaissance au moment de la déclaration.</w:t>
      </w:r>
      <w:r w:rsidR="00206648" w:rsidRPr="00206648">
        <w:rPr>
          <w:rFonts w:ascii="Calibri Light" w:hAnsi="Calibri Light" w:cs="Calibri Light"/>
        </w:rPr>
        <w:t xml:space="preserve"> </w:t>
      </w:r>
      <w:r w:rsidR="00206648" w:rsidRPr="009F01E8">
        <w:rPr>
          <w:rFonts w:ascii="Calibri Light" w:hAnsi="Calibri Light" w:cs="Calibri Light"/>
        </w:rPr>
        <w:fldChar w:fldCharType="begin">
          <w:ffData>
            <w:name w:val="Case à cocher42"/>
            <w:enabled/>
            <w:calcOnExit w:val="0"/>
            <w:checkBox>
              <w:sizeAuto/>
              <w:default w:val="0"/>
            </w:checkBox>
          </w:ffData>
        </w:fldChar>
      </w:r>
      <w:r w:rsidR="00206648" w:rsidRPr="007173BD">
        <w:rPr>
          <w:rFonts w:ascii="Calibri Light" w:hAnsi="Calibri Light" w:cs="Calibri Light"/>
        </w:rPr>
        <w:instrText xml:space="preserve"> FORMCHECKBOX </w:instrText>
      </w:r>
      <w:r w:rsidR="00206648" w:rsidRPr="009F01E8">
        <w:rPr>
          <w:rFonts w:ascii="Calibri Light" w:hAnsi="Calibri Light" w:cs="Calibri Light"/>
        </w:rPr>
      </w:r>
      <w:r w:rsidR="00206648" w:rsidRPr="009F01E8">
        <w:rPr>
          <w:rFonts w:ascii="Calibri Light" w:hAnsi="Calibri Light" w:cs="Calibri Light"/>
        </w:rPr>
        <w:fldChar w:fldCharType="separate"/>
      </w:r>
      <w:r w:rsidR="00206648" w:rsidRPr="009F01E8">
        <w:rPr>
          <w:rFonts w:ascii="Calibri Light" w:hAnsi="Calibri Light" w:cs="Calibri Light"/>
        </w:rPr>
        <w:fldChar w:fldCharType="end"/>
      </w:r>
    </w:p>
    <w:p w14:paraId="6A763DC1" w14:textId="77777777" w:rsidR="00206648" w:rsidRPr="00890E7B" w:rsidRDefault="00206648" w:rsidP="00206648">
      <w:pPr>
        <w:pStyle w:val="Titre2"/>
      </w:pPr>
      <w:r>
        <w:lastRenderedPageBreak/>
        <w:t>Signature</w:t>
      </w:r>
    </w:p>
    <w:p w14:paraId="273FB59E" w14:textId="1F98E341" w:rsidR="005F5FE5" w:rsidRPr="00206648" w:rsidRDefault="00206648" w:rsidP="00206648">
      <w:pPr>
        <w:tabs>
          <w:tab w:val="left" w:pos="7938"/>
        </w:tabs>
        <w:rPr>
          <w:rFonts w:ascii="Calibri Light" w:hAnsi="Calibri Light" w:cs="Calibri Light"/>
          <w:b/>
          <w:bCs/>
        </w:rPr>
      </w:pPr>
      <w:r>
        <w:rPr>
          <w:rFonts w:ascii="Calibri Light" w:hAnsi="Calibri Light" w:cs="Calibri Light"/>
        </w:rPr>
        <w:t>Inscrire votre nom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494176">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r w:rsidRPr="00890E7B">
        <w:rPr>
          <w:rFonts w:ascii="Calibri Light" w:hAnsi="Calibri Light" w:cs="Calibri Light"/>
        </w:rPr>
        <w:t xml:space="preserve"> </w:t>
      </w:r>
      <w:r>
        <w:rPr>
          <w:rFonts w:ascii="Calibri Light" w:hAnsi="Calibri Light" w:cs="Calibri Light"/>
        </w:rPr>
        <w:tab/>
        <w:t>Date :</w:t>
      </w:r>
      <w:r w:rsidRPr="00750AA4">
        <w:rPr>
          <w:rFonts w:ascii="Calibri Light" w:hAnsi="Calibri Light" w:cs="Calibri Light"/>
        </w:rPr>
        <w:t xml:space="preserve"> </w:t>
      </w:r>
      <w:r w:rsidRPr="00B9491F">
        <w:rPr>
          <w:rFonts w:ascii="Calibri Light" w:hAnsi="Calibri Light" w:cs="Calibri Light"/>
        </w:rPr>
        <w:fldChar w:fldCharType="begin">
          <w:ffData>
            <w:name w:val="Texte10"/>
            <w:enabled/>
            <w:calcOnExit w:val="0"/>
            <w:textInput/>
          </w:ffData>
        </w:fldChar>
      </w:r>
      <w:r w:rsidRPr="00890E7B">
        <w:rPr>
          <w:rFonts w:ascii="Calibri Light" w:hAnsi="Calibri Light" w:cs="Calibri Light"/>
        </w:rPr>
        <w:instrText xml:space="preserve"> FORMTEXT </w:instrText>
      </w:r>
      <w:r w:rsidRPr="00B9491F">
        <w:rPr>
          <w:rFonts w:ascii="Calibri Light" w:hAnsi="Calibri Light" w:cs="Calibri Light"/>
        </w:rPr>
      </w:r>
      <w:r w:rsidRPr="00B9491F">
        <w:rPr>
          <w:rFonts w:ascii="Calibri Light" w:hAnsi="Calibri Light" w:cs="Calibri Light"/>
        </w:rPr>
        <w:fldChar w:fldCharType="separate"/>
      </w:r>
      <w:r>
        <w:rPr>
          <w:noProof/>
        </w:rPr>
        <w:t> </w:t>
      </w:r>
      <w:r>
        <w:rPr>
          <w:noProof/>
        </w:rPr>
        <w:t> </w:t>
      </w:r>
      <w:r>
        <w:rPr>
          <w:noProof/>
        </w:rPr>
        <w:t> </w:t>
      </w:r>
      <w:r>
        <w:rPr>
          <w:noProof/>
        </w:rPr>
        <w:t> </w:t>
      </w:r>
      <w:r>
        <w:rPr>
          <w:noProof/>
        </w:rPr>
        <w:t> </w:t>
      </w:r>
      <w:r w:rsidRPr="00B9491F">
        <w:rPr>
          <w:rFonts w:ascii="Calibri Light" w:hAnsi="Calibri Light" w:cs="Calibri Light"/>
        </w:rPr>
        <w:fldChar w:fldCharType="end"/>
      </w:r>
      <w:r>
        <w:rPr>
          <w:rFonts w:ascii="Calibri Light" w:hAnsi="Calibri Light" w:cs="Calibri Light"/>
        </w:rPr>
        <w:t>.</w:t>
      </w:r>
    </w:p>
    <w:sectPr w:rsidR="005F5FE5" w:rsidRPr="00206648" w:rsidSect="009F01E8">
      <w:headerReference w:type="even" r:id="rId9"/>
      <w:headerReference w:type="default" r:id="rId10"/>
      <w:footerReference w:type="default" r:id="rId11"/>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92A569" w14:textId="77777777" w:rsidR="00FB2AD5" w:rsidRDefault="00FB2AD5" w:rsidP="00EE10D2">
      <w:r>
        <w:separator/>
      </w:r>
    </w:p>
  </w:endnote>
  <w:endnote w:type="continuationSeparator" w:id="0">
    <w:p w14:paraId="7DDE8ECC" w14:textId="77777777" w:rsidR="00FB2AD5" w:rsidRDefault="00FB2AD5" w:rsidP="00EE1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DE5599" w14:textId="069127D9" w:rsidR="00EE10D2" w:rsidRPr="00EE10D2" w:rsidRDefault="00EE10D2" w:rsidP="00EE10D2">
    <w:pPr>
      <w:pStyle w:val="Pieddepage"/>
      <w:jc w:val="right"/>
      <w:rPr>
        <w:rFonts w:ascii="Calibri Light" w:hAnsi="Calibri Light" w:cs="Calibri Light"/>
        <w:sz w:val="20"/>
        <w:szCs w:val="20"/>
      </w:rPr>
    </w:pPr>
    <w:r w:rsidRPr="00750AA4">
      <w:rPr>
        <w:rFonts w:ascii="Calibri Light" w:hAnsi="Calibri Light" w:cs="Calibri Light"/>
        <w:sz w:val="20"/>
        <w:szCs w:val="20"/>
      </w:rPr>
      <w:t xml:space="preserve">© Université de Saint-Boniface, Comité d’éthique de la recherche, </w:t>
    </w:r>
    <w:r>
      <w:rPr>
        <w:rFonts w:ascii="Calibri Light" w:hAnsi="Calibri Light" w:cs="Calibri Light"/>
        <w:sz w:val="20"/>
        <w:szCs w:val="20"/>
      </w:rPr>
      <w:t>Août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83332BA" w14:textId="77777777" w:rsidR="00FB2AD5" w:rsidRDefault="00FB2AD5" w:rsidP="00EE10D2">
      <w:r>
        <w:separator/>
      </w:r>
    </w:p>
  </w:footnote>
  <w:footnote w:type="continuationSeparator" w:id="0">
    <w:p w14:paraId="059B52B3" w14:textId="77777777" w:rsidR="00FB2AD5" w:rsidRDefault="00FB2AD5" w:rsidP="00EE10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95488235"/>
      <w:docPartObj>
        <w:docPartGallery w:val="Page Numbers (Top of Page)"/>
        <w:docPartUnique/>
      </w:docPartObj>
    </w:sdtPr>
    <w:sdtContent>
      <w:p w14:paraId="0F18A9F8" w14:textId="09076E86" w:rsidR="00EE10D2" w:rsidRDefault="00EE10D2" w:rsidP="00FE31EE">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rPr>
          <w:fldChar w:fldCharType="end"/>
        </w:r>
      </w:p>
    </w:sdtContent>
  </w:sdt>
  <w:p w14:paraId="73961AD9" w14:textId="77777777" w:rsidR="00EE10D2" w:rsidRDefault="00EE10D2" w:rsidP="00EE10D2">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165219181"/>
      <w:docPartObj>
        <w:docPartGallery w:val="Page Numbers (Top of Page)"/>
        <w:docPartUnique/>
      </w:docPartObj>
    </w:sdtPr>
    <w:sdtEndPr>
      <w:rPr>
        <w:rStyle w:val="Numrodepage"/>
        <w:rFonts w:ascii="Calibri Light" w:hAnsi="Calibri Light" w:cs="Calibri Light"/>
        <w:sz w:val="22"/>
        <w:szCs w:val="22"/>
      </w:rPr>
    </w:sdtEndPr>
    <w:sdtContent>
      <w:p w14:paraId="26949EBB" w14:textId="47F02EAE" w:rsidR="00EE10D2" w:rsidRPr="00EE10D2" w:rsidRDefault="00EE10D2" w:rsidP="00FE31EE">
        <w:pPr>
          <w:pStyle w:val="En-tte"/>
          <w:framePr w:wrap="none" w:vAnchor="text" w:hAnchor="margin" w:xAlign="right" w:y="1"/>
          <w:rPr>
            <w:rStyle w:val="Numrodepage"/>
            <w:rFonts w:ascii="Calibri Light" w:hAnsi="Calibri Light" w:cs="Calibri Light"/>
            <w:sz w:val="22"/>
            <w:szCs w:val="22"/>
          </w:rPr>
        </w:pPr>
        <w:r w:rsidRPr="00EE10D2">
          <w:rPr>
            <w:rStyle w:val="Numrodepage"/>
            <w:rFonts w:ascii="Calibri Light" w:hAnsi="Calibri Light" w:cs="Calibri Light"/>
            <w:sz w:val="22"/>
            <w:szCs w:val="22"/>
          </w:rPr>
          <w:fldChar w:fldCharType="begin"/>
        </w:r>
        <w:r w:rsidRPr="00EE10D2">
          <w:rPr>
            <w:rStyle w:val="Numrodepage"/>
            <w:rFonts w:ascii="Calibri Light" w:hAnsi="Calibri Light" w:cs="Calibri Light"/>
            <w:sz w:val="22"/>
            <w:szCs w:val="22"/>
          </w:rPr>
          <w:instrText xml:space="preserve"> PAGE </w:instrText>
        </w:r>
        <w:r w:rsidRPr="00EE10D2">
          <w:rPr>
            <w:rStyle w:val="Numrodepage"/>
            <w:rFonts w:ascii="Calibri Light" w:hAnsi="Calibri Light" w:cs="Calibri Light"/>
            <w:sz w:val="22"/>
            <w:szCs w:val="22"/>
          </w:rPr>
          <w:fldChar w:fldCharType="separate"/>
        </w:r>
        <w:r w:rsidRPr="00EE10D2">
          <w:rPr>
            <w:rStyle w:val="Numrodepage"/>
            <w:rFonts w:ascii="Calibri Light" w:hAnsi="Calibri Light" w:cs="Calibri Light"/>
            <w:noProof/>
            <w:sz w:val="22"/>
            <w:szCs w:val="22"/>
          </w:rPr>
          <w:t>1</w:t>
        </w:r>
        <w:r w:rsidRPr="00EE10D2">
          <w:rPr>
            <w:rStyle w:val="Numrodepage"/>
            <w:rFonts w:ascii="Calibri Light" w:hAnsi="Calibri Light" w:cs="Calibri Light"/>
            <w:sz w:val="22"/>
            <w:szCs w:val="22"/>
          </w:rPr>
          <w:fldChar w:fldCharType="end"/>
        </w:r>
      </w:p>
    </w:sdtContent>
  </w:sdt>
  <w:p w14:paraId="3598580D" w14:textId="01E17676" w:rsidR="00EE10D2" w:rsidRPr="00EE10D2" w:rsidRDefault="00EE10D2" w:rsidP="00EE10D2">
    <w:pPr>
      <w:pStyle w:val="En-tte"/>
      <w:ind w:left="-142" w:right="360"/>
      <w:rPr>
        <w:rFonts w:ascii="Calibri Light" w:hAnsi="Calibri Light" w:cs="Calibri Light"/>
        <w:sz w:val="22"/>
        <w:szCs w:val="22"/>
      </w:rPr>
    </w:pPr>
    <w:r w:rsidRPr="00EE10D2">
      <w:rPr>
        <w:rFonts w:ascii="Calibri Light" w:hAnsi="Calibri Light" w:cs="Calibri Light"/>
        <w:sz w:val="22"/>
        <w:szCs w:val="22"/>
      </w:rPr>
      <w:t>DEMANDE D’AMENDEMENT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0A244726"/>
    <w:multiLevelType w:val="hybridMultilevel"/>
    <w:tmpl w:val="645440F4"/>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0" w15:restartNumberingAfterBreak="0">
    <w:nsid w:val="145110FC"/>
    <w:multiLevelType w:val="hybridMultilevel"/>
    <w:tmpl w:val="814CC9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20FD4044"/>
    <w:multiLevelType w:val="hybridMultilevel"/>
    <w:tmpl w:val="5B5A044C"/>
    <w:lvl w:ilvl="0" w:tplc="7DF6C454">
      <w:start w:val="3"/>
      <w:numFmt w:val="bullet"/>
      <w:lvlText w:val="-"/>
      <w:lvlJc w:val="left"/>
      <w:pPr>
        <w:ind w:left="420" w:hanging="360"/>
      </w:pPr>
      <w:rPr>
        <w:rFonts w:ascii="Times New Roman" w:eastAsia="Times New Roman" w:hAnsi="Times New Roman" w:cs="Times New Roman" w:hint="default"/>
      </w:rPr>
    </w:lvl>
    <w:lvl w:ilvl="1" w:tplc="0C0C0003" w:tentative="1">
      <w:start w:val="1"/>
      <w:numFmt w:val="bullet"/>
      <w:lvlText w:val="o"/>
      <w:lvlJc w:val="left"/>
      <w:pPr>
        <w:ind w:left="1140" w:hanging="360"/>
      </w:pPr>
      <w:rPr>
        <w:rFonts w:ascii="Courier New" w:hAnsi="Courier New" w:cs="Courier New" w:hint="default"/>
      </w:rPr>
    </w:lvl>
    <w:lvl w:ilvl="2" w:tplc="0C0C0005" w:tentative="1">
      <w:start w:val="1"/>
      <w:numFmt w:val="bullet"/>
      <w:lvlText w:val=""/>
      <w:lvlJc w:val="left"/>
      <w:pPr>
        <w:ind w:left="1860" w:hanging="360"/>
      </w:pPr>
      <w:rPr>
        <w:rFonts w:ascii="Wingdings" w:hAnsi="Wingdings" w:hint="default"/>
      </w:rPr>
    </w:lvl>
    <w:lvl w:ilvl="3" w:tplc="0C0C0001" w:tentative="1">
      <w:start w:val="1"/>
      <w:numFmt w:val="bullet"/>
      <w:lvlText w:val=""/>
      <w:lvlJc w:val="left"/>
      <w:pPr>
        <w:ind w:left="2580" w:hanging="360"/>
      </w:pPr>
      <w:rPr>
        <w:rFonts w:ascii="Symbol" w:hAnsi="Symbol" w:hint="default"/>
      </w:rPr>
    </w:lvl>
    <w:lvl w:ilvl="4" w:tplc="0C0C0003" w:tentative="1">
      <w:start w:val="1"/>
      <w:numFmt w:val="bullet"/>
      <w:lvlText w:val="o"/>
      <w:lvlJc w:val="left"/>
      <w:pPr>
        <w:ind w:left="3300" w:hanging="360"/>
      </w:pPr>
      <w:rPr>
        <w:rFonts w:ascii="Courier New" w:hAnsi="Courier New" w:cs="Courier New" w:hint="default"/>
      </w:rPr>
    </w:lvl>
    <w:lvl w:ilvl="5" w:tplc="0C0C0005" w:tentative="1">
      <w:start w:val="1"/>
      <w:numFmt w:val="bullet"/>
      <w:lvlText w:val=""/>
      <w:lvlJc w:val="left"/>
      <w:pPr>
        <w:ind w:left="4020" w:hanging="360"/>
      </w:pPr>
      <w:rPr>
        <w:rFonts w:ascii="Wingdings" w:hAnsi="Wingdings" w:hint="default"/>
      </w:rPr>
    </w:lvl>
    <w:lvl w:ilvl="6" w:tplc="0C0C0001" w:tentative="1">
      <w:start w:val="1"/>
      <w:numFmt w:val="bullet"/>
      <w:lvlText w:val=""/>
      <w:lvlJc w:val="left"/>
      <w:pPr>
        <w:ind w:left="4740" w:hanging="360"/>
      </w:pPr>
      <w:rPr>
        <w:rFonts w:ascii="Symbol" w:hAnsi="Symbol" w:hint="default"/>
      </w:rPr>
    </w:lvl>
    <w:lvl w:ilvl="7" w:tplc="0C0C0003" w:tentative="1">
      <w:start w:val="1"/>
      <w:numFmt w:val="bullet"/>
      <w:lvlText w:val="o"/>
      <w:lvlJc w:val="left"/>
      <w:pPr>
        <w:ind w:left="5460" w:hanging="360"/>
      </w:pPr>
      <w:rPr>
        <w:rFonts w:ascii="Courier New" w:hAnsi="Courier New" w:cs="Courier New" w:hint="default"/>
      </w:rPr>
    </w:lvl>
    <w:lvl w:ilvl="8" w:tplc="0C0C0005" w:tentative="1">
      <w:start w:val="1"/>
      <w:numFmt w:val="bullet"/>
      <w:lvlText w:val=""/>
      <w:lvlJc w:val="left"/>
      <w:pPr>
        <w:ind w:left="6180" w:hanging="360"/>
      </w:pPr>
      <w:rPr>
        <w:rFonts w:ascii="Wingdings" w:hAnsi="Wingdings" w:hint="default"/>
      </w:rPr>
    </w:lvl>
  </w:abstractNum>
  <w:abstractNum w:abstractNumId="12" w15:restartNumberingAfterBreak="0">
    <w:nsid w:val="22210336"/>
    <w:multiLevelType w:val="hybridMultilevel"/>
    <w:tmpl w:val="A498F89A"/>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3" w15:restartNumberingAfterBreak="0">
    <w:nsid w:val="2ADC6FA7"/>
    <w:multiLevelType w:val="multilevel"/>
    <w:tmpl w:val="C680D652"/>
    <w:lvl w:ilvl="0">
      <w:start w:val="1"/>
      <w:numFmt w:val="bullet"/>
      <w:lvlText w:val=""/>
      <w:lvlJc w:val="left"/>
      <w:pPr>
        <w:ind w:left="36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1343D3"/>
    <w:multiLevelType w:val="hybridMultilevel"/>
    <w:tmpl w:val="7CEE1CA2"/>
    <w:lvl w:ilvl="0" w:tplc="BF386724">
      <w:start w:val="1"/>
      <w:numFmt w:val="bullet"/>
      <w:lvlText w:val=""/>
      <w:lvlJc w:val="left"/>
      <w:pPr>
        <w:ind w:left="360" w:hanging="360"/>
      </w:pPr>
      <w:rPr>
        <w:rFonts w:ascii="Symbol" w:hAnsi="Symbol" w:hint="default"/>
        <w:color w:val="000000" w:themeColor="text1"/>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5" w15:restartNumberingAfterBreak="0">
    <w:nsid w:val="3E8B10AE"/>
    <w:multiLevelType w:val="multilevel"/>
    <w:tmpl w:val="12E6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4375DF"/>
    <w:multiLevelType w:val="multilevel"/>
    <w:tmpl w:val="7772E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C2100"/>
    <w:multiLevelType w:val="multilevel"/>
    <w:tmpl w:val="7C380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631916"/>
    <w:multiLevelType w:val="hybridMultilevel"/>
    <w:tmpl w:val="2A3833A6"/>
    <w:lvl w:ilvl="0" w:tplc="BF386724">
      <w:start w:val="1"/>
      <w:numFmt w:val="bullet"/>
      <w:lvlText w:val=""/>
      <w:lvlJc w:val="left"/>
      <w:pPr>
        <w:ind w:left="720" w:hanging="360"/>
      </w:pPr>
      <w:rPr>
        <w:rFonts w:ascii="Symbol" w:hAnsi="Symbol" w:hint="default"/>
        <w:color w:val="000000" w:themeColor="text1"/>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5EA06139"/>
    <w:multiLevelType w:val="hybridMultilevel"/>
    <w:tmpl w:val="A1C46ED0"/>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66CD1953"/>
    <w:multiLevelType w:val="hybridMultilevel"/>
    <w:tmpl w:val="741CE1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6B3762C1"/>
    <w:multiLevelType w:val="hybridMultilevel"/>
    <w:tmpl w:val="C9EC198E"/>
    <w:lvl w:ilvl="0" w:tplc="79508FDE">
      <w:start w:val="3"/>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75C12F16"/>
    <w:multiLevelType w:val="multilevel"/>
    <w:tmpl w:val="5842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0A6708"/>
    <w:multiLevelType w:val="multilevel"/>
    <w:tmpl w:val="C680D652"/>
    <w:lvl w:ilvl="0">
      <w:start w:val="1"/>
      <w:numFmt w:val="bullet"/>
      <w:lvlText w:val=""/>
      <w:lvlJc w:val="left"/>
      <w:pPr>
        <w:ind w:left="36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545634"/>
    <w:multiLevelType w:val="hybridMultilevel"/>
    <w:tmpl w:val="45AA0D4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1400441080">
    <w:abstractNumId w:val="8"/>
  </w:num>
  <w:num w:numId="2" w16cid:durableId="904800533">
    <w:abstractNumId w:val="6"/>
  </w:num>
  <w:num w:numId="3" w16cid:durableId="787312538">
    <w:abstractNumId w:val="5"/>
  </w:num>
  <w:num w:numId="4" w16cid:durableId="1138763949">
    <w:abstractNumId w:val="4"/>
  </w:num>
  <w:num w:numId="5" w16cid:durableId="540171644">
    <w:abstractNumId w:val="7"/>
  </w:num>
  <w:num w:numId="6" w16cid:durableId="696010622">
    <w:abstractNumId w:val="3"/>
  </w:num>
  <w:num w:numId="7" w16cid:durableId="1822427501">
    <w:abstractNumId w:val="2"/>
  </w:num>
  <w:num w:numId="8" w16cid:durableId="1253588527">
    <w:abstractNumId w:val="1"/>
  </w:num>
  <w:num w:numId="9" w16cid:durableId="460615875">
    <w:abstractNumId w:val="0"/>
  </w:num>
  <w:num w:numId="10" w16cid:durableId="1748068068">
    <w:abstractNumId w:val="16"/>
  </w:num>
  <w:num w:numId="11" w16cid:durableId="341468840">
    <w:abstractNumId w:val="22"/>
  </w:num>
  <w:num w:numId="12" w16cid:durableId="408574657">
    <w:abstractNumId w:val="20"/>
  </w:num>
  <w:num w:numId="13" w16cid:durableId="1213804581">
    <w:abstractNumId w:val="17"/>
  </w:num>
  <w:num w:numId="14" w16cid:durableId="843015620">
    <w:abstractNumId w:val="15"/>
  </w:num>
  <w:num w:numId="15" w16cid:durableId="2053385832">
    <w:abstractNumId w:val="10"/>
  </w:num>
  <w:num w:numId="16" w16cid:durableId="856576657">
    <w:abstractNumId w:val="11"/>
  </w:num>
  <w:num w:numId="17" w16cid:durableId="687757272">
    <w:abstractNumId w:val="19"/>
  </w:num>
  <w:num w:numId="18" w16cid:durableId="1816872738">
    <w:abstractNumId w:val="24"/>
  </w:num>
  <w:num w:numId="19" w16cid:durableId="604659624">
    <w:abstractNumId w:val="21"/>
  </w:num>
  <w:num w:numId="20" w16cid:durableId="1173031311">
    <w:abstractNumId w:val="18"/>
  </w:num>
  <w:num w:numId="21" w16cid:durableId="1788885193">
    <w:abstractNumId w:val="14"/>
  </w:num>
  <w:num w:numId="22" w16cid:durableId="1130636313">
    <w:abstractNumId w:val="9"/>
  </w:num>
  <w:num w:numId="23" w16cid:durableId="1276910430">
    <w:abstractNumId w:val="12"/>
  </w:num>
  <w:num w:numId="24" w16cid:durableId="892011508">
    <w:abstractNumId w:val="13"/>
  </w:num>
  <w:num w:numId="25" w16cid:durableId="590431456">
    <w:abstractNumId w:val="2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7"/>
  <w:proofState w:spelling="clean" w:grammar="clean"/>
  <w:documentProtection w:edit="forms" w:enforcement="1"/>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B84"/>
    <w:rsid w:val="00021E8C"/>
    <w:rsid w:val="00031970"/>
    <w:rsid w:val="00034616"/>
    <w:rsid w:val="00035828"/>
    <w:rsid w:val="000414BD"/>
    <w:rsid w:val="00046CE4"/>
    <w:rsid w:val="0006063C"/>
    <w:rsid w:val="000769B2"/>
    <w:rsid w:val="000E429E"/>
    <w:rsid w:val="00121967"/>
    <w:rsid w:val="00131225"/>
    <w:rsid w:val="0015074B"/>
    <w:rsid w:val="00156869"/>
    <w:rsid w:val="00171691"/>
    <w:rsid w:val="00171CAF"/>
    <w:rsid w:val="00172949"/>
    <w:rsid w:val="001B060F"/>
    <w:rsid w:val="001D23C0"/>
    <w:rsid w:val="00206648"/>
    <w:rsid w:val="002501FF"/>
    <w:rsid w:val="002749A8"/>
    <w:rsid w:val="0029639D"/>
    <w:rsid w:val="002A0684"/>
    <w:rsid w:val="002A379D"/>
    <w:rsid w:val="002A5C56"/>
    <w:rsid w:val="00326F90"/>
    <w:rsid w:val="0034678C"/>
    <w:rsid w:val="00353897"/>
    <w:rsid w:val="00370B01"/>
    <w:rsid w:val="003A14BE"/>
    <w:rsid w:val="003A5EB1"/>
    <w:rsid w:val="003B0E28"/>
    <w:rsid w:val="003B4854"/>
    <w:rsid w:val="003C292C"/>
    <w:rsid w:val="003E0DB2"/>
    <w:rsid w:val="003E3B61"/>
    <w:rsid w:val="00401BA5"/>
    <w:rsid w:val="004665A3"/>
    <w:rsid w:val="00482F9F"/>
    <w:rsid w:val="00491CE6"/>
    <w:rsid w:val="004B150F"/>
    <w:rsid w:val="004D50EC"/>
    <w:rsid w:val="00503BF4"/>
    <w:rsid w:val="00516617"/>
    <w:rsid w:val="00524185"/>
    <w:rsid w:val="005536F0"/>
    <w:rsid w:val="00564C67"/>
    <w:rsid w:val="005748AF"/>
    <w:rsid w:val="00577714"/>
    <w:rsid w:val="00584459"/>
    <w:rsid w:val="005A3ED2"/>
    <w:rsid w:val="005B1E11"/>
    <w:rsid w:val="005E390E"/>
    <w:rsid w:val="005F5FE5"/>
    <w:rsid w:val="006129B2"/>
    <w:rsid w:val="0061605E"/>
    <w:rsid w:val="0064136F"/>
    <w:rsid w:val="00642F95"/>
    <w:rsid w:val="006A7A79"/>
    <w:rsid w:val="006C35A7"/>
    <w:rsid w:val="006D6E2E"/>
    <w:rsid w:val="00704B36"/>
    <w:rsid w:val="007173BD"/>
    <w:rsid w:val="0072063A"/>
    <w:rsid w:val="0075523C"/>
    <w:rsid w:val="0076060F"/>
    <w:rsid w:val="00774423"/>
    <w:rsid w:val="00775B00"/>
    <w:rsid w:val="00785D16"/>
    <w:rsid w:val="007A62B3"/>
    <w:rsid w:val="007B036B"/>
    <w:rsid w:val="007C41DA"/>
    <w:rsid w:val="007D51F5"/>
    <w:rsid w:val="008011AA"/>
    <w:rsid w:val="00826F8C"/>
    <w:rsid w:val="00850AD1"/>
    <w:rsid w:val="00880255"/>
    <w:rsid w:val="008814F5"/>
    <w:rsid w:val="00883375"/>
    <w:rsid w:val="00895505"/>
    <w:rsid w:val="008E46C7"/>
    <w:rsid w:val="008F1751"/>
    <w:rsid w:val="008F294A"/>
    <w:rsid w:val="008F63D9"/>
    <w:rsid w:val="0090149A"/>
    <w:rsid w:val="00920E03"/>
    <w:rsid w:val="00962815"/>
    <w:rsid w:val="00983A7A"/>
    <w:rsid w:val="00983EB0"/>
    <w:rsid w:val="009C62B1"/>
    <w:rsid w:val="009F01E8"/>
    <w:rsid w:val="00A031F3"/>
    <w:rsid w:val="00A41075"/>
    <w:rsid w:val="00A45132"/>
    <w:rsid w:val="00A53AB4"/>
    <w:rsid w:val="00A76C62"/>
    <w:rsid w:val="00A83A0E"/>
    <w:rsid w:val="00AA1D8D"/>
    <w:rsid w:val="00AA4D8A"/>
    <w:rsid w:val="00AE6455"/>
    <w:rsid w:val="00AF3F11"/>
    <w:rsid w:val="00B40D2D"/>
    <w:rsid w:val="00B47730"/>
    <w:rsid w:val="00B655D8"/>
    <w:rsid w:val="00B8108D"/>
    <w:rsid w:val="00B97543"/>
    <w:rsid w:val="00BC0BB6"/>
    <w:rsid w:val="00BC6F0F"/>
    <w:rsid w:val="00BE08DB"/>
    <w:rsid w:val="00BE6B2E"/>
    <w:rsid w:val="00C11F4B"/>
    <w:rsid w:val="00C40BA6"/>
    <w:rsid w:val="00C42F16"/>
    <w:rsid w:val="00C55B00"/>
    <w:rsid w:val="00C87A80"/>
    <w:rsid w:val="00CB0664"/>
    <w:rsid w:val="00CE75F4"/>
    <w:rsid w:val="00CF4D99"/>
    <w:rsid w:val="00D11665"/>
    <w:rsid w:val="00D3746F"/>
    <w:rsid w:val="00D3749F"/>
    <w:rsid w:val="00D42787"/>
    <w:rsid w:val="00D7664E"/>
    <w:rsid w:val="00D82B2B"/>
    <w:rsid w:val="00D872AF"/>
    <w:rsid w:val="00D93BC2"/>
    <w:rsid w:val="00DB1BE9"/>
    <w:rsid w:val="00DC5E7F"/>
    <w:rsid w:val="00DD3577"/>
    <w:rsid w:val="00DD44F1"/>
    <w:rsid w:val="00E312BE"/>
    <w:rsid w:val="00E432A7"/>
    <w:rsid w:val="00E53517"/>
    <w:rsid w:val="00E6768A"/>
    <w:rsid w:val="00EB3EC5"/>
    <w:rsid w:val="00EE10D2"/>
    <w:rsid w:val="00EF07DE"/>
    <w:rsid w:val="00F10947"/>
    <w:rsid w:val="00F213FB"/>
    <w:rsid w:val="00F4612A"/>
    <w:rsid w:val="00F51ED1"/>
    <w:rsid w:val="00F52340"/>
    <w:rsid w:val="00F676B8"/>
    <w:rsid w:val="00F80938"/>
    <w:rsid w:val="00FA6771"/>
    <w:rsid w:val="00FB2AD5"/>
    <w:rsid w:val="00FB6981"/>
    <w:rsid w:val="00FC693F"/>
    <w:rsid w:val="00FC7D08"/>
    <w:rsid w:val="00FF08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96F9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D8A"/>
    <w:pPr>
      <w:spacing w:after="0" w:line="240" w:lineRule="auto"/>
    </w:pPr>
    <w:rPr>
      <w:rFonts w:ascii="Times New Roman" w:eastAsia="Times New Roman" w:hAnsi="Times New Roman" w:cs="Times New Roman"/>
      <w:sz w:val="24"/>
      <w:szCs w:val="24"/>
      <w:lang w:val="fr-CA" w:eastAsia="fr-CA"/>
    </w:rPr>
  </w:style>
  <w:style w:type="paragraph" w:styleId="Titre1">
    <w:name w:val="heading 1"/>
    <w:basedOn w:val="Normal"/>
    <w:next w:val="Normal"/>
    <w:link w:val="Titre1Car"/>
    <w:uiPriority w:val="9"/>
    <w:qFormat/>
    <w:rsid w:val="00206648"/>
    <w:pPr>
      <w:keepNext/>
      <w:keepLines/>
      <w:pBdr>
        <w:top w:val="single" w:sz="4" w:space="1" w:color="auto"/>
        <w:left w:val="single" w:sz="4" w:space="4" w:color="auto"/>
        <w:bottom w:val="single" w:sz="4" w:space="1" w:color="auto"/>
        <w:right w:val="single" w:sz="4" w:space="4" w:color="auto"/>
      </w:pBdr>
      <w:shd w:val="clear" w:color="auto" w:fill="C6D9F1" w:themeFill="text2" w:themeFillTint="33"/>
      <w:spacing w:before="240" w:after="240"/>
      <w:jc w:val="center"/>
      <w:outlineLvl w:val="0"/>
    </w:pPr>
    <w:rPr>
      <w:rFonts w:ascii="Calibri Light" w:eastAsiaTheme="majorEastAsia" w:hAnsi="Calibri Light" w:cs="Calibri Light"/>
      <w:b/>
      <w:bCs/>
      <w:caps/>
      <w:color w:val="365F91" w:themeColor="accent1" w:themeShade="BF"/>
      <w:sz w:val="28"/>
      <w:szCs w:val="28"/>
    </w:rPr>
  </w:style>
  <w:style w:type="paragraph" w:styleId="Titre2">
    <w:name w:val="heading 2"/>
    <w:basedOn w:val="Normal"/>
    <w:next w:val="Normal"/>
    <w:link w:val="Titre2Car"/>
    <w:uiPriority w:val="9"/>
    <w:unhideWhenUsed/>
    <w:qFormat/>
    <w:rsid w:val="00206648"/>
    <w:pPr>
      <w:keepNext/>
      <w:keepLines/>
      <w:spacing w:before="240" w:after="120"/>
      <w:outlineLvl w:val="1"/>
    </w:pPr>
    <w:rPr>
      <w:rFonts w:ascii="Calibri Light" w:eastAsiaTheme="majorEastAsia" w:hAnsi="Calibri Light" w:cs="Calibri Light"/>
      <w:b/>
      <w:bCs/>
      <w:color w:val="003D6A"/>
      <w:sz w:val="28"/>
      <w:szCs w:val="28"/>
    </w:rPr>
  </w:style>
  <w:style w:type="paragraph" w:styleId="Titre3">
    <w:name w:val="heading 3"/>
    <w:basedOn w:val="Normal"/>
    <w:next w:val="Normal"/>
    <w:link w:val="Titre3Car"/>
    <w:uiPriority w:val="9"/>
    <w:unhideWhenUsed/>
    <w:qFormat/>
    <w:rsid w:val="00564C67"/>
    <w:pPr>
      <w:keepNext/>
      <w:keepLines/>
      <w:spacing w:before="240" w:after="120"/>
      <w:outlineLvl w:val="2"/>
    </w:pPr>
    <w:rPr>
      <w:rFonts w:ascii="Calibri Light" w:eastAsiaTheme="majorEastAsia" w:hAnsi="Calibri Light" w:cs="Calibri Light"/>
      <w:i/>
      <w:iCs/>
      <w:color w:val="003D6A"/>
      <w:sz w:val="28"/>
      <w:szCs w:val="28"/>
    </w:rPr>
  </w:style>
  <w:style w:type="paragraph" w:styleId="Titre4">
    <w:name w:val="heading 4"/>
    <w:basedOn w:val="Normal"/>
    <w:next w:val="Normal"/>
    <w:link w:val="Titre4C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206648"/>
    <w:rPr>
      <w:rFonts w:ascii="Calibri Light" w:eastAsiaTheme="majorEastAsia" w:hAnsi="Calibri Light" w:cs="Calibri Light"/>
      <w:b/>
      <w:bCs/>
      <w:caps/>
      <w:color w:val="365F91" w:themeColor="accent1" w:themeShade="BF"/>
      <w:sz w:val="28"/>
      <w:szCs w:val="28"/>
      <w:shd w:val="clear" w:color="auto" w:fill="C6D9F1" w:themeFill="text2" w:themeFillTint="33"/>
      <w:lang w:val="fr-CA" w:eastAsia="fr-CA"/>
    </w:rPr>
  </w:style>
  <w:style w:type="character" w:customStyle="1" w:styleId="Titre2Car">
    <w:name w:val="Titre 2 Car"/>
    <w:basedOn w:val="Policepardfaut"/>
    <w:link w:val="Titre2"/>
    <w:uiPriority w:val="9"/>
    <w:rsid w:val="00206648"/>
    <w:rPr>
      <w:rFonts w:ascii="Calibri Light" w:eastAsiaTheme="majorEastAsia" w:hAnsi="Calibri Light" w:cs="Calibri Light"/>
      <w:b/>
      <w:bCs/>
      <w:color w:val="003D6A"/>
      <w:sz w:val="28"/>
      <w:szCs w:val="28"/>
      <w:lang w:val="fr-CA" w:eastAsia="fr-CA"/>
    </w:rPr>
  </w:style>
  <w:style w:type="character" w:customStyle="1" w:styleId="Titre3Car">
    <w:name w:val="Titre 3 Car"/>
    <w:basedOn w:val="Policepardfaut"/>
    <w:link w:val="Titre3"/>
    <w:uiPriority w:val="9"/>
    <w:rsid w:val="00564C67"/>
    <w:rPr>
      <w:rFonts w:ascii="Calibri Light" w:eastAsiaTheme="majorEastAsia" w:hAnsi="Calibri Light" w:cs="Calibri Light"/>
      <w:i/>
      <w:iCs/>
      <w:color w:val="003D6A"/>
      <w:sz w:val="28"/>
      <w:szCs w:val="28"/>
      <w:lang w:val="fr-CA" w:eastAsia="fr-CA"/>
    </w:rPr>
  </w:style>
  <w:style w:type="paragraph" w:styleId="Titre">
    <w:name w:val="Title"/>
    <w:basedOn w:val="Normal"/>
    <w:next w:val="Normal"/>
    <w:link w:val="Titre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80255"/>
    <w:pPr>
      <w:spacing w:before="100" w:beforeAutospacing="1" w:after="100" w:afterAutospacing="1"/>
    </w:pPr>
  </w:style>
  <w:style w:type="character" w:customStyle="1" w:styleId="apple-converted-space">
    <w:name w:val="apple-converted-space"/>
    <w:basedOn w:val="Policepardfaut"/>
    <w:rsid w:val="000769B2"/>
  </w:style>
  <w:style w:type="character" w:styleId="Marquedecommentaire">
    <w:name w:val="annotation reference"/>
    <w:basedOn w:val="Policepardfaut"/>
    <w:uiPriority w:val="99"/>
    <w:semiHidden/>
    <w:unhideWhenUsed/>
    <w:rsid w:val="00D42787"/>
    <w:rPr>
      <w:sz w:val="16"/>
      <w:szCs w:val="16"/>
    </w:rPr>
  </w:style>
  <w:style w:type="paragraph" w:styleId="Commentaire">
    <w:name w:val="annotation text"/>
    <w:basedOn w:val="Normal"/>
    <w:link w:val="CommentaireCar"/>
    <w:uiPriority w:val="99"/>
    <w:unhideWhenUsed/>
    <w:rsid w:val="00D42787"/>
    <w:rPr>
      <w:sz w:val="20"/>
      <w:szCs w:val="20"/>
    </w:rPr>
  </w:style>
  <w:style w:type="character" w:customStyle="1" w:styleId="CommentaireCar">
    <w:name w:val="Commentaire Car"/>
    <w:basedOn w:val="Policepardfaut"/>
    <w:link w:val="Commentaire"/>
    <w:uiPriority w:val="99"/>
    <w:rsid w:val="00D42787"/>
    <w:rPr>
      <w:rFonts w:ascii="Times New Roman" w:eastAsia="Times New Roman" w:hAnsi="Times New Roman" w:cs="Times New Roman"/>
      <w:sz w:val="20"/>
      <w:szCs w:val="20"/>
      <w:lang w:val="fr-CA" w:eastAsia="fr-CA"/>
    </w:rPr>
  </w:style>
  <w:style w:type="paragraph" w:styleId="Objetducommentaire">
    <w:name w:val="annotation subject"/>
    <w:basedOn w:val="Commentaire"/>
    <w:next w:val="Commentaire"/>
    <w:link w:val="ObjetducommentaireCar"/>
    <w:uiPriority w:val="99"/>
    <w:semiHidden/>
    <w:unhideWhenUsed/>
    <w:rsid w:val="00D42787"/>
    <w:rPr>
      <w:b/>
      <w:bCs/>
    </w:rPr>
  </w:style>
  <w:style w:type="character" w:customStyle="1" w:styleId="ObjetducommentaireCar">
    <w:name w:val="Objet du commentaire Car"/>
    <w:basedOn w:val="CommentaireCar"/>
    <w:link w:val="Objetducommentaire"/>
    <w:uiPriority w:val="99"/>
    <w:semiHidden/>
    <w:rsid w:val="00D42787"/>
    <w:rPr>
      <w:rFonts w:ascii="Times New Roman" w:eastAsia="Times New Roman" w:hAnsi="Times New Roman" w:cs="Times New Roman"/>
      <w:b/>
      <w:bCs/>
      <w:sz w:val="20"/>
      <w:szCs w:val="20"/>
      <w:lang w:val="fr-CA" w:eastAsia="fr-CA"/>
    </w:rPr>
  </w:style>
  <w:style w:type="paragraph" w:styleId="Rvision">
    <w:name w:val="Revision"/>
    <w:hidden/>
    <w:uiPriority w:val="99"/>
    <w:semiHidden/>
    <w:rsid w:val="00D42787"/>
    <w:pPr>
      <w:spacing w:after="0" w:line="240" w:lineRule="auto"/>
    </w:pPr>
    <w:rPr>
      <w:rFonts w:ascii="Times New Roman" w:eastAsia="Times New Roman" w:hAnsi="Times New Roman" w:cs="Times New Roman"/>
      <w:sz w:val="24"/>
      <w:szCs w:val="24"/>
      <w:lang w:val="fr-CA" w:eastAsia="fr-CA"/>
    </w:rPr>
  </w:style>
  <w:style w:type="character" w:styleId="Hyperlien">
    <w:name w:val="Hyperlink"/>
    <w:basedOn w:val="Policepardfaut"/>
    <w:uiPriority w:val="99"/>
    <w:unhideWhenUsed/>
    <w:rsid w:val="009F01E8"/>
    <w:rPr>
      <w:color w:val="0000FF" w:themeColor="hyperlink"/>
      <w:u w:val="single"/>
    </w:rPr>
  </w:style>
  <w:style w:type="character" w:styleId="Numrodepage">
    <w:name w:val="page number"/>
    <w:basedOn w:val="Policepardfaut"/>
    <w:uiPriority w:val="99"/>
    <w:semiHidden/>
    <w:unhideWhenUsed/>
    <w:rsid w:val="00EE1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Demande_amendement_CER_Aout2026.dotx</Template>
  <TotalTime>0</TotalTime>
  <Pages>4</Pages>
  <Words>671</Words>
  <Characters>3692</Characters>
  <Application>Microsoft Office Word</Application>
  <DocSecurity>0</DocSecurity>
  <Lines>30</Lines>
  <Paragraphs>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4355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Marie-Elaine Desmarais</cp:lastModifiedBy>
  <cp:revision>2</cp:revision>
  <dcterms:created xsi:type="dcterms:W3CDTF">2026-09-12T02:49:00Z</dcterms:created>
  <dcterms:modified xsi:type="dcterms:W3CDTF">2026-09-12T02:49:00Z</dcterms:modified>
  <cp:category/>
</cp:coreProperties>
</file>